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CAF93" w14:textId="45AF20BA" w:rsidR="00317D3D" w:rsidRPr="00852D57" w:rsidRDefault="00220124" w:rsidP="00C71DA5">
      <w:pPr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852D57">
        <w:rPr>
          <w:rFonts w:cs="Arial"/>
          <w:b/>
          <w:sz w:val="24"/>
          <w:szCs w:val="24"/>
        </w:rPr>
        <w:t xml:space="preserve">ZAŁĄCZNIK NR </w:t>
      </w:r>
      <w:r w:rsidR="00E22BCA" w:rsidRPr="00852D57">
        <w:rPr>
          <w:rFonts w:cs="Arial"/>
          <w:b/>
          <w:sz w:val="24"/>
          <w:szCs w:val="24"/>
        </w:rPr>
        <w:t>7</w:t>
      </w:r>
    </w:p>
    <w:p w14:paraId="39B861A9" w14:textId="77777777" w:rsidR="00317D3D" w:rsidRPr="00852D57" w:rsidRDefault="00220124" w:rsidP="00C71DA5">
      <w:pPr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852D57">
        <w:rPr>
          <w:rFonts w:cs="Arial"/>
          <w:b/>
          <w:sz w:val="24"/>
          <w:szCs w:val="24"/>
        </w:rPr>
        <w:t>ZBIORCZA KARTA ZAKOŃCZENIA UDZIAŁU W PROJEKCIE</w:t>
      </w:r>
    </w:p>
    <w:p w14:paraId="71876044" w14:textId="77777777" w:rsidR="00317D3D" w:rsidRPr="00852D57" w:rsidRDefault="00220124" w:rsidP="00C71DA5">
      <w:pPr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852D57">
        <w:rPr>
          <w:rFonts w:cs="Arial"/>
          <w:b/>
          <w:sz w:val="24"/>
          <w:szCs w:val="24"/>
        </w:rPr>
        <w:t>I SYTUACJI UCZESTNIKÓW PO OPUSZCZENIU PROJEKTU</w:t>
      </w:r>
    </w:p>
    <w:p w14:paraId="718502AB" w14:textId="77777777" w:rsidR="00317D3D" w:rsidRPr="00852D57" w:rsidRDefault="00220124" w:rsidP="00C71DA5">
      <w:pPr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852D57">
        <w:rPr>
          <w:rFonts w:cs="Arial"/>
          <w:sz w:val="24"/>
          <w:szCs w:val="24"/>
        </w:rPr>
        <w:t>„</w:t>
      </w:r>
      <w:proofErr w:type="spellStart"/>
      <w:r w:rsidRPr="00852D57">
        <w:rPr>
          <w:rFonts w:cs="Arial"/>
          <w:sz w:val="24"/>
          <w:szCs w:val="24"/>
        </w:rPr>
        <w:t>Rozwój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edukacji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przedszkolnej</w:t>
      </w:r>
      <w:proofErr w:type="spellEnd"/>
      <w:r w:rsidRPr="00852D57">
        <w:rPr>
          <w:rFonts w:cs="Arial"/>
          <w:sz w:val="24"/>
          <w:szCs w:val="24"/>
        </w:rPr>
        <w:t xml:space="preserve"> w </w:t>
      </w:r>
      <w:proofErr w:type="spellStart"/>
      <w:r w:rsidRPr="00852D57">
        <w:rPr>
          <w:rFonts w:cs="Arial"/>
          <w:sz w:val="24"/>
          <w:szCs w:val="24"/>
        </w:rPr>
        <w:t>Gminie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Luzino</w:t>
      </w:r>
      <w:proofErr w:type="spellEnd"/>
      <w:r w:rsidRPr="00852D57">
        <w:rPr>
          <w:rFonts w:cs="Arial"/>
          <w:sz w:val="24"/>
          <w:szCs w:val="24"/>
        </w:rPr>
        <w:t>”</w:t>
      </w:r>
      <w:r w:rsidRPr="00852D57">
        <w:rPr>
          <w:rFonts w:cs="Arial"/>
          <w:sz w:val="24"/>
          <w:szCs w:val="24"/>
        </w:rPr>
        <w:br/>
        <w:t>nr FEPM.05.07-IZ.00-0013/26</w:t>
      </w:r>
    </w:p>
    <w:tbl>
      <w:tblPr>
        <w:tblW w:w="0" w:type="auto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3324"/>
      </w:tblGrid>
      <w:tr w:rsidR="00852D57" w:rsidRPr="00852D57" w14:paraId="01A263C1" w14:textId="77777777" w:rsidTr="00852D57">
        <w:trPr>
          <w:jc w:val="center"/>
        </w:trPr>
        <w:tc>
          <w:tcPr>
            <w:tcW w:w="1332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43E9A" w14:textId="77777777" w:rsidR="00317D3D" w:rsidRPr="00852D57" w:rsidRDefault="00220124" w:rsidP="00C71DA5">
            <w:pPr>
              <w:spacing w:before="120" w:after="120" w:line="360" w:lineRule="auto"/>
              <w:jc w:val="both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Kartę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prowadzi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upoważniony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personel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Beneficjenta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lub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OWP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na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podstawie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wiarygodnej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dokumentacji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źródłowej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.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Każdy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uczestnik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jest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wykazywany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w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odrębnym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wierszu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.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Nie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grupuje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się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uczestników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według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identycznych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wyników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.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Podpis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uczestnika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,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rodzica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lub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opiekuna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prawnego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nie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jest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wymagany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,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jeżeli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informacja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wynika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z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dokumentacji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projektu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lub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OWP.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Kartę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można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prowadzić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aktualizować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w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postaci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elektronicznej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;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tabelę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rozszerza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się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o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kolejne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wiersze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odpowiednio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do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liczby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uczestników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>.</w:t>
            </w:r>
          </w:p>
        </w:tc>
      </w:tr>
    </w:tbl>
    <w:p w14:paraId="4DD9935E" w14:textId="77777777" w:rsidR="00317D3D" w:rsidRPr="00852D57" w:rsidRDefault="00317D3D" w:rsidP="00C71DA5">
      <w:pPr>
        <w:spacing w:before="120" w:after="120" w:line="360" w:lineRule="auto"/>
        <w:rPr>
          <w:rFonts w:cs="Arial"/>
          <w:sz w:val="24"/>
          <w:szCs w:val="24"/>
        </w:rPr>
      </w:pPr>
    </w:p>
    <w:p w14:paraId="2EF75617" w14:textId="77777777" w:rsidR="00317D3D" w:rsidRPr="00852D57" w:rsidRDefault="00220124" w:rsidP="00C71DA5">
      <w:pPr>
        <w:pStyle w:val="Nagwek1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852D57">
        <w:rPr>
          <w:rFonts w:ascii="Arial" w:hAnsi="Arial" w:cs="Arial"/>
          <w:color w:val="auto"/>
          <w:sz w:val="24"/>
          <w:szCs w:val="24"/>
        </w:rPr>
        <w:t>I. ZESTAWIENIE ZBIORCZE – DZIECI</w:t>
      </w:r>
    </w:p>
    <w:p w14:paraId="61AE8699" w14:textId="77777777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b/>
          <w:sz w:val="24"/>
          <w:szCs w:val="24"/>
        </w:rPr>
        <w:t>Źródło</w:t>
      </w:r>
      <w:proofErr w:type="spellEnd"/>
      <w:r w:rsidRPr="00852D57">
        <w:rPr>
          <w:rFonts w:cs="Arial"/>
          <w:b/>
          <w:sz w:val="24"/>
          <w:szCs w:val="24"/>
        </w:rPr>
        <w:t xml:space="preserve"> </w:t>
      </w:r>
      <w:proofErr w:type="spellStart"/>
      <w:r w:rsidRPr="00852D57">
        <w:rPr>
          <w:rFonts w:cs="Arial"/>
          <w:b/>
          <w:sz w:val="24"/>
          <w:szCs w:val="24"/>
        </w:rPr>
        <w:t>danych</w:t>
      </w:r>
      <w:proofErr w:type="spellEnd"/>
      <w:r w:rsidRPr="00852D57">
        <w:rPr>
          <w:rFonts w:cs="Arial"/>
          <w:b/>
          <w:sz w:val="24"/>
          <w:szCs w:val="24"/>
        </w:rPr>
        <w:t xml:space="preserve">: </w:t>
      </w:r>
      <w:proofErr w:type="spellStart"/>
      <w:r w:rsidRPr="00852D57">
        <w:rPr>
          <w:rFonts w:cs="Arial"/>
          <w:sz w:val="24"/>
          <w:szCs w:val="24"/>
        </w:rPr>
        <w:t>dziennik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zajęć</w:t>
      </w:r>
      <w:proofErr w:type="spellEnd"/>
      <w:r w:rsidRPr="00852D57">
        <w:rPr>
          <w:rFonts w:cs="Arial"/>
          <w:sz w:val="24"/>
          <w:szCs w:val="24"/>
        </w:rPr>
        <w:t xml:space="preserve">, w </w:t>
      </w:r>
      <w:proofErr w:type="spellStart"/>
      <w:r w:rsidRPr="00852D57">
        <w:rPr>
          <w:rFonts w:cs="Arial"/>
          <w:sz w:val="24"/>
          <w:szCs w:val="24"/>
        </w:rPr>
        <w:t>którym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prowadzący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odnotowuje</w:t>
      </w:r>
      <w:proofErr w:type="spellEnd"/>
      <w:r w:rsidRPr="00852D57">
        <w:rPr>
          <w:rFonts w:cs="Arial"/>
          <w:sz w:val="24"/>
          <w:szCs w:val="24"/>
        </w:rPr>
        <w:t xml:space="preserve">, </w:t>
      </w:r>
      <w:proofErr w:type="spellStart"/>
      <w:r w:rsidRPr="00852D57">
        <w:rPr>
          <w:rFonts w:cs="Arial"/>
          <w:sz w:val="24"/>
          <w:szCs w:val="24"/>
        </w:rPr>
        <w:t>czy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dziecko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zakończyło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udział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zgodnie</w:t>
      </w:r>
      <w:proofErr w:type="spellEnd"/>
      <w:r w:rsidRPr="00852D57">
        <w:rPr>
          <w:rFonts w:cs="Arial"/>
          <w:sz w:val="24"/>
          <w:szCs w:val="24"/>
        </w:rPr>
        <w:t xml:space="preserve"> z </w:t>
      </w:r>
      <w:proofErr w:type="spellStart"/>
      <w:r w:rsidRPr="00852D57">
        <w:rPr>
          <w:rFonts w:cs="Arial"/>
          <w:sz w:val="24"/>
          <w:szCs w:val="24"/>
        </w:rPr>
        <w:t>zaplanowaną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ścieżką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uczestnictwa</w:t>
      </w:r>
      <w:proofErr w:type="spellEnd"/>
      <w:r w:rsidRPr="00852D57">
        <w:rPr>
          <w:rFonts w:cs="Arial"/>
          <w:sz w:val="24"/>
          <w:szCs w:val="24"/>
        </w:rPr>
        <w:t xml:space="preserve">. </w:t>
      </w:r>
      <w:r w:rsidRPr="00852D57">
        <w:rPr>
          <w:rFonts w:cs="Arial"/>
          <w:i/>
          <w:sz w:val="24"/>
          <w:szCs w:val="24"/>
        </w:rPr>
        <w:t xml:space="preserve">W </w:t>
      </w:r>
      <w:proofErr w:type="spellStart"/>
      <w:r w:rsidRPr="00852D57">
        <w:rPr>
          <w:rFonts w:cs="Arial"/>
          <w:i/>
          <w:sz w:val="24"/>
          <w:szCs w:val="24"/>
        </w:rPr>
        <w:t>przypadku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wcześniejszej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rezygnacji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stosuje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się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również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dokumentację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określoną</w:t>
      </w:r>
      <w:proofErr w:type="spellEnd"/>
      <w:r w:rsidRPr="00852D57">
        <w:rPr>
          <w:rFonts w:cs="Arial"/>
          <w:i/>
          <w:sz w:val="24"/>
          <w:szCs w:val="24"/>
        </w:rPr>
        <w:t xml:space="preserve"> w </w:t>
      </w:r>
      <w:proofErr w:type="spellStart"/>
      <w:r w:rsidRPr="00852D57">
        <w:rPr>
          <w:rFonts w:cs="Arial"/>
          <w:i/>
          <w:sz w:val="24"/>
          <w:szCs w:val="24"/>
        </w:rPr>
        <w:t>Regulaminie</w:t>
      </w:r>
      <w:proofErr w:type="spellEnd"/>
      <w:r w:rsidRPr="00852D57">
        <w:rPr>
          <w:rFonts w:cs="Arial"/>
          <w:i/>
          <w:sz w:val="24"/>
          <w:szCs w:val="24"/>
        </w:rPr>
        <w:t>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9"/>
        <w:gridCol w:w="2920"/>
        <w:gridCol w:w="1729"/>
        <w:gridCol w:w="1729"/>
        <w:gridCol w:w="2353"/>
        <w:gridCol w:w="1984"/>
      </w:tblGrid>
      <w:tr w:rsidR="00852D57" w:rsidRPr="00852D57" w14:paraId="48975CB8" w14:textId="77777777" w:rsidTr="00852D57">
        <w:trPr>
          <w:cantSplit/>
          <w:tblHeader/>
          <w:jc w:val="center"/>
        </w:trPr>
        <w:tc>
          <w:tcPr>
            <w:tcW w:w="369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6E780A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2920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001D6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dziecka</w:t>
            </w:r>
            <w:proofErr w:type="spellEnd"/>
          </w:p>
        </w:tc>
        <w:tc>
          <w:tcPr>
            <w:tcW w:w="709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73F4E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b/>
                <w:sz w:val="24"/>
                <w:szCs w:val="24"/>
              </w:rPr>
              <w:t>OWP</w:t>
            </w:r>
          </w:p>
        </w:tc>
        <w:tc>
          <w:tcPr>
            <w:tcW w:w="1361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87BDAD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b/>
                <w:sz w:val="24"/>
                <w:szCs w:val="24"/>
              </w:rPr>
              <w:t xml:space="preserve">Data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zakończenia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udziału</w:t>
            </w:r>
            <w:proofErr w:type="spellEnd"/>
          </w:p>
        </w:tc>
        <w:tc>
          <w:tcPr>
            <w:tcW w:w="2353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847BAC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Zakończyło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udział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zgodnie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z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zaplanowaną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ścieżką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br/>
              <w:t>TAK / NIE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896FE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Uwagi</w:t>
            </w:r>
            <w:proofErr w:type="spellEnd"/>
          </w:p>
        </w:tc>
      </w:tr>
      <w:tr w:rsidR="00852D57" w:rsidRPr="00852D57" w14:paraId="7BC95AE4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CCCA38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76BC34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1F0C7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2D97C1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23AA3F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46F24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0B3B683C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B0D98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9533A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EB8F5E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E7F32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68B9B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A9C6C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6284B0A2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1A7229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9A3063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3F273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D0923F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873AE1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EA81DB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51C8937B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791D48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651240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79D27A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8C792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0F7C31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1C4D26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3DF1B8B7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CEA602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C369C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BDC2F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ED8F7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A5AD3B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F3AAF1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19700A2D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482429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A0375F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7928BA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1C530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A9AC6E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48A1B2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01FCCCFB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431206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175A6D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F4F75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C0B1AD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6CE5D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B9E7C3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280EE4F2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5061F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CA5390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F4933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C00E3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EDB257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DF781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453114BE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71E28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0CC50A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EFE29B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D5233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B48C5D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7972AC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675160D5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F588D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8FE625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7CCFD6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E400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2A1232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08EBF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784F3285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FCC03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11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65F875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F9867B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A8FEC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42762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BA8A0E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1B219BC4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5206D7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12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DD1696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B83FF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7B183D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5D9B6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1F7D95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7361717C" w14:textId="77777777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i/>
          <w:sz w:val="24"/>
          <w:szCs w:val="24"/>
        </w:rPr>
        <w:t>Nie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zbiera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się</w:t>
      </w:r>
      <w:proofErr w:type="spellEnd"/>
      <w:r w:rsidRPr="00852D57">
        <w:rPr>
          <w:rFonts w:cs="Arial"/>
          <w:i/>
          <w:sz w:val="24"/>
          <w:szCs w:val="24"/>
        </w:rPr>
        <w:t xml:space="preserve"> w </w:t>
      </w:r>
      <w:proofErr w:type="spellStart"/>
      <w:r w:rsidRPr="00852D57">
        <w:rPr>
          <w:rFonts w:cs="Arial"/>
          <w:i/>
          <w:sz w:val="24"/>
          <w:szCs w:val="24"/>
        </w:rPr>
        <w:t>tej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części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danych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dotyczących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zatrudnienia</w:t>
      </w:r>
      <w:proofErr w:type="spellEnd"/>
      <w:r w:rsidRPr="00852D57">
        <w:rPr>
          <w:rFonts w:cs="Arial"/>
          <w:i/>
          <w:sz w:val="24"/>
          <w:szCs w:val="24"/>
        </w:rPr>
        <w:t xml:space="preserve"> ani </w:t>
      </w:r>
      <w:proofErr w:type="spellStart"/>
      <w:r w:rsidRPr="00852D57">
        <w:rPr>
          <w:rFonts w:cs="Arial"/>
          <w:i/>
          <w:sz w:val="24"/>
          <w:szCs w:val="24"/>
        </w:rPr>
        <w:t>podjęcia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kształcenia</w:t>
      </w:r>
      <w:proofErr w:type="spellEnd"/>
      <w:r w:rsidRPr="00852D57">
        <w:rPr>
          <w:rFonts w:cs="Arial"/>
          <w:i/>
          <w:sz w:val="24"/>
          <w:szCs w:val="24"/>
        </w:rPr>
        <w:t>/</w:t>
      </w:r>
      <w:proofErr w:type="spellStart"/>
      <w:r w:rsidRPr="00852D57">
        <w:rPr>
          <w:rFonts w:cs="Arial"/>
          <w:i/>
          <w:sz w:val="24"/>
          <w:szCs w:val="24"/>
        </w:rPr>
        <w:t>szkolenia</w:t>
      </w:r>
      <w:proofErr w:type="spellEnd"/>
      <w:r w:rsidRPr="00852D57">
        <w:rPr>
          <w:rFonts w:cs="Arial"/>
          <w:i/>
          <w:sz w:val="24"/>
          <w:szCs w:val="24"/>
        </w:rPr>
        <w:t xml:space="preserve"> po </w:t>
      </w:r>
      <w:proofErr w:type="spellStart"/>
      <w:r w:rsidRPr="00852D57">
        <w:rPr>
          <w:rFonts w:cs="Arial"/>
          <w:i/>
          <w:sz w:val="24"/>
          <w:szCs w:val="24"/>
        </w:rPr>
        <w:t>opuszczeniu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projektu</w:t>
      </w:r>
      <w:proofErr w:type="spellEnd"/>
      <w:r w:rsidRPr="00852D57">
        <w:rPr>
          <w:rFonts w:cs="Arial"/>
          <w:i/>
          <w:sz w:val="24"/>
          <w:szCs w:val="24"/>
        </w:rPr>
        <w:t xml:space="preserve">, </w:t>
      </w:r>
      <w:proofErr w:type="spellStart"/>
      <w:r w:rsidRPr="00852D57">
        <w:rPr>
          <w:rFonts w:cs="Arial"/>
          <w:i/>
          <w:sz w:val="24"/>
          <w:szCs w:val="24"/>
        </w:rPr>
        <w:t>jeżeli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nie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dotyczą</w:t>
      </w:r>
      <w:proofErr w:type="spellEnd"/>
      <w:r w:rsidRPr="00852D57">
        <w:rPr>
          <w:rFonts w:cs="Arial"/>
          <w:i/>
          <w:sz w:val="24"/>
          <w:szCs w:val="24"/>
        </w:rPr>
        <w:t xml:space="preserve"> one </w:t>
      </w:r>
      <w:proofErr w:type="spellStart"/>
      <w:r w:rsidRPr="00852D57">
        <w:rPr>
          <w:rFonts w:cs="Arial"/>
          <w:i/>
          <w:sz w:val="24"/>
          <w:szCs w:val="24"/>
        </w:rPr>
        <w:t>dzieci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objętych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wsparciem</w:t>
      </w:r>
      <w:proofErr w:type="spellEnd"/>
      <w:r w:rsidRPr="00852D57">
        <w:rPr>
          <w:rFonts w:cs="Arial"/>
          <w:i/>
          <w:sz w:val="24"/>
          <w:szCs w:val="24"/>
        </w:rPr>
        <w:t>.</w:t>
      </w:r>
    </w:p>
    <w:p w14:paraId="7C4BA697" w14:textId="77777777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r w:rsidRPr="00852D57">
        <w:rPr>
          <w:rFonts w:cs="Arial"/>
          <w:sz w:val="24"/>
          <w:szCs w:val="24"/>
        </w:rPr>
        <w:br w:type="page"/>
      </w:r>
    </w:p>
    <w:p w14:paraId="7D42FB7E" w14:textId="77777777" w:rsidR="00317D3D" w:rsidRPr="00852D57" w:rsidRDefault="00220124" w:rsidP="00C71DA5">
      <w:pPr>
        <w:pStyle w:val="Nagwek1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852D57">
        <w:rPr>
          <w:rFonts w:ascii="Arial" w:hAnsi="Arial" w:cs="Arial"/>
          <w:color w:val="auto"/>
          <w:sz w:val="24"/>
          <w:szCs w:val="24"/>
        </w:rPr>
        <w:lastRenderedPageBreak/>
        <w:t>II. ZESTAWIENIE ZBIORCZE – NAUCZYCIELE / NAUCZYCIELKI</w:t>
      </w:r>
    </w:p>
    <w:p w14:paraId="0DB70EBB" w14:textId="731C5E4A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b/>
          <w:sz w:val="24"/>
          <w:szCs w:val="24"/>
        </w:rPr>
        <w:t>Źródło</w:t>
      </w:r>
      <w:proofErr w:type="spellEnd"/>
      <w:r w:rsidRPr="00852D57">
        <w:rPr>
          <w:rFonts w:cs="Arial"/>
          <w:b/>
          <w:sz w:val="24"/>
          <w:szCs w:val="24"/>
        </w:rPr>
        <w:t xml:space="preserve"> </w:t>
      </w:r>
      <w:proofErr w:type="spellStart"/>
      <w:r w:rsidRPr="00852D57">
        <w:rPr>
          <w:rFonts w:cs="Arial"/>
          <w:b/>
          <w:sz w:val="24"/>
          <w:szCs w:val="24"/>
        </w:rPr>
        <w:t>danych</w:t>
      </w:r>
      <w:proofErr w:type="spellEnd"/>
      <w:r w:rsidRPr="00852D57">
        <w:rPr>
          <w:rFonts w:cs="Arial"/>
          <w:b/>
          <w:sz w:val="24"/>
          <w:szCs w:val="24"/>
        </w:rPr>
        <w:t xml:space="preserve">: </w:t>
      </w:r>
      <w:proofErr w:type="spellStart"/>
      <w:r w:rsidRPr="00852D57">
        <w:rPr>
          <w:rFonts w:cs="Arial"/>
          <w:sz w:val="24"/>
          <w:szCs w:val="24"/>
        </w:rPr>
        <w:t>dziennik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szkolenia</w:t>
      </w:r>
      <w:proofErr w:type="spellEnd"/>
      <w:r w:rsidRPr="00852D57">
        <w:rPr>
          <w:rFonts w:cs="Arial"/>
          <w:sz w:val="24"/>
          <w:szCs w:val="24"/>
        </w:rPr>
        <w:t xml:space="preserve">, w </w:t>
      </w:r>
      <w:proofErr w:type="spellStart"/>
      <w:r w:rsidRPr="00852D57">
        <w:rPr>
          <w:rFonts w:cs="Arial"/>
          <w:sz w:val="24"/>
          <w:szCs w:val="24"/>
        </w:rPr>
        <w:t>tym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wyniki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testów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będących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podstawą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walidacji</w:t>
      </w:r>
      <w:proofErr w:type="spellEnd"/>
      <w:r w:rsidRPr="00852D57">
        <w:rPr>
          <w:rFonts w:cs="Arial"/>
          <w:sz w:val="24"/>
          <w:szCs w:val="24"/>
        </w:rPr>
        <w:t xml:space="preserve">, </w:t>
      </w:r>
      <w:proofErr w:type="spellStart"/>
      <w:r w:rsidRPr="00852D57">
        <w:rPr>
          <w:rFonts w:cs="Arial"/>
          <w:sz w:val="24"/>
          <w:szCs w:val="24"/>
        </w:rPr>
        <w:t>oraz</w:t>
      </w:r>
      <w:proofErr w:type="spellEnd"/>
      <w:r w:rsidRPr="00852D57">
        <w:rPr>
          <w:rFonts w:cs="Arial"/>
          <w:sz w:val="24"/>
          <w:szCs w:val="24"/>
        </w:rPr>
        <w:t xml:space="preserve"> – w </w:t>
      </w:r>
      <w:proofErr w:type="spellStart"/>
      <w:r w:rsidRPr="00852D57">
        <w:rPr>
          <w:rFonts w:cs="Arial"/>
          <w:sz w:val="24"/>
          <w:szCs w:val="24"/>
        </w:rPr>
        <w:t>przypadku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potwierdzenia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nabycia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kwalifikacji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lub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kompetencji</w:t>
      </w:r>
      <w:proofErr w:type="spellEnd"/>
      <w:r w:rsidRPr="00852D57">
        <w:rPr>
          <w:rFonts w:cs="Arial"/>
          <w:sz w:val="24"/>
          <w:szCs w:val="24"/>
        </w:rPr>
        <w:t xml:space="preserve"> – </w:t>
      </w:r>
      <w:proofErr w:type="spellStart"/>
      <w:r w:rsidRPr="00852D57">
        <w:rPr>
          <w:rFonts w:cs="Arial"/>
          <w:b/>
          <w:sz w:val="24"/>
          <w:szCs w:val="24"/>
        </w:rPr>
        <w:t>zaświadczenie</w:t>
      </w:r>
      <w:proofErr w:type="spellEnd"/>
      <w:r w:rsidRPr="00852D57">
        <w:rPr>
          <w:rFonts w:cs="Arial"/>
          <w:sz w:val="24"/>
          <w:szCs w:val="24"/>
        </w:rPr>
        <w:t xml:space="preserve">. </w:t>
      </w:r>
      <w:proofErr w:type="spellStart"/>
      <w:r w:rsidRPr="00852D57">
        <w:rPr>
          <w:rFonts w:cs="Arial"/>
          <w:sz w:val="24"/>
          <w:szCs w:val="24"/>
        </w:rPr>
        <w:t>Informacji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wynikających</w:t>
      </w:r>
      <w:proofErr w:type="spellEnd"/>
      <w:r w:rsidRPr="00852D57">
        <w:rPr>
          <w:rFonts w:cs="Arial"/>
          <w:sz w:val="24"/>
          <w:szCs w:val="24"/>
        </w:rPr>
        <w:t xml:space="preserve"> z </w:t>
      </w:r>
      <w:proofErr w:type="spellStart"/>
      <w:r w:rsidRPr="00852D57">
        <w:rPr>
          <w:rFonts w:cs="Arial"/>
          <w:sz w:val="24"/>
          <w:szCs w:val="24"/>
        </w:rPr>
        <w:t>tych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dokumentów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nie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przepisuje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ponownie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poza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zakresem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niezbędnym</w:t>
      </w:r>
      <w:proofErr w:type="spellEnd"/>
      <w:r w:rsidRPr="00852D57">
        <w:rPr>
          <w:rFonts w:cs="Arial"/>
          <w:sz w:val="24"/>
          <w:szCs w:val="24"/>
        </w:rPr>
        <w:t xml:space="preserve"> do </w:t>
      </w:r>
      <w:proofErr w:type="spellStart"/>
      <w:r w:rsidRPr="00852D57">
        <w:rPr>
          <w:rFonts w:cs="Arial"/>
          <w:sz w:val="24"/>
          <w:szCs w:val="24"/>
        </w:rPr>
        <w:t>monitorowania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wyniku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uczestnika</w:t>
      </w:r>
      <w:proofErr w:type="spellEnd"/>
      <w:r w:rsidRPr="00852D57">
        <w:rPr>
          <w:rFonts w:cs="Arial"/>
          <w:sz w:val="24"/>
          <w:szCs w:val="24"/>
        </w:rPr>
        <w:t>.</w:t>
      </w:r>
    </w:p>
    <w:p w14:paraId="225A36CB" w14:textId="77D9EC7B" w:rsidR="00A875C7" w:rsidRPr="00852D57" w:rsidRDefault="00A875C7" w:rsidP="00C71DA5">
      <w:pPr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sz w:val="24"/>
          <w:szCs w:val="24"/>
        </w:rPr>
        <w:t>Informację</w:t>
      </w:r>
      <w:proofErr w:type="spellEnd"/>
      <w:r w:rsidRPr="00852D57">
        <w:rPr>
          <w:rFonts w:cs="Arial"/>
          <w:sz w:val="24"/>
          <w:szCs w:val="24"/>
        </w:rPr>
        <w:t xml:space="preserve"> o </w:t>
      </w:r>
      <w:proofErr w:type="spellStart"/>
      <w:r w:rsidRPr="00852D57">
        <w:rPr>
          <w:rFonts w:cs="Arial"/>
          <w:sz w:val="24"/>
          <w:szCs w:val="24"/>
        </w:rPr>
        <w:t>podjęciu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kształcenia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lub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szkolenia</w:t>
      </w:r>
      <w:proofErr w:type="spellEnd"/>
      <w:r w:rsidRPr="00852D57">
        <w:rPr>
          <w:rFonts w:cs="Arial"/>
          <w:sz w:val="24"/>
          <w:szCs w:val="24"/>
        </w:rPr>
        <w:t xml:space="preserve"> po </w:t>
      </w:r>
      <w:proofErr w:type="spellStart"/>
      <w:r w:rsidRPr="00852D57">
        <w:rPr>
          <w:rFonts w:cs="Arial"/>
          <w:sz w:val="24"/>
          <w:szCs w:val="24"/>
        </w:rPr>
        <w:t>opuszczeniu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projektu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uzupełnia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wyłącznie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wtedy</w:t>
      </w:r>
      <w:proofErr w:type="spellEnd"/>
      <w:r w:rsidRPr="00852D57">
        <w:rPr>
          <w:rFonts w:cs="Arial"/>
          <w:sz w:val="24"/>
          <w:szCs w:val="24"/>
        </w:rPr>
        <w:t xml:space="preserve">, </w:t>
      </w:r>
      <w:proofErr w:type="spellStart"/>
      <w:r w:rsidRPr="00852D57">
        <w:rPr>
          <w:rFonts w:cs="Arial"/>
          <w:sz w:val="24"/>
          <w:szCs w:val="24"/>
        </w:rPr>
        <w:t>gdy</w:t>
      </w:r>
      <w:proofErr w:type="spellEnd"/>
      <w:r w:rsidRPr="00852D57">
        <w:rPr>
          <w:rFonts w:cs="Arial"/>
          <w:sz w:val="24"/>
          <w:szCs w:val="24"/>
        </w:rPr>
        <w:t xml:space="preserve"> jest </w:t>
      </w:r>
      <w:proofErr w:type="spellStart"/>
      <w:r w:rsidRPr="00852D57">
        <w:rPr>
          <w:rFonts w:cs="Arial"/>
          <w:sz w:val="24"/>
          <w:szCs w:val="24"/>
        </w:rPr>
        <w:t>wymagana</w:t>
      </w:r>
      <w:proofErr w:type="spellEnd"/>
      <w:r w:rsidRPr="00852D57">
        <w:rPr>
          <w:rFonts w:cs="Arial"/>
          <w:sz w:val="24"/>
          <w:szCs w:val="24"/>
        </w:rPr>
        <w:t xml:space="preserve"> do </w:t>
      </w:r>
      <w:proofErr w:type="spellStart"/>
      <w:r w:rsidRPr="00852D57">
        <w:rPr>
          <w:rFonts w:cs="Arial"/>
          <w:sz w:val="24"/>
          <w:szCs w:val="24"/>
        </w:rPr>
        <w:t>pomiaru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właściwego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dla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uczestnika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wskaźnika</w:t>
      </w:r>
      <w:proofErr w:type="spellEnd"/>
      <w:r w:rsidRPr="00852D57">
        <w:rPr>
          <w:rFonts w:cs="Arial"/>
          <w:sz w:val="24"/>
          <w:szCs w:val="24"/>
        </w:rPr>
        <w:t xml:space="preserve">. W </w:t>
      </w:r>
      <w:proofErr w:type="spellStart"/>
      <w:r w:rsidRPr="00852D57">
        <w:rPr>
          <w:rFonts w:cs="Arial"/>
          <w:sz w:val="24"/>
          <w:szCs w:val="24"/>
        </w:rPr>
        <w:t>pozostałych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przypadkach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wpisuje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„NIE DOTYCZY”. W </w:t>
      </w:r>
      <w:proofErr w:type="spellStart"/>
      <w:r w:rsidRPr="00852D57">
        <w:rPr>
          <w:rFonts w:cs="Arial"/>
          <w:sz w:val="24"/>
          <w:szCs w:val="24"/>
        </w:rPr>
        <w:t>pierwszej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kolejności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wykorzystuje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informacje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znajdujące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w </w:t>
      </w:r>
      <w:proofErr w:type="spellStart"/>
      <w:r w:rsidRPr="00852D57">
        <w:rPr>
          <w:rFonts w:cs="Arial"/>
          <w:sz w:val="24"/>
          <w:szCs w:val="24"/>
        </w:rPr>
        <w:t>dokumentacji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Beneficjenta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lub</w:t>
      </w:r>
      <w:proofErr w:type="spellEnd"/>
      <w:r w:rsidRPr="00852D57">
        <w:rPr>
          <w:rFonts w:cs="Arial"/>
          <w:sz w:val="24"/>
          <w:szCs w:val="24"/>
        </w:rPr>
        <w:t xml:space="preserve"> OWP. </w:t>
      </w:r>
      <w:proofErr w:type="spellStart"/>
      <w:r w:rsidRPr="00852D57">
        <w:rPr>
          <w:rFonts w:cs="Arial"/>
          <w:sz w:val="24"/>
          <w:szCs w:val="24"/>
        </w:rPr>
        <w:t>Jeżeli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są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niewystarczające</w:t>
      </w:r>
      <w:proofErr w:type="spellEnd"/>
      <w:r w:rsidRPr="00852D57">
        <w:rPr>
          <w:rFonts w:cs="Arial"/>
          <w:sz w:val="24"/>
          <w:szCs w:val="24"/>
        </w:rPr>
        <w:t xml:space="preserve">, </w:t>
      </w:r>
      <w:proofErr w:type="spellStart"/>
      <w:r w:rsidRPr="00852D57">
        <w:rPr>
          <w:rFonts w:cs="Arial"/>
          <w:sz w:val="24"/>
          <w:szCs w:val="24"/>
        </w:rPr>
        <w:t>brakujące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informacje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można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uzyskać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od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uczestnika</w:t>
      </w:r>
      <w:proofErr w:type="spellEnd"/>
      <w:r w:rsidRPr="00852D57">
        <w:rPr>
          <w:rFonts w:cs="Arial"/>
          <w:sz w:val="24"/>
          <w:szCs w:val="24"/>
        </w:rPr>
        <w:t xml:space="preserve"> w </w:t>
      </w:r>
      <w:proofErr w:type="spellStart"/>
      <w:r w:rsidRPr="00852D57">
        <w:rPr>
          <w:rFonts w:cs="Arial"/>
          <w:sz w:val="24"/>
          <w:szCs w:val="24"/>
        </w:rPr>
        <w:t>ramach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bieżącej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korespondencji</w:t>
      </w:r>
      <w:proofErr w:type="spellEnd"/>
      <w:r w:rsidRPr="00852D57">
        <w:rPr>
          <w:rFonts w:cs="Arial"/>
          <w:sz w:val="24"/>
          <w:szCs w:val="24"/>
        </w:rPr>
        <w:t xml:space="preserve"> e-mail, bez </w:t>
      </w:r>
      <w:proofErr w:type="spellStart"/>
      <w:r w:rsidRPr="00852D57">
        <w:rPr>
          <w:rFonts w:cs="Arial"/>
          <w:sz w:val="24"/>
          <w:szCs w:val="24"/>
        </w:rPr>
        <w:t>sporządzania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odrębnego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formularza</w:t>
      </w:r>
      <w:proofErr w:type="spellEnd"/>
      <w:r w:rsidRPr="00852D57">
        <w:rPr>
          <w:rFonts w:cs="Arial"/>
          <w:sz w:val="24"/>
          <w:szCs w:val="24"/>
        </w:rPr>
        <w:t xml:space="preserve"> ani </w:t>
      </w:r>
      <w:proofErr w:type="spellStart"/>
      <w:r w:rsidRPr="00852D57">
        <w:rPr>
          <w:rFonts w:cs="Arial"/>
          <w:sz w:val="24"/>
          <w:szCs w:val="24"/>
        </w:rPr>
        <w:t>dodatkowego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podpisywanego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oświadczenia</w:t>
      </w:r>
      <w:proofErr w:type="spellEnd"/>
      <w:r w:rsidRPr="00852D57">
        <w:rPr>
          <w:rFonts w:cs="Arial"/>
          <w:sz w:val="24"/>
          <w:szCs w:val="24"/>
        </w:rPr>
        <w:t xml:space="preserve">. </w:t>
      </w:r>
      <w:proofErr w:type="spellStart"/>
      <w:r w:rsidRPr="00852D57">
        <w:rPr>
          <w:rFonts w:cs="Arial"/>
          <w:sz w:val="24"/>
          <w:szCs w:val="24"/>
        </w:rPr>
        <w:t>Korespondencję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zachowuje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w </w:t>
      </w:r>
      <w:proofErr w:type="spellStart"/>
      <w:r w:rsidRPr="00852D57">
        <w:rPr>
          <w:rFonts w:cs="Arial"/>
          <w:sz w:val="24"/>
          <w:szCs w:val="24"/>
        </w:rPr>
        <w:t>dokumentacji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projektu</w:t>
      </w:r>
      <w:proofErr w:type="spellEnd"/>
      <w:r w:rsidRPr="00852D57">
        <w:rPr>
          <w:rFonts w:cs="Arial"/>
          <w:sz w:val="24"/>
          <w:szCs w:val="24"/>
        </w:rPr>
        <w:t xml:space="preserve">, a w </w:t>
      </w:r>
      <w:proofErr w:type="spellStart"/>
      <w:r w:rsidRPr="00852D57">
        <w:rPr>
          <w:rFonts w:cs="Arial"/>
          <w:sz w:val="24"/>
          <w:szCs w:val="24"/>
        </w:rPr>
        <w:t>kolumnie</w:t>
      </w:r>
      <w:proofErr w:type="spellEnd"/>
      <w:r w:rsidRPr="00852D57">
        <w:rPr>
          <w:rFonts w:cs="Arial"/>
          <w:sz w:val="24"/>
          <w:szCs w:val="24"/>
        </w:rPr>
        <w:t xml:space="preserve"> „</w:t>
      </w:r>
      <w:proofErr w:type="spellStart"/>
      <w:r w:rsidRPr="00852D57">
        <w:rPr>
          <w:rFonts w:cs="Arial"/>
          <w:sz w:val="24"/>
          <w:szCs w:val="24"/>
        </w:rPr>
        <w:t>Uwagi</w:t>
      </w:r>
      <w:proofErr w:type="spellEnd"/>
      <w:r w:rsidRPr="00852D57">
        <w:rPr>
          <w:rFonts w:cs="Arial"/>
          <w:sz w:val="24"/>
          <w:szCs w:val="24"/>
        </w:rPr>
        <w:t xml:space="preserve">” </w:t>
      </w:r>
      <w:proofErr w:type="spellStart"/>
      <w:r w:rsidRPr="00852D57">
        <w:rPr>
          <w:rFonts w:cs="Arial"/>
          <w:sz w:val="24"/>
          <w:szCs w:val="24"/>
        </w:rPr>
        <w:t>wskazuje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źródło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datę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uzyskania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informacji</w:t>
      </w:r>
      <w:proofErr w:type="spellEnd"/>
      <w:r w:rsidRPr="00852D57">
        <w:rPr>
          <w:rFonts w:cs="Arial"/>
          <w:sz w:val="24"/>
          <w:szCs w:val="24"/>
        </w:rPr>
        <w:t>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4"/>
        <w:gridCol w:w="2994"/>
        <w:gridCol w:w="1297"/>
        <w:gridCol w:w="1647"/>
        <w:gridCol w:w="1928"/>
        <w:gridCol w:w="1928"/>
        <w:gridCol w:w="2490"/>
        <w:gridCol w:w="2127"/>
      </w:tblGrid>
      <w:tr w:rsidR="00852D57" w:rsidRPr="00852D57" w14:paraId="176EFE49" w14:textId="77777777" w:rsidTr="00852D57">
        <w:trPr>
          <w:cantSplit/>
          <w:tblHeader/>
          <w:jc w:val="center"/>
        </w:trPr>
        <w:tc>
          <w:tcPr>
            <w:tcW w:w="764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BCDC72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2994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61EA50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1297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66E44A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b/>
                <w:sz w:val="24"/>
                <w:szCs w:val="24"/>
              </w:rPr>
              <w:t>OWP</w:t>
            </w:r>
          </w:p>
        </w:tc>
        <w:tc>
          <w:tcPr>
            <w:tcW w:w="1647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50D3EF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b/>
                <w:sz w:val="24"/>
                <w:szCs w:val="24"/>
              </w:rPr>
              <w:t xml:space="preserve">Data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zakończenia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udziału</w:t>
            </w:r>
            <w:proofErr w:type="spellEnd"/>
          </w:p>
        </w:tc>
        <w:tc>
          <w:tcPr>
            <w:tcW w:w="192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DF44A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Zakończył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/a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udział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zgodnie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z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zaplanowaną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ścieżką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br/>
              <w:t>TAK / NIE</w:t>
            </w:r>
          </w:p>
        </w:tc>
        <w:tc>
          <w:tcPr>
            <w:tcW w:w="192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588EEF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Uzyskał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/a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kwalifikacje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lub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kompetencje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br/>
              <w:t>TAK / NIE</w:t>
            </w:r>
          </w:p>
        </w:tc>
        <w:tc>
          <w:tcPr>
            <w:tcW w:w="2490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703460" w14:textId="3EE3031E" w:rsidR="00317D3D" w:rsidRPr="00852D57" w:rsidRDefault="00BB763F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b/>
                <w:sz w:val="24"/>
                <w:szCs w:val="24"/>
              </w:rPr>
              <w:t>„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Podjął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>/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podjęła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kształcenie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lub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szkolenie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po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opuszczeniu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projektu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– TAK / NIE / NIE DOTYCZY”</w:t>
            </w:r>
          </w:p>
        </w:tc>
        <w:tc>
          <w:tcPr>
            <w:tcW w:w="2127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9620A4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Uwagi</w:t>
            </w:r>
            <w:proofErr w:type="spellEnd"/>
          </w:p>
        </w:tc>
      </w:tr>
      <w:tr w:rsidR="00852D57" w:rsidRPr="00852D57" w14:paraId="3AB911E4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1DEDA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3386F9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CDCDB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5A5F8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0F29F6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C9A87E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51D9B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1A298E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5EA31849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F0217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415ABA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4272C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39202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92F09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25108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F7B0BB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43DDDB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70AE7DAA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E7A0EE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15A055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B4968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FE7A21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9FFE5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EDD60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37C23F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23DBA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0FB7C069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17E774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17415B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330F6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E2F056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2AC7C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3E90B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424CE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8C9833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4F7DBE17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5D347E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B39006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A9369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A0BF0A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CD973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2F9FE7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164937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03BD30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3E50259F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F26886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A0B34C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0B438D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2B430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B63B7A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14A76A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675D2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6DA498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6FAA6096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C02CC4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82132D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26731F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1B5AEF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7C413E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DFA6C3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0D77DF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BC6CE4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2F820593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483AC6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03A781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3DD72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73E476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104EE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B0753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8DDC1A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41CDD4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1EF81E9D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1C9DCA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9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DE0981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1F5967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B59F7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B3199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E926F3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87E622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94867C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4A2B9674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BB1F2A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A7559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8B58B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D69283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BF6A02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528DF7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1D2243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B81C88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3AC92789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37AA8C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11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967E7F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7FAC7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086BBB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19D3C1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DD5F63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A155B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625E51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696DC441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FE920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lastRenderedPageBreak/>
              <w:t>12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340509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B1E77D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0A693E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7470A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1182C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D26E7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E4E68E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330ED665" w14:textId="77777777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b/>
          <w:sz w:val="24"/>
          <w:szCs w:val="24"/>
        </w:rPr>
        <w:t>Uwaga</w:t>
      </w:r>
      <w:proofErr w:type="spellEnd"/>
      <w:r w:rsidRPr="00852D57">
        <w:rPr>
          <w:rFonts w:cs="Arial"/>
          <w:b/>
          <w:sz w:val="24"/>
          <w:szCs w:val="24"/>
        </w:rPr>
        <w:t xml:space="preserve">: </w:t>
      </w:r>
      <w:proofErr w:type="spellStart"/>
      <w:r w:rsidRPr="00852D57">
        <w:rPr>
          <w:rFonts w:cs="Arial"/>
          <w:i/>
          <w:sz w:val="24"/>
          <w:szCs w:val="24"/>
        </w:rPr>
        <w:t>wynik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dotyczący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nabycia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kwalifikacji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lub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kompetencji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ujmuje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się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zgodnie</w:t>
      </w:r>
      <w:proofErr w:type="spellEnd"/>
      <w:r w:rsidRPr="00852D57">
        <w:rPr>
          <w:rFonts w:cs="Arial"/>
          <w:i/>
          <w:sz w:val="24"/>
          <w:szCs w:val="24"/>
        </w:rPr>
        <w:t xml:space="preserve"> z </w:t>
      </w:r>
      <w:proofErr w:type="spellStart"/>
      <w:r w:rsidRPr="00852D57">
        <w:rPr>
          <w:rFonts w:cs="Arial"/>
          <w:i/>
          <w:sz w:val="24"/>
          <w:szCs w:val="24"/>
        </w:rPr>
        <w:t>zasadami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pomiaru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wskaźników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oraz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dokumentacją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walidacji</w:t>
      </w:r>
      <w:proofErr w:type="spellEnd"/>
      <w:r w:rsidRPr="00852D57">
        <w:rPr>
          <w:rFonts w:cs="Arial"/>
          <w:i/>
          <w:sz w:val="24"/>
          <w:szCs w:val="24"/>
        </w:rPr>
        <w:t>.</w:t>
      </w:r>
    </w:p>
    <w:p w14:paraId="5B439FEE" w14:textId="77777777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r w:rsidRPr="00852D57">
        <w:rPr>
          <w:rFonts w:cs="Arial"/>
          <w:b/>
          <w:sz w:val="24"/>
          <w:szCs w:val="24"/>
        </w:rPr>
        <w:t>POTWIERDZENIE UPOWAŻNIONEGO PERSONELU</w:t>
      </w:r>
    </w:p>
    <w:p w14:paraId="4C5B52FD" w14:textId="77777777" w:rsidR="00317D3D" w:rsidRPr="00852D57" w:rsidRDefault="00220124" w:rsidP="00C71DA5">
      <w:pPr>
        <w:spacing w:before="120" w:after="120" w:line="360" w:lineRule="auto"/>
        <w:jc w:val="both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sz w:val="24"/>
          <w:szCs w:val="24"/>
        </w:rPr>
        <w:t>Potwierdzam</w:t>
      </w:r>
      <w:proofErr w:type="spellEnd"/>
      <w:r w:rsidRPr="00852D57">
        <w:rPr>
          <w:rFonts w:cs="Arial"/>
          <w:sz w:val="24"/>
          <w:szCs w:val="24"/>
        </w:rPr>
        <w:t xml:space="preserve">, </w:t>
      </w:r>
      <w:proofErr w:type="spellStart"/>
      <w:r w:rsidRPr="00852D57">
        <w:rPr>
          <w:rFonts w:cs="Arial"/>
          <w:sz w:val="24"/>
          <w:szCs w:val="24"/>
        </w:rPr>
        <w:t>że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dane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ujęte</w:t>
      </w:r>
      <w:proofErr w:type="spellEnd"/>
      <w:r w:rsidRPr="00852D57">
        <w:rPr>
          <w:rFonts w:cs="Arial"/>
          <w:sz w:val="24"/>
          <w:szCs w:val="24"/>
        </w:rPr>
        <w:t xml:space="preserve"> w </w:t>
      </w:r>
      <w:proofErr w:type="spellStart"/>
      <w:r w:rsidRPr="00852D57">
        <w:rPr>
          <w:rFonts w:cs="Arial"/>
          <w:sz w:val="24"/>
          <w:szCs w:val="24"/>
        </w:rPr>
        <w:t>niniejszej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karcie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zostały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ustalone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na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podstawie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dokumentacji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źródłowej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właściwej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dla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poszczególnych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uczestników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odpowiadają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stanowi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wynikającemu</w:t>
      </w:r>
      <w:proofErr w:type="spellEnd"/>
      <w:r w:rsidRPr="00852D57">
        <w:rPr>
          <w:rFonts w:cs="Arial"/>
          <w:sz w:val="24"/>
          <w:szCs w:val="24"/>
        </w:rPr>
        <w:t xml:space="preserve"> z </w:t>
      </w:r>
      <w:proofErr w:type="spellStart"/>
      <w:r w:rsidRPr="00852D57">
        <w:rPr>
          <w:rFonts w:cs="Arial"/>
          <w:sz w:val="24"/>
          <w:szCs w:val="24"/>
        </w:rPr>
        <w:t>dokumentacji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projektu</w:t>
      </w:r>
      <w:proofErr w:type="spellEnd"/>
      <w:r w:rsidRPr="00852D57">
        <w:rPr>
          <w:rFonts w:cs="Arial"/>
          <w:sz w:val="24"/>
          <w:szCs w:val="24"/>
        </w:rP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748"/>
        <w:gridCol w:w="5669"/>
      </w:tblGrid>
      <w:tr w:rsidR="00852D57" w:rsidRPr="00852D57" w14:paraId="06A1A7BD" w14:textId="77777777" w:rsidTr="00BB763F">
        <w:trPr>
          <w:cantSplit/>
          <w:jc w:val="center"/>
        </w:trPr>
        <w:tc>
          <w:tcPr>
            <w:tcW w:w="67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8B9278" w14:textId="77777777" w:rsidR="00317D3D" w:rsidRPr="00852D57" w:rsidRDefault="00220124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,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funkcja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osoby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upoważnionej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6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7EE84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17D3D" w:rsidRPr="00852D57" w14:paraId="3251A6DD" w14:textId="77777777" w:rsidTr="00BB763F">
        <w:trPr>
          <w:cantSplit/>
          <w:jc w:val="center"/>
        </w:trPr>
        <w:tc>
          <w:tcPr>
            <w:tcW w:w="67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ACBD21" w14:textId="77777777" w:rsidR="00317D3D" w:rsidRPr="00852D57" w:rsidRDefault="00220124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Miejscowość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data /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podpis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6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E048B2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017B40BC" w14:textId="77777777" w:rsidR="00220124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</w:p>
    <w:sectPr w:rsidR="00220124" w:rsidRPr="00852D57" w:rsidSect="00C71DA5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765" w:right="709" w:bottom="765" w:left="709" w:header="181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5BD55" w14:textId="77777777" w:rsidR="002F18EA" w:rsidRDefault="002F18EA">
      <w:r>
        <w:separator/>
      </w:r>
    </w:p>
  </w:endnote>
  <w:endnote w:type="continuationSeparator" w:id="0">
    <w:p w14:paraId="29EDF0AF" w14:textId="77777777" w:rsidR="002F18EA" w:rsidRDefault="002F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DDED5" w14:textId="77777777" w:rsidR="00BB0019" w:rsidRDefault="00BB0019" w:rsidP="00BB0019">
    <w:pPr>
      <w:pStyle w:val="Stopka"/>
      <w:jc w:val="center"/>
      <w:rPr>
        <w:rFonts w:cs="Arial"/>
        <w:szCs w:val="24"/>
      </w:rPr>
    </w:pPr>
    <w:proofErr w:type="spellStart"/>
    <w:r>
      <w:rPr>
        <w:sz w:val="16"/>
      </w:rPr>
      <w:t>Fundusze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Europejskie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dla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Pomorza</w:t>
    </w:r>
    <w:proofErr w:type="spellEnd"/>
    <w:r>
      <w:rPr>
        <w:sz w:val="16"/>
      </w:rPr>
      <w:t xml:space="preserve"> 2021-2027  |  </w:t>
    </w:r>
    <w:proofErr w:type="spellStart"/>
    <w:r>
      <w:rPr>
        <w:sz w:val="16"/>
      </w:rPr>
      <w:t>Strona</w:t>
    </w:r>
    <w:proofErr w:type="spellEnd"/>
    <w:r>
      <w:rPr>
        <w:sz w:val="16"/>
      </w:rPr>
      <w:t xml:space="preserve"> </w:t>
    </w:r>
    <w:r>
      <w:rPr>
        <w:sz w:val="16"/>
      </w:rPr>
      <w:fldChar w:fldCharType="begin"/>
    </w:r>
    <w:r>
      <w:rPr>
        <w:sz w:val="16"/>
      </w:rPr>
      <w:instrText>PAGE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r>
      <w:rPr>
        <w:sz w:val="16"/>
      </w:rPr>
      <w:fldChar w:fldCharType="begin"/>
    </w:r>
    <w:r>
      <w:rPr>
        <w:sz w:val="16"/>
      </w:rPr>
      <w:instrText>NUMPAGES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D7D3E" w14:textId="77777777" w:rsidR="00317D3D" w:rsidRDefault="00220124">
    <w:pPr>
      <w:jc w:val="center"/>
    </w:pPr>
    <w:proofErr w:type="spellStart"/>
    <w:r>
      <w:rPr>
        <w:sz w:val="16"/>
      </w:rPr>
      <w:t>Fundusze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Europejskie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dla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Pomorza</w:t>
    </w:r>
    <w:proofErr w:type="spellEnd"/>
    <w:r>
      <w:rPr>
        <w:sz w:val="16"/>
      </w:rPr>
      <w:t xml:space="preserve"> 2021-2027  |  </w:t>
    </w:r>
    <w:proofErr w:type="spellStart"/>
    <w:r>
      <w:rPr>
        <w:sz w:val="16"/>
      </w:rPr>
      <w:t>Strona</w:t>
    </w:r>
    <w:proofErr w:type="spellEnd"/>
    <w:r>
      <w:rPr>
        <w:sz w:val="16"/>
      </w:rPr>
      <w:t xml:space="preserve"> </w:t>
    </w:r>
    <w:r>
      <w:rPr>
        <w:sz w:val="16"/>
      </w:rPr>
      <w:fldChar w:fldCharType="begin"/>
    </w:r>
    <w:r>
      <w:rPr>
        <w:sz w:val="16"/>
      </w:rPr>
      <w:instrText>PAGE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r>
      <w:rPr>
        <w:sz w:val="16"/>
      </w:rPr>
      <w:fldChar w:fldCharType="begin"/>
    </w:r>
    <w:r>
      <w:rPr>
        <w:sz w:val="16"/>
      </w:rPr>
      <w:instrText>NUMPAGES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509D0" w14:textId="77777777" w:rsidR="002F18EA" w:rsidRDefault="002F18EA">
      <w:r>
        <w:separator/>
      </w:r>
    </w:p>
  </w:footnote>
  <w:footnote w:type="continuationSeparator" w:id="0">
    <w:p w14:paraId="56A432CC" w14:textId="77777777" w:rsidR="002F18EA" w:rsidRDefault="002F1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E14CE" w14:textId="77777777" w:rsidR="000E0CA5" w:rsidRDefault="00BB0019" w:rsidP="00BB0019">
    <w:pPr>
      <w:pStyle w:val="Nagwek"/>
    </w:pPr>
    <w:r>
      <w:rPr>
        <w:noProof/>
      </w:rPr>
      <w:drawing>
        <wp:inline distT="0" distB="0" distL="0" distR="0" wp14:anchorId="70EA73F5" wp14:editId="6D6F7EA7">
          <wp:extent cx="6052782" cy="669925"/>
          <wp:effectExtent l="0" t="0" r="0" b="0"/>
          <wp:docPr id="3" name="Obraz 3" descr="Logotypy programu Fundusze Europejskie dla Pomorza, Unii Europejskiej i Województwa Pomorskiego" title="Oznaczenia programu i instytucj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93128F5" w14:textId="77777777" w:rsidR="00BB0019" w:rsidRPr="00BB0019" w:rsidRDefault="00BB0019" w:rsidP="00BB001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6066B" w14:textId="77777777" w:rsidR="00322E55" w:rsidRDefault="00FD07D8">
    <w:pPr>
      <w:jc w:val="center"/>
    </w:pPr>
    <w:r>
      <w:rPr>
        <w:noProof/>
      </w:rPr>
      <w:drawing>
        <wp:inline distT="0" distB="0" distL="0" distR="0" wp14:anchorId="695AC839" wp14:editId="5AC020C6">
          <wp:extent cx="5976000" cy="695619"/>
          <wp:effectExtent l="0" t="0" r="0" b="0"/>
          <wp:docPr id="1" name="Picture 1" descr="Logotypy programu Fundusze Europejskie dla Pomorza, Unii Europejskiej i Województwa Pomorskiego" title="Oznaczenia programu i instytucj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000" cy="6956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0CA5"/>
    <w:rsid w:val="0015074B"/>
    <w:rsid w:val="00220124"/>
    <w:rsid w:val="0025293A"/>
    <w:rsid w:val="0029639D"/>
    <w:rsid w:val="002F18EA"/>
    <w:rsid w:val="00317D3D"/>
    <w:rsid w:val="00322E55"/>
    <w:rsid w:val="00326F90"/>
    <w:rsid w:val="003E5A22"/>
    <w:rsid w:val="004A7C69"/>
    <w:rsid w:val="006F50A2"/>
    <w:rsid w:val="007C6392"/>
    <w:rsid w:val="00852D57"/>
    <w:rsid w:val="00A875C7"/>
    <w:rsid w:val="00AA1D8D"/>
    <w:rsid w:val="00B47730"/>
    <w:rsid w:val="00BB0019"/>
    <w:rsid w:val="00BB763F"/>
    <w:rsid w:val="00C71DA5"/>
    <w:rsid w:val="00CB0664"/>
    <w:rsid w:val="00E22BCA"/>
    <w:rsid w:val="00EC0981"/>
    <w:rsid w:val="00FA788C"/>
    <w:rsid w:val="00FC693F"/>
    <w:rsid w:val="00FD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997146"/>
  <w14:defaultImageDpi w14:val="300"/>
  <w15:docId w15:val="{6C0346C9-436A-4931-8853-A22F833BC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 w:after="100"/>
      <w:outlineLvl w:val="0"/>
    </w:pPr>
    <w:rPr>
      <w:rFonts w:asciiTheme="majorHAnsi" w:eastAsiaTheme="majorEastAsia" w:hAnsiTheme="majorHAnsi" w:cstheme="majorBidi"/>
      <w:b/>
      <w:bCs/>
      <w:color w:val="365F91"/>
      <w:sz w:val="21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452</Words>
  <Characters>2712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8 - Zbiorcza karta sytuacji uczestników po zakończeniu udziału - Luzino</vt:lpstr>
      <vt:lpstr/>
    </vt:vector>
  </TitlesOfParts>
  <Manager/>
  <Company/>
  <LinksUpToDate>false</LinksUpToDate>
  <CharactersWithSpaces>3158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8 - Zbiorcza karta zakończenia udziału w projekcie i sytuacji uczestników po opuszczeniu projektu</dc:title>
  <dc:subject>Projekt Rozwój edukacji przedszkolnej w Gminie Luzino</dc:subject>
  <dc:creator>python-docx</dc:creator>
  <cp:keywords/>
  <dc:description>Zbiorcza karta dla dzieci i nauczycieli, sporządzana przez upoważniony personel.</dc:description>
  <cp:lastModifiedBy>Dawid</cp:lastModifiedBy>
  <cp:revision>12</cp:revision>
  <dcterms:created xsi:type="dcterms:W3CDTF">2013-12-23T23:15:00Z</dcterms:created>
  <dcterms:modified xsi:type="dcterms:W3CDTF">2026-09-24T06:15:00Z</dcterms:modified>
  <cp:category/>
</cp:coreProperties>
</file>