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56FC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r w:rsidRPr="00FD0A5F">
        <w:rPr>
          <w:b/>
          <w:sz w:val="24"/>
          <w:szCs w:val="24"/>
        </w:rPr>
        <w:t>ZAŁĄCZNIK NR 4</w:t>
      </w:r>
    </w:p>
    <w:p w14:paraId="2C08BADE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r w:rsidRPr="00FD0A5F">
        <w:rPr>
          <w:b/>
          <w:sz w:val="24"/>
          <w:szCs w:val="24"/>
        </w:rPr>
        <w:t>KLAUZULA INFORMACYJNA</w:t>
      </w:r>
    </w:p>
    <w:p w14:paraId="65F5AEC3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dotycząca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br/>
        <w:t>„</w:t>
      </w:r>
      <w:proofErr w:type="spellStart"/>
      <w:r w:rsidRPr="00FD0A5F">
        <w:rPr>
          <w:sz w:val="24"/>
          <w:szCs w:val="24"/>
        </w:rPr>
        <w:t>Rozwój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edukacji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przedszkolnej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Gminie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>”</w:t>
      </w:r>
      <w:r w:rsidRPr="00FD0A5F">
        <w:rPr>
          <w:sz w:val="24"/>
          <w:szCs w:val="24"/>
        </w:rPr>
        <w:br/>
        <w:t>nr FEPM.05.07-IZ.00-0013/26</w:t>
      </w:r>
    </w:p>
    <w:p w14:paraId="1D3E600F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Zgodnie</w:t>
      </w:r>
      <w:proofErr w:type="spellEnd"/>
      <w:r w:rsidRPr="00FD0A5F">
        <w:rPr>
          <w:sz w:val="24"/>
          <w:szCs w:val="24"/>
        </w:rPr>
        <w:t xml:space="preserve"> z art. 13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art. 14 </w:t>
      </w:r>
      <w:proofErr w:type="spellStart"/>
      <w:r w:rsidRPr="00FD0A5F">
        <w:rPr>
          <w:sz w:val="24"/>
          <w:szCs w:val="24"/>
        </w:rPr>
        <w:t>rozporządzenia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Parlamentu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Rady (UE) 2016/679 z </w:t>
      </w:r>
      <w:proofErr w:type="spellStart"/>
      <w:r w:rsidRPr="00FD0A5F">
        <w:rPr>
          <w:sz w:val="24"/>
          <w:szCs w:val="24"/>
        </w:rPr>
        <w:t>dnia</w:t>
      </w:r>
      <w:proofErr w:type="spellEnd"/>
      <w:r w:rsidRPr="00FD0A5F">
        <w:rPr>
          <w:sz w:val="24"/>
          <w:szCs w:val="24"/>
        </w:rPr>
        <w:t xml:space="preserve"> 27 </w:t>
      </w:r>
      <w:proofErr w:type="spellStart"/>
      <w:r w:rsidRPr="00FD0A5F">
        <w:rPr>
          <w:sz w:val="24"/>
          <w:szCs w:val="24"/>
        </w:rPr>
        <w:t>kwietnia</w:t>
      </w:r>
      <w:proofErr w:type="spellEnd"/>
      <w:r w:rsidRPr="00FD0A5F">
        <w:rPr>
          <w:sz w:val="24"/>
          <w:szCs w:val="24"/>
        </w:rPr>
        <w:t xml:space="preserve"> 2016 r. (RODO) </w:t>
      </w:r>
      <w:proofErr w:type="spellStart"/>
      <w:r w:rsidRPr="00FD0A5F">
        <w:rPr>
          <w:sz w:val="24"/>
          <w:szCs w:val="24"/>
        </w:rPr>
        <w:t>przekazuje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dzieci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nauczycieli</w:t>
      </w:r>
      <w:proofErr w:type="spellEnd"/>
      <w:r w:rsidRPr="00FD0A5F">
        <w:rPr>
          <w:sz w:val="24"/>
          <w:szCs w:val="24"/>
        </w:rPr>
        <w:t xml:space="preserve">), a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rodziców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rekrutacją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7CF7E488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1. </w:t>
      </w:r>
      <w:proofErr w:type="spellStart"/>
      <w:r w:rsidRPr="00FD0A5F">
        <w:rPr>
          <w:sz w:val="24"/>
          <w:szCs w:val="24"/>
        </w:rPr>
        <w:t>Administratorzy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</w:p>
    <w:p w14:paraId="4D072161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Każdy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poniższych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podmiotów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odrębnym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wykonywanych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siebie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>:</w:t>
      </w:r>
    </w:p>
    <w:p w14:paraId="2598565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Wójt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 xml:space="preserve"> - administrator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Beneficjenta</w:t>
      </w:r>
      <w:proofErr w:type="spellEnd"/>
      <w:r w:rsidRPr="00FD0A5F">
        <w:rPr>
          <w:sz w:val="24"/>
          <w:szCs w:val="24"/>
        </w:rPr>
        <w:t xml:space="preserve">;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kontaktowe</w:t>
      </w:r>
      <w:proofErr w:type="spellEnd"/>
      <w:r w:rsidRPr="00FD0A5F">
        <w:rPr>
          <w:sz w:val="24"/>
          <w:szCs w:val="24"/>
        </w:rPr>
        <w:t xml:space="preserve">: </w:t>
      </w:r>
      <w:proofErr w:type="spellStart"/>
      <w:r w:rsidRPr="00FD0A5F">
        <w:rPr>
          <w:sz w:val="24"/>
          <w:szCs w:val="24"/>
        </w:rPr>
        <w:t>Urząd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 xml:space="preserve">, ul. </w:t>
      </w:r>
      <w:proofErr w:type="spellStart"/>
      <w:r w:rsidRPr="00FD0A5F">
        <w:rPr>
          <w:sz w:val="24"/>
          <w:szCs w:val="24"/>
        </w:rPr>
        <w:t>Ofiar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Stutthofu</w:t>
      </w:r>
      <w:proofErr w:type="spellEnd"/>
      <w:r w:rsidRPr="00FD0A5F">
        <w:rPr>
          <w:sz w:val="24"/>
          <w:szCs w:val="24"/>
        </w:rPr>
        <w:t xml:space="preserve"> 11, 84-242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>, e-mail: sekretariat@luzino.pl, tel. 58 678 20 68;</w:t>
      </w:r>
    </w:p>
    <w:p w14:paraId="603501C0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Zarząd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Województwa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Pomorskiego</w:t>
      </w:r>
      <w:proofErr w:type="spellEnd"/>
      <w:r w:rsidRPr="00FD0A5F">
        <w:rPr>
          <w:sz w:val="24"/>
          <w:szCs w:val="24"/>
        </w:rPr>
        <w:t xml:space="preserve">, ul. </w:t>
      </w:r>
      <w:proofErr w:type="spellStart"/>
      <w:r w:rsidRPr="00FD0A5F">
        <w:rPr>
          <w:sz w:val="24"/>
          <w:szCs w:val="24"/>
        </w:rPr>
        <w:t>Okopowa</w:t>
      </w:r>
      <w:proofErr w:type="spellEnd"/>
      <w:r w:rsidRPr="00FD0A5F">
        <w:rPr>
          <w:sz w:val="24"/>
          <w:szCs w:val="24"/>
        </w:rPr>
        <w:t xml:space="preserve"> 21/27, 80-810 </w:t>
      </w:r>
      <w:proofErr w:type="spellStart"/>
      <w:r w:rsidRPr="00FD0A5F">
        <w:rPr>
          <w:sz w:val="24"/>
          <w:szCs w:val="24"/>
        </w:rPr>
        <w:t>Gdańsk</w:t>
      </w:r>
      <w:proofErr w:type="spellEnd"/>
      <w:r w:rsidRPr="00FD0A5F">
        <w:rPr>
          <w:sz w:val="24"/>
          <w:szCs w:val="24"/>
        </w:rPr>
        <w:t xml:space="preserve">, tel. 58 326 81 90 - </w:t>
      </w:r>
      <w:proofErr w:type="spellStart"/>
      <w:r w:rsidRPr="00FD0A5F">
        <w:rPr>
          <w:sz w:val="24"/>
          <w:szCs w:val="24"/>
        </w:rPr>
        <w:t>jako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Instytucja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Zarządzająca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Fundusze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dla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Pomorza</w:t>
      </w:r>
      <w:proofErr w:type="spellEnd"/>
      <w:r w:rsidRPr="00FD0A5F">
        <w:rPr>
          <w:sz w:val="24"/>
          <w:szCs w:val="24"/>
        </w:rPr>
        <w:t xml:space="preserve"> 2021-2027 (IZ FEP 2021-2027),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realizacją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>.</w:t>
      </w:r>
    </w:p>
    <w:p w14:paraId="6C90FACA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2. </w:t>
      </w:r>
      <w:proofErr w:type="spellStart"/>
      <w:r w:rsidRPr="00FD0A5F">
        <w:rPr>
          <w:sz w:val="24"/>
          <w:szCs w:val="24"/>
        </w:rPr>
        <w:t>Inspektorzy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Ochrony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10F201A2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sprawach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Wójta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 xml:space="preserve">: e-mail IOD@fioi.org, tel. 55 239 48 74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korespondencyjnie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Urzędu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>;</w:t>
      </w:r>
    </w:p>
    <w:p w14:paraId="2F356D35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sprawach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Województwa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Pomorskiego</w:t>
      </w:r>
      <w:proofErr w:type="spellEnd"/>
      <w:r w:rsidRPr="00FD0A5F">
        <w:rPr>
          <w:sz w:val="24"/>
          <w:szCs w:val="24"/>
        </w:rPr>
        <w:t>: e-mail iod@pomorskie.eu.</w:t>
      </w:r>
    </w:p>
    <w:p w14:paraId="2FAB5D6D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3. Cele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</w:p>
    <w:p w14:paraId="5C2BE9E6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celu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przeprowadzenia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przyznania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dokumentowania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wskaźników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pozyskania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informacji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sytuacji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po </w:t>
      </w:r>
      <w:proofErr w:type="spellStart"/>
      <w:r w:rsidRPr="00FD0A5F">
        <w:rPr>
          <w:sz w:val="24"/>
          <w:szCs w:val="24"/>
        </w:rPr>
        <w:t>zakończeniu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(w </w:t>
      </w:r>
      <w:proofErr w:type="spellStart"/>
      <w:r w:rsidRPr="00FD0A5F">
        <w:rPr>
          <w:sz w:val="24"/>
          <w:szCs w:val="24"/>
        </w:rPr>
        <w:t>terminie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Beneficjenta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niż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ciągu</w:t>
      </w:r>
      <w:proofErr w:type="spellEnd"/>
      <w:r w:rsidRPr="00FD0A5F">
        <w:rPr>
          <w:sz w:val="24"/>
          <w:szCs w:val="24"/>
        </w:rPr>
        <w:t xml:space="preserve"> 4 </w:t>
      </w:r>
      <w:proofErr w:type="spellStart"/>
      <w:r w:rsidRPr="00FD0A5F">
        <w:rPr>
          <w:sz w:val="24"/>
          <w:szCs w:val="24"/>
        </w:rPr>
        <w:t>tygodni</w:t>
      </w:r>
      <w:proofErr w:type="spellEnd"/>
      <w:r w:rsidRPr="00FD0A5F">
        <w:rPr>
          <w:sz w:val="24"/>
          <w:szCs w:val="24"/>
        </w:rPr>
        <w:t xml:space="preserve">), </w:t>
      </w:r>
      <w:proofErr w:type="spellStart"/>
      <w:r w:rsidRPr="00FD0A5F">
        <w:rPr>
          <w:sz w:val="24"/>
          <w:szCs w:val="24"/>
        </w:rPr>
        <w:t>ewaluacji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sprawozdawczości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rozliczania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audytu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wykrywania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nieprawidłowości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komunikacji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lastRenderedPageBreak/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1BB90B73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Podstawą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jest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c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e RODO, a w </w:t>
      </w:r>
      <w:proofErr w:type="spellStart"/>
      <w:r w:rsidRPr="00FD0A5F">
        <w:rPr>
          <w:sz w:val="24"/>
          <w:szCs w:val="24"/>
        </w:rPr>
        <w:t>przypadkach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których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b RODO. Dane </w:t>
      </w:r>
      <w:proofErr w:type="spellStart"/>
      <w:r w:rsidRPr="00FD0A5F">
        <w:rPr>
          <w:sz w:val="24"/>
          <w:szCs w:val="24"/>
        </w:rPr>
        <w:t>szczególnych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kategorii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art. 9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2 lit. g RODO. </w:t>
      </w:r>
      <w:proofErr w:type="spellStart"/>
      <w:r w:rsidRPr="00FD0A5F">
        <w:rPr>
          <w:sz w:val="24"/>
          <w:szCs w:val="24"/>
        </w:rPr>
        <w:t>Podstawy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stosuje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rozdziałem</w:t>
      </w:r>
      <w:proofErr w:type="spellEnd"/>
      <w:r w:rsidRPr="00FD0A5F">
        <w:rPr>
          <w:sz w:val="24"/>
          <w:szCs w:val="24"/>
        </w:rPr>
        <w:t xml:space="preserve"> 18,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art. 87-91 </w:t>
      </w:r>
      <w:proofErr w:type="spellStart"/>
      <w:r w:rsidRPr="00FD0A5F">
        <w:rPr>
          <w:sz w:val="24"/>
          <w:szCs w:val="24"/>
        </w:rPr>
        <w:t>ustawy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dnia</w:t>
      </w:r>
      <w:proofErr w:type="spellEnd"/>
      <w:r w:rsidRPr="00FD0A5F">
        <w:rPr>
          <w:sz w:val="24"/>
          <w:szCs w:val="24"/>
        </w:rPr>
        <w:t xml:space="preserve"> 28 </w:t>
      </w:r>
      <w:proofErr w:type="spellStart"/>
      <w:r w:rsidRPr="00FD0A5F">
        <w:rPr>
          <w:sz w:val="24"/>
          <w:szCs w:val="24"/>
        </w:rPr>
        <w:t>kwietnia</w:t>
      </w:r>
      <w:proofErr w:type="spellEnd"/>
      <w:r w:rsidRPr="00FD0A5F">
        <w:rPr>
          <w:sz w:val="24"/>
          <w:szCs w:val="24"/>
        </w:rPr>
        <w:t xml:space="preserve"> 2022 r. o </w:t>
      </w:r>
      <w:proofErr w:type="spellStart"/>
      <w:r w:rsidRPr="00FD0A5F">
        <w:rPr>
          <w:sz w:val="24"/>
          <w:szCs w:val="24"/>
        </w:rPr>
        <w:t>zasadach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finansowanych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środków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perspektywie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finansowej</w:t>
      </w:r>
      <w:proofErr w:type="spellEnd"/>
      <w:r w:rsidRPr="00FD0A5F">
        <w:rPr>
          <w:sz w:val="24"/>
          <w:szCs w:val="24"/>
        </w:rPr>
        <w:t xml:space="preserve"> 2021-2027 (</w:t>
      </w:r>
      <w:proofErr w:type="spellStart"/>
      <w:r w:rsidRPr="00FD0A5F">
        <w:rPr>
          <w:sz w:val="24"/>
          <w:szCs w:val="24"/>
        </w:rPr>
        <w:t>t.j.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Dz.U</w:t>
      </w:r>
      <w:proofErr w:type="spellEnd"/>
      <w:r w:rsidRPr="00FD0A5F">
        <w:rPr>
          <w:sz w:val="24"/>
          <w:szCs w:val="24"/>
        </w:rPr>
        <w:t xml:space="preserve">. z 2025 r. </w:t>
      </w:r>
      <w:proofErr w:type="spellStart"/>
      <w:r w:rsidRPr="00FD0A5F">
        <w:rPr>
          <w:sz w:val="24"/>
          <w:szCs w:val="24"/>
        </w:rPr>
        <w:t>poz</w:t>
      </w:r>
      <w:proofErr w:type="spellEnd"/>
      <w:r w:rsidRPr="00FD0A5F">
        <w:rPr>
          <w:sz w:val="24"/>
          <w:szCs w:val="24"/>
        </w:rPr>
        <w:t xml:space="preserve">. 1733), </w:t>
      </w:r>
      <w:proofErr w:type="spellStart"/>
      <w:r w:rsidRPr="00FD0A5F">
        <w:rPr>
          <w:sz w:val="24"/>
          <w:szCs w:val="24"/>
        </w:rPr>
        <w:t>rozporządzeniem</w:t>
      </w:r>
      <w:proofErr w:type="spellEnd"/>
      <w:r w:rsidRPr="00FD0A5F">
        <w:rPr>
          <w:sz w:val="24"/>
          <w:szCs w:val="24"/>
        </w:rPr>
        <w:t xml:space="preserve"> (UE) 2021/1060, </w:t>
      </w:r>
      <w:proofErr w:type="spellStart"/>
      <w:r w:rsidRPr="00FD0A5F">
        <w:rPr>
          <w:sz w:val="24"/>
          <w:szCs w:val="24"/>
        </w:rPr>
        <w:t>rozporządzeniem</w:t>
      </w:r>
      <w:proofErr w:type="spellEnd"/>
      <w:r w:rsidRPr="00FD0A5F">
        <w:rPr>
          <w:sz w:val="24"/>
          <w:szCs w:val="24"/>
        </w:rPr>
        <w:t xml:space="preserve"> (UE) 2021/1057, </w:t>
      </w:r>
      <w:proofErr w:type="spellStart"/>
      <w:r w:rsidRPr="00FD0A5F">
        <w:rPr>
          <w:sz w:val="24"/>
          <w:szCs w:val="24"/>
        </w:rPr>
        <w:t>przepisami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archiwalnymi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zasadami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 FEP 2021-2027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umową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dofinansowanie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24F90E06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4. </w:t>
      </w:r>
      <w:proofErr w:type="spellStart"/>
      <w:r w:rsidRPr="00FD0A5F">
        <w:rPr>
          <w:sz w:val="24"/>
          <w:szCs w:val="24"/>
        </w:rPr>
        <w:t>Zakres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źródła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019BCE75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celów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>:</w:t>
      </w:r>
    </w:p>
    <w:p w14:paraId="514BFC8D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identyfikacyjne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kontaktowe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rodzica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>;</w:t>
      </w:r>
    </w:p>
    <w:p w14:paraId="6B2480D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</w:t>
      </w:r>
      <w:proofErr w:type="spellEnd"/>
      <w:r w:rsidRPr="00FD0A5F">
        <w:rPr>
          <w:sz w:val="24"/>
          <w:szCs w:val="24"/>
        </w:rPr>
        <w:t xml:space="preserve"> OWP, </w:t>
      </w:r>
      <w:proofErr w:type="spellStart"/>
      <w:r w:rsidRPr="00FD0A5F">
        <w:rPr>
          <w:sz w:val="24"/>
          <w:szCs w:val="24"/>
        </w:rPr>
        <w:t>miejsca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zamieszkania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obywatelstwa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demograficzne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społeczno-zawodowe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wskaźników</w:t>
      </w:r>
      <w:proofErr w:type="spellEnd"/>
      <w:r w:rsidRPr="00FD0A5F">
        <w:rPr>
          <w:sz w:val="24"/>
          <w:szCs w:val="24"/>
        </w:rPr>
        <w:t>;</w:t>
      </w:r>
    </w:p>
    <w:p w14:paraId="726FB8AE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służące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rekrutacyjnych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informacje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rozpoznanych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trudnościach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rozwojowych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szczególnych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potrzebach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niepełnosprawności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zdrowiu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pochodzeniu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rasowym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etnicznym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gdy</w:t>
      </w:r>
      <w:proofErr w:type="spellEnd"/>
      <w:r w:rsidRPr="00FD0A5F">
        <w:rPr>
          <w:sz w:val="24"/>
          <w:szCs w:val="24"/>
        </w:rPr>
        <w:t xml:space="preserve"> jest to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dopuszczalne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prawem</w:t>
      </w:r>
      <w:proofErr w:type="spellEnd"/>
      <w:r w:rsidRPr="00FD0A5F">
        <w:rPr>
          <w:sz w:val="24"/>
          <w:szCs w:val="24"/>
        </w:rPr>
        <w:t>;</w:t>
      </w:r>
    </w:p>
    <w:p w14:paraId="430CDFB9" w14:textId="0D1F971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udzielonych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frekwencji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datach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rozpoczęcia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zakończenia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osiągniętych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rezultatach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sytuacji</w:t>
      </w:r>
      <w:proofErr w:type="spellEnd"/>
      <w:r w:rsidRPr="00FD0A5F">
        <w:rPr>
          <w:sz w:val="24"/>
          <w:szCs w:val="24"/>
        </w:rPr>
        <w:t xml:space="preserve"> po </w:t>
      </w:r>
      <w:proofErr w:type="spellStart"/>
      <w:r w:rsidRPr="00FD0A5F">
        <w:rPr>
          <w:sz w:val="24"/>
          <w:szCs w:val="24"/>
        </w:rPr>
        <w:t>zakończeniu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>.</w:t>
      </w:r>
    </w:p>
    <w:p w14:paraId="07F6FE08" w14:textId="236EEA95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pozyskiwane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bezpośrednio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- od </w:t>
      </w:r>
      <w:proofErr w:type="spellStart"/>
      <w:r w:rsidRPr="00FD0A5F">
        <w:rPr>
          <w:sz w:val="24"/>
          <w:szCs w:val="24"/>
        </w:rPr>
        <w:t>rodzica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 xml:space="preserve">. W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pochodzić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OWP,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specjalistycznej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systemu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teleinformatycznego</w:t>
      </w:r>
      <w:proofErr w:type="spellEnd"/>
      <w:r w:rsidRPr="00FD0A5F">
        <w:rPr>
          <w:sz w:val="24"/>
          <w:szCs w:val="24"/>
        </w:rPr>
        <w:t xml:space="preserve"> CST2021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rejestrów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publicznych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dostęp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nich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297C2EEE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5. </w:t>
      </w:r>
      <w:proofErr w:type="spellStart"/>
      <w:r w:rsidRPr="00FD0A5F">
        <w:rPr>
          <w:sz w:val="24"/>
          <w:szCs w:val="24"/>
        </w:rPr>
        <w:t>Odbiorcy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przekazywanie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1C2138E1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pozostałym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administratorom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wymienionym</w:t>
      </w:r>
      <w:proofErr w:type="spellEnd"/>
      <w:r w:rsidRPr="00FD0A5F">
        <w:rPr>
          <w:sz w:val="24"/>
          <w:szCs w:val="24"/>
        </w:rPr>
        <w:t xml:space="preserve"> w art. 87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</w:t>
      </w:r>
      <w:proofErr w:type="spellStart"/>
      <w:r w:rsidRPr="00FD0A5F">
        <w:rPr>
          <w:sz w:val="24"/>
          <w:szCs w:val="24"/>
        </w:rPr>
        <w:t>ustawy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wdrożeniowej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instytucjom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uprawnionym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audytu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Komisji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przewidzianym</w:t>
      </w:r>
      <w:proofErr w:type="spellEnd"/>
      <w:r w:rsidRPr="00FD0A5F">
        <w:rPr>
          <w:sz w:val="24"/>
          <w:szCs w:val="24"/>
        </w:rPr>
        <w:t xml:space="preserve"> w art. 89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2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ustawy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Prezesowi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Zakładu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Ubezpieczeń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Społecznych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Odbiorcami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również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lastRenderedPageBreak/>
        <w:t>podmioty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realizujące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usługi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zlecenie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właściwego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administratora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dostawcy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systemów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informatycznych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obsługi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pocztowej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archiwizacyjnej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ewaluacyjnej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powierzenia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powierzonych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>.</w:t>
      </w:r>
    </w:p>
    <w:p w14:paraId="418FD01A" w14:textId="076C8C25" w:rsidR="00336DB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ramach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podstawowej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rekrutacyjnej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monitoringowej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Luzino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przewiduje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przekazywania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państwa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trzeciego</w:t>
      </w:r>
      <w:proofErr w:type="spellEnd"/>
      <w:r w:rsidRPr="00FD0A5F">
        <w:rPr>
          <w:sz w:val="24"/>
          <w:szCs w:val="24"/>
        </w:rPr>
        <w:t xml:space="preserve"> ani </w:t>
      </w:r>
      <w:proofErr w:type="spellStart"/>
      <w:r w:rsidRPr="00FD0A5F">
        <w:rPr>
          <w:sz w:val="24"/>
          <w:szCs w:val="24"/>
        </w:rPr>
        <w:t>organizacji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międzynarodowej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Ewentualne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przekazywanie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wizerunku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publikacją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internetową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zasadach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opisanych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odrębnej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dobrowolnej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>.</w:t>
      </w:r>
    </w:p>
    <w:p w14:paraId="6A49299A" w14:textId="55048B93" w:rsidR="00527FAA" w:rsidRPr="00FD0A5F" w:rsidRDefault="00527FAA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527FAA">
        <w:rPr>
          <w:sz w:val="24"/>
          <w:szCs w:val="24"/>
        </w:rPr>
        <w:t xml:space="preserve">Dane </w:t>
      </w:r>
      <w:proofErr w:type="spellStart"/>
      <w:r w:rsidRPr="00527FAA">
        <w:rPr>
          <w:sz w:val="24"/>
          <w:szCs w:val="24"/>
        </w:rPr>
        <w:t>osobowe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mogą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być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również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przekazywane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Partnerowi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projektu</w:t>
      </w:r>
      <w:proofErr w:type="spellEnd"/>
      <w:r w:rsidRPr="00527FAA">
        <w:rPr>
          <w:sz w:val="24"/>
          <w:szCs w:val="24"/>
        </w:rPr>
        <w:t xml:space="preserve"> – </w:t>
      </w:r>
      <w:proofErr w:type="spellStart"/>
      <w:r w:rsidRPr="00527FAA">
        <w:rPr>
          <w:sz w:val="24"/>
          <w:szCs w:val="24"/>
        </w:rPr>
        <w:t>Nowa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Perspektywa</w:t>
      </w:r>
      <w:proofErr w:type="spellEnd"/>
      <w:r w:rsidRPr="00527FAA">
        <w:rPr>
          <w:sz w:val="24"/>
          <w:szCs w:val="24"/>
        </w:rPr>
        <w:t xml:space="preserve"> Anna </w:t>
      </w:r>
      <w:proofErr w:type="spellStart"/>
      <w:r w:rsidRPr="00527FAA">
        <w:rPr>
          <w:sz w:val="24"/>
          <w:szCs w:val="24"/>
        </w:rPr>
        <w:t>Steffke</w:t>
      </w:r>
      <w:proofErr w:type="spellEnd"/>
      <w:r w:rsidRPr="00527FAA">
        <w:rPr>
          <w:sz w:val="24"/>
          <w:szCs w:val="24"/>
        </w:rPr>
        <w:t xml:space="preserve"> – </w:t>
      </w:r>
      <w:proofErr w:type="spellStart"/>
      <w:r w:rsidRPr="00527FAA">
        <w:rPr>
          <w:sz w:val="24"/>
          <w:szCs w:val="24"/>
        </w:rPr>
        <w:t>który</w:t>
      </w:r>
      <w:proofErr w:type="spellEnd"/>
      <w:r w:rsidRPr="00527FAA">
        <w:rPr>
          <w:sz w:val="24"/>
          <w:szCs w:val="24"/>
        </w:rPr>
        <w:t xml:space="preserve"> w </w:t>
      </w:r>
      <w:proofErr w:type="spellStart"/>
      <w:r w:rsidRPr="00527FAA">
        <w:rPr>
          <w:sz w:val="24"/>
          <w:szCs w:val="24"/>
        </w:rPr>
        <w:t>zakresie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powierzonych</w:t>
      </w:r>
      <w:proofErr w:type="spellEnd"/>
      <w:r w:rsidRPr="00527FAA">
        <w:rPr>
          <w:sz w:val="24"/>
          <w:szCs w:val="24"/>
        </w:rPr>
        <w:t xml:space="preserve"> mu </w:t>
      </w:r>
      <w:proofErr w:type="spellStart"/>
      <w:r w:rsidRPr="00527FAA">
        <w:rPr>
          <w:sz w:val="24"/>
          <w:szCs w:val="24"/>
        </w:rPr>
        <w:t>czynności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przetwarza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dane</w:t>
      </w:r>
      <w:proofErr w:type="spellEnd"/>
      <w:r w:rsidRPr="00527FAA">
        <w:rPr>
          <w:sz w:val="24"/>
          <w:szCs w:val="24"/>
        </w:rPr>
        <w:t xml:space="preserve"> w </w:t>
      </w:r>
      <w:proofErr w:type="spellStart"/>
      <w:r w:rsidRPr="00527FAA">
        <w:rPr>
          <w:sz w:val="24"/>
          <w:szCs w:val="24"/>
        </w:rPr>
        <w:t>imieniu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administratora</w:t>
      </w:r>
      <w:proofErr w:type="spellEnd"/>
      <w:r w:rsidRPr="00527FAA">
        <w:rPr>
          <w:sz w:val="24"/>
          <w:szCs w:val="24"/>
        </w:rPr>
        <w:t xml:space="preserve">, </w:t>
      </w:r>
      <w:proofErr w:type="spellStart"/>
      <w:r w:rsidRPr="00527FAA">
        <w:rPr>
          <w:sz w:val="24"/>
          <w:szCs w:val="24"/>
        </w:rPr>
        <w:t>na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podstawie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postanowień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dotyczących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powierzenia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przetwarzania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danych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osobowych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zgodnych</w:t>
      </w:r>
      <w:proofErr w:type="spellEnd"/>
      <w:r w:rsidRPr="00527FAA">
        <w:rPr>
          <w:sz w:val="24"/>
          <w:szCs w:val="24"/>
        </w:rPr>
        <w:t xml:space="preserve"> z art. 28 RODO, </w:t>
      </w:r>
      <w:proofErr w:type="spellStart"/>
      <w:r w:rsidRPr="00527FAA">
        <w:rPr>
          <w:sz w:val="24"/>
          <w:szCs w:val="24"/>
        </w:rPr>
        <w:t>wyłącznie</w:t>
      </w:r>
      <w:proofErr w:type="spellEnd"/>
      <w:r w:rsidRPr="00527FAA">
        <w:rPr>
          <w:sz w:val="24"/>
          <w:szCs w:val="24"/>
        </w:rPr>
        <w:t xml:space="preserve"> w </w:t>
      </w:r>
      <w:proofErr w:type="spellStart"/>
      <w:r w:rsidRPr="00527FAA">
        <w:rPr>
          <w:sz w:val="24"/>
          <w:szCs w:val="24"/>
        </w:rPr>
        <w:t>zakresie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niezbędnym</w:t>
      </w:r>
      <w:proofErr w:type="spellEnd"/>
      <w:r w:rsidRPr="00527FAA">
        <w:rPr>
          <w:sz w:val="24"/>
          <w:szCs w:val="24"/>
        </w:rPr>
        <w:t xml:space="preserve"> do </w:t>
      </w:r>
      <w:proofErr w:type="spellStart"/>
      <w:r w:rsidRPr="00527FAA">
        <w:rPr>
          <w:sz w:val="24"/>
          <w:szCs w:val="24"/>
        </w:rPr>
        <w:t>realizacji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powierzonych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zadań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oraz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zgodnie</w:t>
      </w:r>
      <w:proofErr w:type="spellEnd"/>
      <w:r w:rsidRPr="00527FAA">
        <w:rPr>
          <w:sz w:val="24"/>
          <w:szCs w:val="24"/>
        </w:rPr>
        <w:t xml:space="preserve"> z </w:t>
      </w:r>
      <w:proofErr w:type="spellStart"/>
      <w:r w:rsidRPr="00527FAA">
        <w:rPr>
          <w:sz w:val="24"/>
          <w:szCs w:val="24"/>
        </w:rPr>
        <w:t>udokumentowanymi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poleceniami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administratora</w:t>
      </w:r>
      <w:proofErr w:type="spellEnd"/>
      <w:r w:rsidRPr="00527FAA">
        <w:rPr>
          <w:sz w:val="24"/>
          <w:szCs w:val="24"/>
        </w:rPr>
        <w:t>.</w:t>
      </w:r>
    </w:p>
    <w:p w14:paraId="452F5069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6.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przechowywania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432C9340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będą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przechowywane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celów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rozliczenia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ewaluacji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, a </w:t>
      </w:r>
      <w:proofErr w:type="spellStart"/>
      <w:r w:rsidRPr="00FD0A5F">
        <w:rPr>
          <w:sz w:val="24"/>
          <w:szCs w:val="24"/>
        </w:rPr>
        <w:t>następnie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wynikający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dofinansowanie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dokumentów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, z </w:t>
      </w:r>
      <w:proofErr w:type="spellStart"/>
      <w:r w:rsidRPr="00FD0A5F">
        <w:rPr>
          <w:sz w:val="24"/>
          <w:szCs w:val="24"/>
        </w:rPr>
        <w:t>uwzględnieniem</w:t>
      </w:r>
      <w:proofErr w:type="spellEnd"/>
      <w:r w:rsidRPr="00FD0A5F">
        <w:rPr>
          <w:sz w:val="24"/>
          <w:szCs w:val="24"/>
        </w:rPr>
        <w:t xml:space="preserve"> art. 82 </w:t>
      </w:r>
      <w:proofErr w:type="spellStart"/>
      <w:r w:rsidRPr="00FD0A5F">
        <w:rPr>
          <w:sz w:val="24"/>
          <w:szCs w:val="24"/>
        </w:rPr>
        <w:t>rozporządzenia</w:t>
      </w:r>
      <w:proofErr w:type="spellEnd"/>
      <w:r w:rsidRPr="00FD0A5F">
        <w:rPr>
          <w:sz w:val="24"/>
          <w:szCs w:val="24"/>
        </w:rPr>
        <w:t xml:space="preserve"> (UE) 2021/1060. </w:t>
      </w:r>
      <w:proofErr w:type="spellStart"/>
      <w:r w:rsidRPr="00FD0A5F">
        <w:rPr>
          <w:sz w:val="24"/>
          <w:szCs w:val="24"/>
        </w:rPr>
        <w:t>Bieg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właściwego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zostać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przerwany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postępowania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administracyjnego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sądowego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wniosek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Komisji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Europejskiej</w:t>
      </w:r>
      <w:proofErr w:type="spellEnd"/>
      <w:r w:rsidRPr="00FD0A5F">
        <w:rPr>
          <w:sz w:val="24"/>
          <w:szCs w:val="24"/>
        </w:rPr>
        <w:t>.</w:t>
      </w:r>
    </w:p>
    <w:p w14:paraId="2019E68D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7.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</w:p>
    <w:p w14:paraId="1CAE8312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Na </w:t>
      </w:r>
      <w:proofErr w:type="spellStart"/>
      <w:r w:rsidRPr="00FD0A5F">
        <w:rPr>
          <w:sz w:val="24"/>
          <w:szCs w:val="24"/>
        </w:rPr>
        <w:t>zasadach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określonych</w:t>
      </w:r>
      <w:proofErr w:type="spellEnd"/>
      <w:r w:rsidRPr="00FD0A5F">
        <w:rPr>
          <w:sz w:val="24"/>
          <w:szCs w:val="24"/>
        </w:rPr>
        <w:t xml:space="preserve"> w RODO </w:t>
      </w:r>
      <w:proofErr w:type="spellStart"/>
      <w:r w:rsidRPr="00FD0A5F">
        <w:rPr>
          <w:sz w:val="24"/>
          <w:szCs w:val="24"/>
        </w:rPr>
        <w:t>osobie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przysługuje</w:t>
      </w:r>
      <w:proofErr w:type="spellEnd"/>
      <w:r w:rsidRPr="00FD0A5F">
        <w:rPr>
          <w:sz w:val="24"/>
          <w:szCs w:val="24"/>
        </w:rPr>
        <w:t>:</w:t>
      </w:r>
    </w:p>
    <w:p w14:paraId="6DE706D4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dostępu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uzyskania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kopii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sprostowania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>;</w:t>
      </w:r>
    </w:p>
    <w:p w14:paraId="52FDE32F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żądania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usunięcia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ograniczenia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określonych</w:t>
      </w:r>
      <w:proofErr w:type="spellEnd"/>
      <w:r w:rsidRPr="00FD0A5F">
        <w:rPr>
          <w:sz w:val="24"/>
          <w:szCs w:val="24"/>
        </w:rPr>
        <w:t xml:space="preserve"> w RODO;</w:t>
      </w:r>
    </w:p>
    <w:p w14:paraId="710158C3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wniesienia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sprzeciwu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wobec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opartego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>. 1 lit. e RODO;</w:t>
      </w:r>
    </w:p>
    <w:p w14:paraId="5BB7371C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przenoszenia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sposób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zautomatyzowany</w:t>
      </w:r>
      <w:proofErr w:type="spellEnd"/>
      <w:r w:rsidRPr="00FD0A5F">
        <w:rPr>
          <w:sz w:val="24"/>
          <w:szCs w:val="24"/>
        </w:rPr>
        <w:t>;</w:t>
      </w:r>
    </w:p>
    <w:p w14:paraId="1ECA1A32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dowolnym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momencie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opiera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 xml:space="preserve">, bez </w:t>
      </w:r>
      <w:proofErr w:type="spellStart"/>
      <w:r w:rsidRPr="00FD0A5F">
        <w:rPr>
          <w:sz w:val="24"/>
          <w:szCs w:val="24"/>
        </w:rPr>
        <w:t>wpływu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zgodność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prawem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dokonanego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wycofaniem</w:t>
      </w:r>
      <w:proofErr w:type="spellEnd"/>
      <w:r w:rsidRPr="00FD0A5F">
        <w:rPr>
          <w:sz w:val="24"/>
          <w:szCs w:val="24"/>
        </w:rPr>
        <w:t>;</w:t>
      </w:r>
    </w:p>
    <w:p w14:paraId="4A5BAEA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wniesienia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skargi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Prezesa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Urzędu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Ochrony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>.</w:t>
      </w:r>
    </w:p>
    <w:p w14:paraId="3A48293D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lastRenderedPageBreak/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mają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charakteru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bezwzględnego</w:t>
      </w:r>
      <w:proofErr w:type="spellEnd"/>
      <w:r w:rsidRPr="00FD0A5F">
        <w:rPr>
          <w:sz w:val="24"/>
          <w:szCs w:val="24"/>
        </w:rPr>
        <w:t xml:space="preserve">.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usunięcia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przenoszenia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sprzeciwu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przysługiwać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jakim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obowiązku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realizowanego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interesie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publicznym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Żądanie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należy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kierować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administratora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odpowiedzialnego</w:t>
      </w:r>
      <w:proofErr w:type="spellEnd"/>
      <w:r w:rsidRPr="00FD0A5F">
        <w:rPr>
          <w:sz w:val="24"/>
          <w:szCs w:val="24"/>
        </w:rPr>
        <w:t xml:space="preserve"> za </w:t>
      </w:r>
      <w:proofErr w:type="spellStart"/>
      <w:r w:rsidRPr="00FD0A5F">
        <w:rPr>
          <w:sz w:val="24"/>
          <w:szCs w:val="24"/>
        </w:rPr>
        <w:t>daną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czynność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>.</w:t>
      </w:r>
    </w:p>
    <w:p w14:paraId="7D62EA90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8. </w:t>
      </w:r>
      <w:proofErr w:type="spellStart"/>
      <w:r w:rsidRPr="00FD0A5F">
        <w:rPr>
          <w:sz w:val="24"/>
          <w:szCs w:val="24"/>
        </w:rPr>
        <w:t>Obowiązek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dobrowolne</w:t>
      </w:r>
      <w:proofErr w:type="spellEnd"/>
    </w:p>
    <w:p w14:paraId="56CD9B9C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niezbędnych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obligatoryjnych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przeprowadzenia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wypełnienia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obowiązków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sprawozdawczych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warunkiem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Brak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takich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uniemożliwić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zakwalifikowanie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dalszy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28D78EE8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służących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pierwszeństwa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dobrowolne</w:t>
      </w:r>
      <w:proofErr w:type="spellEnd"/>
      <w:r w:rsidRPr="00FD0A5F">
        <w:rPr>
          <w:sz w:val="24"/>
          <w:szCs w:val="24"/>
        </w:rPr>
        <w:t xml:space="preserve">; ich </w:t>
      </w:r>
      <w:proofErr w:type="spellStart"/>
      <w:r w:rsidRPr="00FD0A5F">
        <w:rPr>
          <w:sz w:val="24"/>
          <w:szCs w:val="24"/>
        </w:rPr>
        <w:t>niepodanie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oznacza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brak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możliwości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punktów</w:t>
      </w:r>
      <w:proofErr w:type="spellEnd"/>
      <w:r w:rsidRPr="00FD0A5F">
        <w:rPr>
          <w:sz w:val="24"/>
          <w:szCs w:val="24"/>
        </w:rPr>
        <w:t xml:space="preserve"> za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lecz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samo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sobie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wyklucza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spełniającej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obligatoryjne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formularz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dopuszcza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odpowiedź</w:t>
      </w:r>
      <w:proofErr w:type="spellEnd"/>
      <w:r w:rsidRPr="00FD0A5F">
        <w:rPr>
          <w:sz w:val="24"/>
          <w:szCs w:val="24"/>
        </w:rPr>
        <w:t xml:space="preserve"> „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informacji</w:t>
      </w:r>
      <w:proofErr w:type="spellEnd"/>
      <w:r w:rsidRPr="00FD0A5F">
        <w:rPr>
          <w:sz w:val="24"/>
          <w:szCs w:val="24"/>
        </w:rPr>
        <w:t xml:space="preserve">”, 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wpływa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, o </w:t>
      </w:r>
      <w:proofErr w:type="spellStart"/>
      <w:r w:rsidRPr="00FD0A5F">
        <w:rPr>
          <w:sz w:val="24"/>
          <w:szCs w:val="24"/>
        </w:rPr>
        <w:t>ile</w:t>
      </w:r>
      <w:proofErr w:type="spellEnd"/>
      <w:r w:rsidRPr="00FD0A5F">
        <w:rPr>
          <w:sz w:val="24"/>
          <w:szCs w:val="24"/>
        </w:rPr>
        <w:t xml:space="preserve"> dana </w:t>
      </w:r>
      <w:proofErr w:type="spellStart"/>
      <w:r w:rsidRPr="00FD0A5F">
        <w:rPr>
          <w:sz w:val="24"/>
          <w:szCs w:val="24"/>
        </w:rPr>
        <w:t>informacja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niezbędna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, z </w:t>
      </w:r>
      <w:proofErr w:type="spellStart"/>
      <w:r w:rsidRPr="00FD0A5F">
        <w:rPr>
          <w:sz w:val="24"/>
          <w:szCs w:val="24"/>
        </w:rPr>
        <w:t>którego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chce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skorzystać</w:t>
      </w:r>
      <w:proofErr w:type="spellEnd"/>
      <w:r w:rsidRPr="00FD0A5F">
        <w:rPr>
          <w:sz w:val="24"/>
          <w:szCs w:val="24"/>
        </w:rPr>
        <w:t>.</w:t>
      </w:r>
    </w:p>
    <w:p w14:paraId="70922EF3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9. </w:t>
      </w:r>
      <w:proofErr w:type="spellStart"/>
      <w:r w:rsidRPr="00FD0A5F">
        <w:rPr>
          <w:sz w:val="24"/>
          <w:szCs w:val="24"/>
        </w:rPr>
        <w:t>Zautomatyzowane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podejmowanie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decyzji</w:t>
      </w:r>
      <w:proofErr w:type="spellEnd"/>
    </w:p>
    <w:p w14:paraId="332003DC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będą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wykorzystywane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podejmowania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wobec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decyzji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sposób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zautomatyzowany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profilowania</w:t>
      </w:r>
      <w:proofErr w:type="spellEnd"/>
      <w:r w:rsidRPr="00FD0A5F">
        <w:rPr>
          <w:sz w:val="24"/>
          <w:szCs w:val="24"/>
        </w:rPr>
        <w:t>.</w:t>
      </w:r>
    </w:p>
    <w:p w14:paraId="6E40D1D5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10.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</w:p>
    <w:p w14:paraId="47BEBA16" w14:textId="1855111F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Podstawowe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związane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rekrutacją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Utrwalanie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rozpowszechnianie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odrębnej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dobrowolnej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Załącznik</w:t>
      </w:r>
      <w:proofErr w:type="spellEnd"/>
      <w:r w:rsidRPr="00FD0A5F">
        <w:rPr>
          <w:sz w:val="24"/>
          <w:szCs w:val="24"/>
        </w:rPr>
        <w:t xml:space="preserve"> nr </w:t>
      </w:r>
      <w:r w:rsidR="003F55CA">
        <w:rPr>
          <w:sz w:val="24"/>
          <w:szCs w:val="24"/>
        </w:rPr>
        <w:t>1</w:t>
      </w:r>
      <w:r w:rsidRPr="00FD0A5F">
        <w:rPr>
          <w:sz w:val="24"/>
          <w:szCs w:val="24"/>
        </w:rPr>
        <w:t xml:space="preserve">),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a RODO,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celu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kanałach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wpływać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rekrutację</w:t>
      </w:r>
      <w:proofErr w:type="spellEnd"/>
      <w:r w:rsidRPr="00FD0A5F">
        <w:rPr>
          <w:sz w:val="24"/>
          <w:szCs w:val="24"/>
        </w:rPr>
        <w:t xml:space="preserve"> ani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7AF5B26F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11. </w:t>
      </w:r>
      <w:proofErr w:type="spellStart"/>
      <w:r w:rsidRPr="00FD0A5F">
        <w:rPr>
          <w:sz w:val="24"/>
          <w:szCs w:val="24"/>
        </w:rPr>
        <w:t>Przekazanie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klauzuli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zapoznania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</w:p>
    <w:p w14:paraId="3ECB415D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Klauzula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przekazywana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uczestnikowi</w:t>
      </w:r>
      <w:proofErr w:type="spellEnd"/>
      <w:r w:rsidRPr="00FD0A5F">
        <w:rPr>
          <w:sz w:val="24"/>
          <w:szCs w:val="24"/>
        </w:rPr>
        <w:t xml:space="preserve">, a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rodzicowi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prawnemu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najpóźniej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pozyskiwaniu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zostały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bezpośrednio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informacja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przekazywana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terminie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wynikającym</w:t>
      </w:r>
      <w:proofErr w:type="spellEnd"/>
      <w:r w:rsidRPr="00FD0A5F">
        <w:rPr>
          <w:sz w:val="24"/>
          <w:szCs w:val="24"/>
        </w:rPr>
        <w:t xml:space="preserve"> z art. 14 RODO,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jednak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niż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rozpoczęciem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pierwszej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lastRenderedPageBreak/>
        <w:t>wsparcia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Zapoznanie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klauzulą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odpowiednim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formularzu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rekrutacyjnym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Załącznik</w:t>
      </w:r>
      <w:proofErr w:type="spellEnd"/>
      <w:r w:rsidRPr="00FD0A5F">
        <w:rPr>
          <w:sz w:val="24"/>
          <w:szCs w:val="24"/>
        </w:rPr>
        <w:t xml:space="preserve"> nr 1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nr 2) </w:t>
      </w:r>
      <w:proofErr w:type="spellStart"/>
      <w:r w:rsidRPr="00FD0A5F">
        <w:rPr>
          <w:sz w:val="24"/>
          <w:szCs w:val="24"/>
        </w:rPr>
        <w:t>opatrzonym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datą</w:t>
      </w:r>
      <w:proofErr w:type="spellEnd"/>
      <w:r w:rsidRPr="00FD0A5F">
        <w:rPr>
          <w:sz w:val="24"/>
          <w:szCs w:val="24"/>
        </w:rPr>
        <w:t xml:space="preserve"> i </w:t>
      </w:r>
      <w:proofErr w:type="spellStart"/>
      <w:r w:rsidRPr="00FD0A5F">
        <w:rPr>
          <w:sz w:val="24"/>
          <w:szCs w:val="24"/>
        </w:rPr>
        <w:t>podpisem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Niniejsza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klauzula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odrębnego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podpisu</w:t>
      </w:r>
      <w:proofErr w:type="spellEnd"/>
      <w:r w:rsidRPr="00FD0A5F">
        <w:rPr>
          <w:sz w:val="24"/>
          <w:szCs w:val="24"/>
        </w:rPr>
        <w:t>.</w:t>
      </w:r>
    </w:p>
    <w:sectPr w:rsidR="00336DBF" w:rsidRPr="00FD0A5F" w:rsidSect="00034616">
      <w:headerReference w:type="default" r:id="rId8"/>
      <w:footerReference w:type="default" r:id="rId9"/>
      <w:pgSz w:w="11906" w:h="16838"/>
      <w:pgMar w:top="879" w:right="992" w:bottom="822" w:left="992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4366" w14:textId="77777777" w:rsidR="00794831" w:rsidRDefault="00794831">
      <w:pPr>
        <w:spacing w:after="0" w:line="240" w:lineRule="auto"/>
      </w:pPr>
      <w:r>
        <w:separator/>
      </w:r>
    </w:p>
  </w:endnote>
  <w:endnote w:type="continuationSeparator" w:id="0">
    <w:p w14:paraId="5A0EA9F8" w14:textId="77777777" w:rsidR="00794831" w:rsidRDefault="0079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74A8" w14:textId="77777777" w:rsidR="00FD0A5F" w:rsidRDefault="00FD0A5F" w:rsidP="00FD0A5F">
    <w:pPr>
      <w:pStyle w:val="Stopka"/>
      <w:jc w:val="center"/>
      <w:rPr>
        <w:rFonts w:cs="Arial"/>
        <w:sz w:val="22"/>
        <w:szCs w:val="32"/>
      </w:rPr>
    </w:pPr>
  </w:p>
  <w:p w14:paraId="3F26707D" w14:textId="12E55E25" w:rsidR="00FD0A5F" w:rsidRPr="00856A90" w:rsidRDefault="00FD0A5F" w:rsidP="00FD0A5F">
    <w:pPr>
      <w:pStyle w:val="Stopka"/>
      <w:jc w:val="center"/>
      <w:rPr>
        <w:rFonts w:cs="Arial"/>
        <w:sz w:val="24"/>
        <w:szCs w:val="32"/>
      </w:rPr>
    </w:pPr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p w14:paraId="2F4DBC89" w14:textId="2790FD17" w:rsidR="00336DBF" w:rsidRDefault="00336D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843E5" w14:textId="77777777" w:rsidR="00794831" w:rsidRDefault="00794831">
      <w:pPr>
        <w:spacing w:after="0" w:line="240" w:lineRule="auto"/>
      </w:pPr>
      <w:r>
        <w:separator/>
      </w:r>
    </w:p>
  </w:footnote>
  <w:footnote w:type="continuationSeparator" w:id="0">
    <w:p w14:paraId="32401744" w14:textId="77777777" w:rsidR="00794831" w:rsidRDefault="0079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8A86" w14:textId="6EC68E0D" w:rsidR="00336DBF" w:rsidRDefault="00FD0A5F">
    <w:pPr>
      <w:pStyle w:val="Nagwek"/>
      <w:jc w:val="center"/>
    </w:pPr>
    <w:r>
      <w:rPr>
        <w:noProof/>
      </w:rPr>
      <w:drawing>
        <wp:inline distT="0" distB="0" distL="0" distR="0" wp14:anchorId="2EF78C07" wp14:editId="69C3AD53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4476DE" w14:textId="77777777" w:rsidR="00FD0A5F" w:rsidRDefault="00FD0A5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DBF"/>
    <w:rsid w:val="003C23D1"/>
    <w:rsid w:val="003F55CA"/>
    <w:rsid w:val="00527FAA"/>
    <w:rsid w:val="005E3F0E"/>
    <w:rsid w:val="00633B3B"/>
    <w:rsid w:val="00794831"/>
    <w:rsid w:val="00811A3C"/>
    <w:rsid w:val="00AA1D8D"/>
    <w:rsid w:val="00B47730"/>
    <w:rsid w:val="00CB0664"/>
    <w:rsid w:val="00FC693F"/>
    <w:rsid w:val="00FD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19236"/>
  <w14:defaultImageDpi w14:val="300"/>
  <w15:docId w15:val="{7E8AB1C9-BBA3-4360-86CF-144795A5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Heading">
    <w:name w:val="ClauseHeading"/>
    <w:rPr>
      <w:rFonts w:ascii="Arial" w:eastAsia="Arial" w:hAnsi="Arial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1296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klauzula informacyjna RODO - projekt Luzino</dc:title>
  <dc:subject>Projekt Rozwój edukacji przedszkolnej w Gminie Luzino</dc:subject>
  <dc:creator>python-docx</dc:creator>
  <cp:keywords/>
  <dc:description>Wersja dostosowana do poprawionego regulaminu oraz aktualnych informacji administratorów.</dc:description>
  <cp:lastModifiedBy>Dawid</cp:lastModifiedBy>
  <cp:revision>7</cp:revision>
  <dcterms:created xsi:type="dcterms:W3CDTF">2013-12-23T23:15:00Z</dcterms:created>
  <dcterms:modified xsi:type="dcterms:W3CDTF">2026-09-17T13:50:00Z</dcterms:modified>
  <cp:category/>
</cp:coreProperties>
</file>