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B338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ZAŁĄCZNIK NR 3</w:t>
      </w:r>
    </w:p>
    <w:p w14:paraId="05884A0F" w14:textId="419FE06C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OŚWIADCZENIE O WCZEŚNIEJSZEJ REZYGNACJI</w:t>
      </w:r>
      <w:r w:rsidR="001D26B1">
        <w:rPr>
          <w:b/>
          <w:sz w:val="24"/>
          <w:szCs w:val="24"/>
        </w:rPr>
        <w:t xml:space="preserve"> </w:t>
      </w:r>
      <w:r w:rsidRPr="00EC5C28">
        <w:rPr>
          <w:b/>
          <w:sz w:val="24"/>
          <w:szCs w:val="24"/>
        </w:rPr>
        <w:t>Z UDZIAŁU W PROJEKCIE</w:t>
      </w:r>
    </w:p>
    <w:p w14:paraId="588DC557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sz w:val="24"/>
          <w:szCs w:val="24"/>
        </w:rPr>
        <w:t>„Rozwój edukacji przedszkolnej w Gminie Luzino”</w:t>
      </w:r>
      <w:r w:rsidRPr="00EC5C28">
        <w:rPr>
          <w:sz w:val="24"/>
          <w:szCs w:val="24"/>
        </w:rPr>
        <w:br/>
        <w:t>nr FEPM.05.07-IZ.00-0013/26</w:t>
      </w:r>
    </w:p>
    <w:p w14:paraId="51D874AB" w14:textId="5454ED40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i/>
          <w:color w:val="464646"/>
          <w:sz w:val="24"/>
          <w:szCs w:val="24"/>
        </w:rPr>
        <w:t xml:space="preserve">Formularz składa się wyłącznie w przypadku wcześniejszego zakończenia udziału w projekcie. </w:t>
      </w:r>
    </w:p>
    <w:p w14:paraId="7800AAB2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r w:rsidRPr="00EC5C28">
        <w:rPr>
          <w:b/>
          <w:sz w:val="24"/>
          <w:szCs w:val="24"/>
        </w:rPr>
        <w:t>DANE UCZESTNIKA/UCZESTNICZKI PROJEKTU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32398B" w:rsidRPr="00EC5C28" w14:paraId="1407C3E1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A1620E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Imię i nazwisko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B826F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32398B" w:rsidRPr="00EC5C28" w14:paraId="38CFEF87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2434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Status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B47D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☐ dziecko     ☐ nauczyciel/nauczycielka</w:t>
            </w:r>
          </w:p>
        </w:tc>
      </w:tr>
      <w:tr w:rsidR="0032398B" w:rsidRPr="00EC5C28" w14:paraId="7C3D4E9C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24E18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OWP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C45C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☐ OWP w Sychowie     ☐ OWP w Kębłowie</w:t>
            </w:r>
          </w:p>
        </w:tc>
      </w:tr>
      <w:tr w:rsidR="0032398B" w:rsidRPr="00EC5C28" w14:paraId="797B420D" w14:textId="77777777">
        <w:trPr>
          <w:trHeight w:val="595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DB1C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W przypadku dziecka – imię i nazwisko rodzica lub opiekuna prawnego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A09EA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</w:tbl>
    <w:p w14:paraId="08A1EA15" w14:textId="77777777" w:rsidR="0032398B" w:rsidRPr="00EC5C28" w:rsidRDefault="0032398B" w:rsidP="00EC5C28">
      <w:pPr>
        <w:spacing w:before="120" w:after="120" w:line="360" w:lineRule="auto"/>
        <w:rPr>
          <w:sz w:val="24"/>
          <w:szCs w:val="24"/>
        </w:rPr>
      </w:pPr>
    </w:p>
    <w:p w14:paraId="469DD6C2" w14:textId="77777777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sz w:val="24"/>
          <w:szCs w:val="24"/>
        </w:rPr>
        <w:t>Oświadczam, że rezygnuję / jako rodzic albo opiekun prawny rezygnuję w imieniu dziecka z całego udziału w projekcie „Rozwój edukacji przedszkolnej w Gminie Luzino”, nr FEPM.05.07-IZ.00-0013/26.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422"/>
      </w:tblGrid>
      <w:tr w:rsidR="0032398B" w:rsidRPr="00EC5C28" w14:paraId="26666F5E" w14:textId="77777777">
        <w:trPr>
          <w:trHeight w:val="465"/>
          <w:jc w:val="center"/>
        </w:trPr>
        <w:tc>
          <w:tcPr>
            <w:tcW w:w="5386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4B3FC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Data wcześniejszego zakończenia udziału w projekcie</w:t>
            </w:r>
          </w:p>
        </w:tc>
        <w:tc>
          <w:tcPr>
            <w:tcW w:w="442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B9866A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  (dd-mm-rrrr)</w:t>
            </w:r>
          </w:p>
        </w:tc>
      </w:tr>
    </w:tbl>
    <w:p w14:paraId="3A734E15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proofErr w:type="spellStart"/>
      <w:r w:rsidRPr="00EC5C28">
        <w:rPr>
          <w:b/>
          <w:sz w:val="24"/>
          <w:szCs w:val="24"/>
        </w:rPr>
        <w:t>Przyjmuję</w:t>
      </w:r>
      <w:proofErr w:type="spellEnd"/>
      <w:r w:rsidRPr="00EC5C28">
        <w:rPr>
          <w:b/>
          <w:sz w:val="24"/>
          <w:szCs w:val="24"/>
        </w:rPr>
        <w:t xml:space="preserve"> do </w:t>
      </w:r>
      <w:proofErr w:type="spellStart"/>
      <w:r w:rsidRPr="00EC5C28">
        <w:rPr>
          <w:b/>
          <w:sz w:val="24"/>
          <w:szCs w:val="24"/>
        </w:rPr>
        <w:t>wiadomości</w:t>
      </w:r>
      <w:proofErr w:type="spellEnd"/>
      <w:r w:rsidRPr="00EC5C28">
        <w:rPr>
          <w:b/>
          <w:sz w:val="24"/>
          <w:szCs w:val="24"/>
        </w:rPr>
        <w:t xml:space="preserve">, </w:t>
      </w:r>
      <w:proofErr w:type="spellStart"/>
      <w:r w:rsidRPr="00EC5C28">
        <w:rPr>
          <w:b/>
          <w:sz w:val="24"/>
          <w:szCs w:val="24"/>
        </w:rPr>
        <w:t>że</w:t>
      </w:r>
      <w:proofErr w:type="spellEnd"/>
      <w:r w:rsidRPr="00EC5C28">
        <w:rPr>
          <w:b/>
          <w:sz w:val="24"/>
          <w:szCs w:val="24"/>
        </w:rPr>
        <w:t>:</w:t>
      </w:r>
    </w:p>
    <w:p w14:paraId="74874821" w14:textId="5225ECF4" w:rsidR="0032398B" w:rsidRPr="00EC5C28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1) </w:t>
      </w:r>
      <w:proofErr w:type="spellStart"/>
      <w:r w:rsidRPr="00EC5C28">
        <w:rPr>
          <w:sz w:val="24"/>
          <w:szCs w:val="24"/>
        </w:rPr>
        <w:t>wcześniejsze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zakończenie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udziału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zostanie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odnotowane</w:t>
      </w:r>
      <w:proofErr w:type="spellEnd"/>
      <w:r w:rsidRPr="00EC5C28">
        <w:rPr>
          <w:sz w:val="24"/>
          <w:szCs w:val="24"/>
        </w:rPr>
        <w:t xml:space="preserve"> w </w:t>
      </w:r>
      <w:proofErr w:type="spellStart"/>
      <w:r w:rsidRPr="00EC5C28">
        <w:rPr>
          <w:sz w:val="24"/>
          <w:szCs w:val="24"/>
        </w:rPr>
        <w:t>dokumentacji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projektu</w:t>
      </w:r>
      <w:proofErr w:type="spellEnd"/>
      <w:r w:rsidRPr="00EC5C28">
        <w:rPr>
          <w:sz w:val="24"/>
          <w:szCs w:val="24"/>
        </w:rPr>
        <w:t>;</w:t>
      </w:r>
    </w:p>
    <w:p w14:paraId="04E7054A" w14:textId="349EF6C1" w:rsidR="0032398B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2) mimo wcześniejszego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jestem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zobowiązany</w:t>
      </w:r>
      <w:proofErr w:type="spellEnd"/>
      <w:r w:rsidR="00D42461" w:rsidRPr="00D42461">
        <w:rPr>
          <w:sz w:val="24"/>
          <w:szCs w:val="24"/>
        </w:rPr>
        <w:t>/</w:t>
      </w:r>
      <w:proofErr w:type="spellStart"/>
      <w:r w:rsidR="00D42461" w:rsidRPr="00D42461">
        <w:rPr>
          <w:sz w:val="24"/>
          <w:szCs w:val="24"/>
        </w:rPr>
        <w:t>zobowiązana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przekazania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wskazanym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później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jednak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niż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ciągu</w:t>
      </w:r>
      <w:proofErr w:type="spellEnd"/>
      <w:r w:rsidR="00D42461" w:rsidRPr="00D42461">
        <w:rPr>
          <w:sz w:val="24"/>
          <w:szCs w:val="24"/>
        </w:rPr>
        <w:t xml:space="preserve"> 4 </w:t>
      </w:r>
      <w:proofErr w:type="spellStart"/>
      <w:r w:rsidR="00D42461" w:rsidRPr="00D42461">
        <w:rPr>
          <w:sz w:val="24"/>
          <w:szCs w:val="24"/>
        </w:rPr>
        <w:lastRenderedPageBreak/>
        <w:t>tygodni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od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niezbędnych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ustalenia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oraz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pomiaru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właściwych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wskaźników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rezultatu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bezpośredniego</w:t>
      </w:r>
      <w:proofErr w:type="spellEnd"/>
      <w:r w:rsidR="00D42461" w:rsidRPr="00D42461">
        <w:rPr>
          <w:sz w:val="24"/>
          <w:szCs w:val="24"/>
        </w:rPr>
        <w:t xml:space="preserve"> –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. W </w:t>
      </w:r>
      <w:proofErr w:type="spellStart"/>
      <w:r w:rsidR="00D42461" w:rsidRPr="00D42461">
        <w:rPr>
          <w:sz w:val="24"/>
          <w:szCs w:val="24"/>
        </w:rPr>
        <w:t>przypadku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przekazuje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wezwanie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powyższym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jakim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posiada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może</w:t>
      </w:r>
      <w:proofErr w:type="spellEnd"/>
      <w:r w:rsidR="00D42461" w:rsidRPr="00D42461">
        <w:rPr>
          <w:sz w:val="24"/>
          <w:szCs w:val="24"/>
        </w:rPr>
        <w:t xml:space="preserve"> ich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, OWP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szkoły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Jeżeli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wymagane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są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dostępne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można</w:t>
      </w:r>
      <w:proofErr w:type="spellEnd"/>
      <w:r w:rsidR="00D42461" w:rsidRPr="00D42461">
        <w:rPr>
          <w:sz w:val="24"/>
          <w:szCs w:val="24"/>
        </w:rPr>
        <w:t xml:space="preserve"> je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składa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dodatkowego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oświadczenia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upoważniony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pracownik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OWP w </w:t>
      </w:r>
      <w:proofErr w:type="spellStart"/>
      <w:r w:rsidR="00D42461" w:rsidRPr="00D42461">
        <w:rPr>
          <w:sz w:val="24"/>
          <w:szCs w:val="24"/>
        </w:rPr>
        <w:t>zbiorczym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Załączniku</w:t>
      </w:r>
      <w:proofErr w:type="spellEnd"/>
      <w:r w:rsidR="00D42461" w:rsidRPr="00D42461">
        <w:rPr>
          <w:sz w:val="24"/>
          <w:szCs w:val="24"/>
        </w:rPr>
        <w:t xml:space="preserve"> nr 7</w:t>
      </w:r>
      <w:r w:rsidRPr="00EC5C28">
        <w:rPr>
          <w:sz w:val="24"/>
          <w:szCs w:val="24"/>
        </w:rPr>
        <w:t>.</w:t>
      </w:r>
    </w:p>
    <w:p w14:paraId="633600D9" w14:textId="29CB6C16" w:rsidR="00347770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p w14:paraId="7BFE4701" w14:textId="77777777" w:rsidR="00347770" w:rsidRPr="00EC5C28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5499"/>
      </w:tblGrid>
      <w:tr w:rsidR="0032398B" w:rsidRPr="00EC5C28" w14:paraId="455E9DFC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C29F8E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6FE2DB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</w:tr>
      <w:tr w:rsidR="0032398B" w:rsidRPr="00EC5C28" w14:paraId="6F83FBEF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DFAFC0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Miejscowość i data złożenia oświadczenia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64578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Czytelny podpis nauczyciela/nauczycielki albo rodzica lub opiekuna prawnego dziecka</w:t>
            </w:r>
          </w:p>
        </w:tc>
      </w:tr>
    </w:tbl>
    <w:p w14:paraId="3564FD08" w14:textId="77777777" w:rsidR="00BD71C5" w:rsidRPr="00EC5C28" w:rsidRDefault="00BD71C5" w:rsidP="00EC5C28">
      <w:pPr>
        <w:spacing w:before="120" w:after="120" w:line="360" w:lineRule="auto"/>
        <w:rPr>
          <w:sz w:val="24"/>
          <w:szCs w:val="24"/>
        </w:rPr>
      </w:pPr>
    </w:p>
    <w:sectPr w:rsidR="00BD71C5" w:rsidRPr="00EC5C2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64" w:bottom="879" w:left="964" w:header="255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33BD" w14:textId="77777777" w:rsidR="00655481" w:rsidRDefault="00655481">
      <w:pPr>
        <w:spacing w:line="240" w:lineRule="auto"/>
      </w:pPr>
      <w:r>
        <w:separator/>
      </w:r>
    </w:p>
  </w:endnote>
  <w:endnote w:type="continuationSeparator" w:id="0">
    <w:p w14:paraId="5B03129C" w14:textId="77777777" w:rsidR="00655481" w:rsidRDefault="00655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C797" w14:textId="77777777" w:rsidR="00856A90" w:rsidRDefault="00856A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A92E" w14:textId="77777777" w:rsidR="00BB0019" w:rsidRDefault="00BB0019" w:rsidP="00BB0019">
    <w:pPr>
      <w:pStyle w:val="Stopka"/>
      <w:jc w:val="center"/>
      <w:rPr>
        <w:rFonts w:cs="Arial"/>
        <w:szCs w:val="24"/>
      </w:rPr>
    </w:pPr>
  </w:p>
  <w:p w14:paraId="6E261BFB" w14:textId="77777777" w:rsidR="00BB0019" w:rsidRPr="00856A90" w:rsidRDefault="00BB0019" w:rsidP="00BB0019">
    <w:pPr>
      <w:pStyle w:val="Stopka"/>
      <w:jc w:val="center"/>
      <w:rPr>
        <w:rFonts w:cs="Arial"/>
        <w:sz w:val="24"/>
        <w:szCs w:val="32"/>
      </w:rPr>
    </w:pPr>
    <w:bookmarkStart w:id="0" w:name="_Hlk240139805"/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bookmarkEnd w:id="0"/>
  <w:p w14:paraId="470C6558" w14:textId="77777777" w:rsidR="000E0CA5" w:rsidRPr="00BB0019" w:rsidRDefault="000E0CA5" w:rsidP="00BB001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B857" w14:textId="77777777" w:rsidR="00856A90" w:rsidRDefault="00856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F9B3" w14:textId="77777777" w:rsidR="00655481" w:rsidRDefault="00655481">
      <w:pPr>
        <w:spacing w:line="240" w:lineRule="auto"/>
      </w:pPr>
      <w:r>
        <w:separator/>
      </w:r>
    </w:p>
  </w:footnote>
  <w:footnote w:type="continuationSeparator" w:id="0">
    <w:p w14:paraId="731D3B9C" w14:textId="77777777" w:rsidR="00655481" w:rsidRDefault="006554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09F01" w14:textId="77777777" w:rsidR="00856A90" w:rsidRDefault="00856A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C75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1FF2A85E" wp14:editId="3B31DC0A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9D01FCF" w14:textId="77777777" w:rsidR="00BB0019" w:rsidRPr="00BB0019" w:rsidRDefault="00BB0019" w:rsidP="00BB00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308F" w14:textId="77777777" w:rsidR="00856A90" w:rsidRDefault="00856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1D26B1"/>
    <w:rsid w:val="0025293A"/>
    <w:rsid w:val="0029639D"/>
    <w:rsid w:val="0032398B"/>
    <w:rsid w:val="00326F90"/>
    <w:rsid w:val="0034111E"/>
    <w:rsid w:val="00347770"/>
    <w:rsid w:val="004B0F10"/>
    <w:rsid w:val="00655481"/>
    <w:rsid w:val="006F50A2"/>
    <w:rsid w:val="00856A90"/>
    <w:rsid w:val="00AA1D8D"/>
    <w:rsid w:val="00B47730"/>
    <w:rsid w:val="00BB0019"/>
    <w:rsid w:val="00BD71C5"/>
    <w:rsid w:val="00CB0664"/>
    <w:rsid w:val="00D42461"/>
    <w:rsid w:val="00EC5C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0C24C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– oświadczenie o wcześniejszej rezygnacji z udziału w projekcie</dc:title>
  <dc:subject>Projekt Rozwój edukacji przedszkolnej w Gminie Luzino</dc:subject>
  <dc:creator>python-docx</dc:creator>
  <cp:keywords/>
  <dc:description>Wersja dostosowana do poprawionego Regulaminu rekrutacji i uczestnictwa.</dc:description>
  <cp:lastModifiedBy>Dawid</cp:lastModifiedBy>
  <cp:revision>10</cp:revision>
  <dcterms:created xsi:type="dcterms:W3CDTF">2013-12-23T23:15:00Z</dcterms:created>
  <dcterms:modified xsi:type="dcterms:W3CDTF">2026-09-17T08:54:00Z</dcterms:modified>
  <cp:category/>
</cp:coreProperties>
</file>