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62AFAF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ZAŁĄCZNIK NR 2</w:t>
      </w:r>
    </w:p>
    <w:p w14:paraId="37FAC0F0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FORMULARZ REKRUTACYJNY NAUCZYCIELA/NAUCZYCIELKI</w:t>
      </w:r>
    </w:p>
    <w:p w14:paraId="29C8947A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do </w:t>
      </w:r>
      <w:proofErr w:type="spellStart"/>
      <w:r w:rsidRPr="00CF05FB">
        <w:rPr>
          <w:rFonts w:cs="Arial"/>
          <w:b/>
          <w:sz w:val="24"/>
          <w:szCs w:val="24"/>
        </w:rPr>
        <w:t>projektu</w:t>
      </w:r>
      <w:proofErr w:type="spellEnd"/>
      <w:r w:rsidRPr="00CF05FB">
        <w:rPr>
          <w:rFonts w:cs="Arial"/>
          <w:b/>
          <w:sz w:val="24"/>
          <w:szCs w:val="24"/>
        </w:rPr>
        <w:t xml:space="preserve"> „</w:t>
      </w:r>
      <w:proofErr w:type="spellStart"/>
      <w:r w:rsidRPr="00CF05FB">
        <w:rPr>
          <w:rFonts w:cs="Arial"/>
          <w:b/>
          <w:sz w:val="24"/>
          <w:szCs w:val="24"/>
        </w:rPr>
        <w:t>Rozwój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edukacji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przedszkolnej</w:t>
      </w:r>
      <w:proofErr w:type="spellEnd"/>
      <w:r w:rsidRPr="00CF05FB">
        <w:rPr>
          <w:rFonts w:cs="Arial"/>
          <w:b/>
          <w:sz w:val="24"/>
          <w:szCs w:val="24"/>
        </w:rPr>
        <w:t xml:space="preserve"> w </w:t>
      </w:r>
      <w:proofErr w:type="spellStart"/>
      <w:r w:rsidRPr="00CF05FB">
        <w:rPr>
          <w:rFonts w:cs="Arial"/>
          <w:b/>
          <w:sz w:val="24"/>
          <w:szCs w:val="24"/>
        </w:rPr>
        <w:t>Gminie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Luzino</w:t>
      </w:r>
      <w:proofErr w:type="spellEnd"/>
      <w:r w:rsidRPr="00CF05FB">
        <w:rPr>
          <w:rFonts w:cs="Arial"/>
          <w:b/>
          <w:sz w:val="24"/>
          <w:szCs w:val="24"/>
        </w:rPr>
        <w:t>”</w:t>
      </w:r>
    </w:p>
    <w:p w14:paraId="0EF4C545" w14:textId="77777777" w:rsidR="00FB0E7B" w:rsidRPr="00CF05FB" w:rsidRDefault="00A0699C" w:rsidP="00567002">
      <w:pPr>
        <w:spacing w:line="360" w:lineRule="auto"/>
        <w:jc w:val="center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nr FEPM.05.07-IZ.00-0013/26</w:t>
      </w:r>
    </w:p>
    <w:p w14:paraId="5F409D57" w14:textId="77777777" w:rsidR="00FB0E7B" w:rsidRPr="00CF05FB" w:rsidRDefault="00B92FA4" w:rsidP="00567002">
      <w:pPr>
        <w:spacing w:line="360" w:lineRule="auto"/>
        <w:rPr>
          <w:sz w:val="24"/>
          <w:szCs w:val="24"/>
        </w:rPr>
      </w:pPr>
      <w:proofErr w:type="spellStart"/>
      <w:r w:rsidRPr="00B92FA4">
        <w:rPr>
          <w:rFonts w:cs="Arial"/>
          <w:i/>
          <w:sz w:val="24"/>
          <w:szCs w:val="24"/>
        </w:rPr>
        <w:t>Formularz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nauczyciel</w:t>
      </w:r>
      <w:proofErr w:type="spellEnd"/>
      <w:r w:rsidRPr="00B92FA4">
        <w:rPr>
          <w:rFonts w:cs="Arial"/>
          <w:i/>
          <w:sz w:val="24"/>
          <w:szCs w:val="24"/>
        </w:rPr>
        <w:t>/</w:t>
      </w:r>
      <w:proofErr w:type="spellStart"/>
      <w:r w:rsidRPr="00B92FA4">
        <w:rPr>
          <w:rFonts w:cs="Arial"/>
          <w:i/>
          <w:sz w:val="24"/>
          <w:szCs w:val="24"/>
        </w:rPr>
        <w:t>nauczycielka</w:t>
      </w:r>
      <w:proofErr w:type="spellEnd"/>
      <w:r w:rsidRPr="00B92FA4">
        <w:rPr>
          <w:rFonts w:cs="Arial"/>
          <w:i/>
          <w:sz w:val="24"/>
          <w:szCs w:val="24"/>
        </w:rPr>
        <w:t xml:space="preserve">. </w:t>
      </w:r>
      <w:proofErr w:type="spellStart"/>
      <w:r w:rsidRPr="00B92FA4">
        <w:rPr>
          <w:rFonts w:cs="Arial"/>
          <w:i/>
          <w:sz w:val="24"/>
          <w:szCs w:val="24"/>
        </w:rPr>
        <w:t>Ostatnią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część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Pr="00B92FA4">
        <w:rPr>
          <w:rFonts w:cs="Arial"/>
          <w:i/>
          <w:sz w:val="24"/>
          <w:szCs w:val="24"/>
        </w:rPr>
        <w:t xml:space="preserve"> – „</w:t>
      </w:r>
      <w:r>
        <w:rPr>
          <w:rFonts w:cs="Arial"/>
          <w:i/>
          <w:sz w:val="24"/>
          <w:szCs w:val="24"/>
        </w:rPr>
        <w:t xml:space="preserve">J. </w:t>
      </w:r>
      <w:proofErr w:type="spellStart"/>
      <w:r w:rsidRPr="00B92FA4">
        <w:rPr>
          <w:rFonts w:cs="Arial"/>
          <w:i/>
          <w:sz w:val="24"/>
          <w:szCs w:val="24"/>
        </w:rPr>
        <w:t>Zaświadczenie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i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rekomendacja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dyrektora</w:t>
      </w:r>
      <w:proofErr w:type="spellEnd"/>
      <w:r w:rsidRPr="00B92FA4">
        <w:rPr>
          <w:rFonts w:cs="Arial"/>
          <w:i/>
          <w:sz w:val="24"/>
          <w:szCs w:val="24"/>
        </w:rPr>
        <w:t xml:space="preserve"> OWP” – </w:t>
      </w:r>
      <w:proofErr w:type="spellStart"/>
      <w:r w:rsidRPr="00B92FA4">
        <w:rPr>
          <w:rFonts w:cs="Arial"/>
          <w:i/>
          <w:sz w:val="24"/>
          <w:szCs w:val="24"/>
        </w:rPr>
        <w:t>wypełnia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dyrektor</w:t>
      </w:r>
      <w:proofErr w:type="spellEnd"/>
      <w:r w:rsidRPr="00B92FA4">
        <w:rPr>
          <w:rFonts w:cs="Arial"/>
          <w:i/>
          <w:sz w:val="24"/>
          <w:szCs w:val="24"/>
        </w:rPr>
        <w:t xml:space="preserve"> OWP. </w:t>
      </w:r>
      <w:proofErr w:type="spellStart"/>
      <w:r w:rsidRPr="00B92FA4">
        <w:rPr>
          <w:rFonts w:cs="Arial"/>
          <w:i/>
          <w:sz w:val="24"/>
          <w:szCs w:val="24"/>
        </w:rPr>
        <w:t>Prosimy</w:t>
      </w:r>
      <w:proofErr w:type="spellEnd"/>
      <w:r w:rsidRPr="00B92FA4">
        <w:rPr>
          <w:rFonts w:cs="Arial"/>
          <w:i/>
          <w:sz w:val="24"/>
          <w:szCs w:val="24"/>
        </w:rPr>
        <w:t xml:space="preserve"> o </w:t>
      </w:r>
      <w:proofErr w:type="spellStart"/>
      <w:r w:rsidRPr="00B92FA4">
        <w:rPr>
          <w:rFonts w:cs="Arial"/>
          <w:i/>
          <w:sz w:val="24"/>
          <w:szCs w:val="24"/>
        </w:rPr>
        <w:t>czytelne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wypełnienie</w:t>
      </w:r>
      <w:proofErr w:type="spellEnd"/>
      <w:r w:rsidRPr="00B92FA4">
        <w:rPr>
          <w:rFonts w:cs="Arial"/>
          <w:i/>
          <w:sz w:val="24"/>
          <w:szCs w:val="24"/>
        </w:rPr>
        <w:t xml:space="preserve"> </w:t>
      </w:r>
      <w:proofErr w:type="spellStart"/>
      <w:r w:rsidRPr="00B92FA4">
        <w:rPr>
          <w:rFonts w:cs="Arial"/>
          <w:i/>
          <w:sz w:val="24"/>
          <w:szCs w:val="24"/>
        </w:rPr>
        <w:t>formularza</w:t>
      </w:r>
      <w:proofErr w:type="spellEnd"/>
      <w:r w:rsidR="00A0699C" w:rsidRPr="00CF05FB">
        <w:rPr>
          <w:rFonts w:cs="Arial"/>
          <w:i/>
          <w:sz w:val="24"/>
          <w:szCs w:val="24"/>
        </w:rPr>
        <w:t>.</w:t>
      </w:r>
    </w:p>
    <w:p w14:paraId="4CE0F210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A. DANE NAUCZYCIELA / NAUCZYCIELKI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409C69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33962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Imię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(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imiona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>)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AD622F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C350AF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764E71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AC2C8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6205FF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F269F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PESEL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D8FAF5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CBC021C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0F8F0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Jeżeli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osoba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posiada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6EFE89F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____ / ____ / __________</w:t>
            </w:r>
          </w:p>
        </w:tc>
      </w:tr>
      <w:tr w:rsidR="00FB0E7B" w:rsidRPr="00CF05FB" w14:paraId="6A728957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A9F10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90289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kobieta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    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mężczyzna</w:t>
            </w:r>
            <w:proofErr w:type="spellEnd"/>
          </w:p>
        </w:tc>
      </w:tr>
      <w:tr w:rsidR="00FB0E7B" w:rsidRPr="00CF05FB" w14:paraId="33E755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0BAFF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Obywatelstwo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696228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4CC5EA1A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5FB2D2AB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Poziom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wykształcenia</w:t>
      </w:r>
      <w:proofErr w:type="spellEnd"/>
      <w:r w:rsidRPr="00CF05FB">
        <w:rPr>
          <w:rFonts w:cs="Arial"/>
          <w:b/>
          <w:sz w:val="24"/>
          <w:szCs w:val="24"/>
        </w:rPr>
        <w:t>:</w:t>
      </w:r>
    </w:p>
    <w:p w14:paraId="6A48C12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co </w:t>
      </w:r>
      <w:proofErr w:type="spellStart"/>
      <w:r w:rsidRPr="00CF05FB">
        <w:rPr>
          <w:rFonts w:cs="Arial"/>
          <w:sz w:val="24"/>
          <w:szCs w:val="24"/>
        </w:rPr>
        <w:t>najwyżej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(ISCED 0–2)</w:t>
      </w:r>
    </w:p>
    <w:p w14:paraId="04282AD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średnie</w:t>
      </w:r>
      <w:proofErr w:type="spellEnd"/>
      <w:r w:rsidRPr="00CF05FB">
        <w:rPr>
          <w:rFonts w:cs="Arial"/>
          <w:sz w:val="24"/>
          <w:szCs w:val="24"/>
        </w:rPr>
        <w:t xml:space="preserve"> II </w:t>
      </w:r>
      <w:proofErr w:type="spellStart"/>
      <w:r w:rsidRPr="00CF05FB">
        <w:rPr>
          <w:rFonts w:cs="Arial"/>
          <w:sz w:val="24"/>
          <w:szCs w:val="24"/>
        </w:rPr>
        <w:t>stopnia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policealne</w:t>
      </w:r>
      <w:proofErr w:type="spellEnd"/>
      <w:r w:rsidRPr="00CF05FB">
        <w:rPr>
          <w:rFonts w:cs="Arial"/>
          <w:sz w:val="24"/>
          <w:szCs w:val="24"/>
        </w:rPr>
        <w:t xml:space="preserve"> (ISCED 3–4)</w:t>
      </w:r>
    </w:p>
    <w:p w14:paraId="13FFB912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wyższe</w:t>
      </w:r>
      <w:proofErr w:type="spellEnd"/>
      <w:r w:rsidRPr="00CF05FB">
        <w:rPr>
          <w:rFonts w:cs="Arial"/>
          <w:sz w:val="24"/>
          <w:szCs w:val="24"/>
        </w:rPr>
        <w:t xml:space="preserve"> (ISCED 5–8)</w:t>
      </w:r>
    </w:p>
    <w:p w14:paraId="546BA7E7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11523E2" w14:textId="795B0A94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 xml:space="preserve">B. </w:t>
      </w:r>
      <w:r w:rsidR="000F708F">
        <w:rPr>
          <w:rFonts w:cs="Arial"/>
          <w:b/>
          <w:sz w:val="24"/>
          <w:szCs w:val="24"/>
        </w:rPr>
        <w:t xml:space="preserve">DANE DOTYCZĄCE MIEJSCA </w:t>
      </w:r>
      <w:r w:rsidRPr="00CF05FB">
        <w:rPr>
          <w:rFonts w:cs="Arial"/>
          <w:b/>
          <w:sz w:val="24"/>
          <w:szCs w:val="24"/>
        </w:rPr>
        <w:t>ZAMIESZKANIA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0E1D2C6F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0E5C35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F4458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Polska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/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inne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:</w:t>
            </w:r>
          </w:p>
        </w:tc>
      </w:tr>
      <w:tr w:rsidR="00FB0E7B" w:rsidRPr="00CF05FB" w14:paraId="10224F8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3E5B9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34D8634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DCA7888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51072B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b/>
                <w:sz w:val="24"/>
                <w:szCs w:val="24"/>
              </w:rPr>
              <w:t>Powiat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28CC76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750FC5D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7EE980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ED0A327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2760497D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26A00D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Miejscowość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kod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D6FACC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53E1457F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lastRenderedPageBreak/>
        <w:t>C. DANE KONTAKTOWE</w:t>
      </w:r>
    </w:p>
    <w:tbl>
      <w:tblPr>
        <w:tblStyle w:val="Tabela-Siatka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5669"/>
      </w:tblGrid>
      <w:tr w:rsidR="00FB0E7B" w:rsidRPr="00CF05FB" w14:paraId="7015E773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433FF1E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Telefon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kontaktowy</w:t>
            </w:r>
            <w:proofErr w:type="spellEnd"/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CEDD8A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  <w:tr w:rsidR="00FB0E7B" w:rsidRPr="00CF05FB" w14:paraId="588B9509" w14:textId="77777777">
        <w:trPr>
          <w:cantSplit/>
          <w:jc w:val="center"/>
        </w:trPr>
        <w:tc>
          <w:tcPr>
            <w:tcW w:w="3912" w:type="dxa"/>
            <w:shd w:val="clear" w:color="auto" w:fill="E7E6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5D0B56" w14:textId="77777777" w:rsidR="00FB0E7B" w:rsidRPr="00CF05FB" w:rsidRDefault="00A0699C" w:rsidP="00567002">
            <w:pPr>
              <w:spacing w:line="360" w:lineRule="auto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Adres</w:t>
            </w:r>
            <w:proofErr w:type="spellEnd"/>
            <w:r w:rsidRPr="00CF05FB">
              <w:rPr>
                <w:rFonts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69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3888CB9" w14:textId="77777777" w:rsidR="00FB0E7B" w:rsidRPr="00CF05FB" w:rsidRDefault="00FB0E7B" w:rsidP="00567002">
            <w:pPr>
              <w:spacing w:line="360" w:lineRule="auto"/>
              <w:rPr>
                <w:sz w:val="24"/>
                <w:szCs w:val="24"/>
              </w:rPr>
            </w:pPr>
          </w:p>
        </w:tc>
      </w:tr>
    </w:tbl>
    <w:p w14:paraId="7DE14F9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7B80F9A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D. OWP ORAZ DANE DOTYCZĄCE ZATRUDNIENIA</w:t>
      </w:r>
    </w:p>
    <w:p w14:paraId="7B3B7191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OWP, w </w:t>
      </w:r>
      <w:proofErr w:type="spellStart"/>
      <w:r w:rsidRPr="00CF05FB">
        <w:rPr>
          <w:rFonts w:cs="Arial"/>
          <w:sz w:val="24"/>
          <w:szCs w:val="24"/>
        </w:rPr>
        <w:t>którym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nauczyciel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nauczycielka</w:t>
      </w:r>
      <w:proofErr w:type="spellEnd"/>
      <w:r w:rsidRPr="00CF05FB">
        <w:rPr>
          <w:rFonts w:cs="Arial"/>
          <w:sz w:val="24"/>
          <w:szCs w:val="24"/>
        </w:rPr>
        <w:t xml:space="preserve"> jest </w:t>
      </w:r>
      <w:proofErr w:type="spellStart"/>
      <w:r w:rsidRPr="00CF05FB">
        <w:rPr>
          <w:rFonts w:cs="Arial"/>
          <w:sz w:val="24"/>
          <w:szCs w:val="24"/>
        </w:rPr>
        <w:t>zatrudniony</w:t>
      </w:r>
      <w:proofErr w:type="spellEnd"/>
      <w:r w:rsidRPr="00CF05FB">
        <w:rPr>
          <w:rFonts w:cs="Arial"/>
          <w:sz w:val="24"/>
          <w:szCs w:val="24"/>
        </w:rPr>
        <w:t>/a:</w:t>
      </w:r>
    </w:p>
    <w:p w14:paraId="3280B3B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OWP w </w:t>
      </w:r>
      <w:proofErr w:type="spellStart"/>
      <w:r w:rsidRPr="00CF05FB">
        <w:rPr>
          <w:rFonts w:cs="Arial"/>
          <w:sz w:val="24"/>
          <w:szCs w:val="24"/>
        </w:rPr>
        <w:t>Sychowie</w:t>
      </w:r>
      <w:proofErr w:type="spellEnd"/>
    </w:p>
    <w:p w14:paraId="0E7B975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OWP w </w:t>
      </w:r>
      <w:proofErr w:type="spellStart"/>
      <w:r w:rsidRPr="00CF05FB">
        <w:rPr>
          <w:rFonts w:cs="Arial"/>
          <w:sz w:val="24"/>
          <w:szCs w:val="24"/>
        </w:rPr>
        <w:t>Kębłowie</w:t>
      </w:r>
      <w:proofErr w:type="spellEnd"/>
    </w:p>
    <w:p w14:paraId="366A14B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chwili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przystąpienia</w:t>
      </w:r>
      <w:proofErr w:type="spellEnd"/>
      <w:r>
        <w:rPr>
          <w:rFonts w:cs="Arial"/>
          <w:sz w:val="24"/>
        </w:rPr>
        <w:t xml:space="preserve"> do </w:t>
      </w:r>
      <w:proofErr w:type="spellStart"/>
      <w:r>
        <w:rPr>
          <w:rFonts w:cs="Arial"/>
          <w:sz w:val="24"/>
        </w:rPr>
        <w:t>projektu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zatrudniony</w:t>
      </w:r>
      <w:proofErr w:type="spellEnd"/>
      <w:r>
        <w:rPr>
          <w:rFonts w:cs="Arial"/>
          <w:sz w:val="24"/>
        </w:rPr>
        <w:t xml:space="preserve">/a w </w:t>
      </w:r>
      <w:proofErr w:type="spellStart"/>
      <w:r>
        <w:rPr>
          <w:rFonts w:cs="Arial"/>
          <w:sz w:val="24"/>
        </w:rPr>
        <w:t>wybranym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wyżej</w:t>
      </w:r>
      <w:proofErr w:type="spellEnd"/>
      <w:r>
        <w:rPr>
          <w:rFonts w:cs="Arial"/>
          <w:sz w:val="24"/>
        </w:rPr>
        <w:t xml:space="preserve"> OWP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jestem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osobą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pracującą</w:t>
      </w:r>
      <w:proofErr w:type="spellEnd"/>
      <w:r>
        <w:rPr>
          <w:rFonts w:cs="Arial"/>
          <w:sz w:val="24"/>
        </w:rPr>
        <w:t>.</w:t>
      </w:r>
    </w:p>
    <w:p w14:paraId="1EA8783C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40195689" w14:textId="77777777" w:rsidR="00FB0E7B" w:rsidRPr="00CF05FB" w:rsidRDefault="00A0699C" w:rsidP="00567002">
      <w:pPr>
        <w:keepNext/>
        <w:spacing w:line="360" w:lineRule="auto"/>
        <w:rPr>
          <w:sz w:val="24"/>
          <w:szCs w:val="24"/>
        </w:rPr>
      </w:pPr>
      <w:r w:rsidRPr="00CF05FB">
        <w:rPr>
          <w:rFonts w:cs="Arial"/>
          <w:b/>
          <w:sz w:val="24"/>
          <w:szCs w:val="24"/>
        </w:rPr>
        <w:t>E. SZKOLENIE / SZKOLENIA, KTÓRYCH DOTYCZY ZGŁOSZENIE</w:t>
      </w:r>
    </w:p>
    <w:p w14:paraId="27199D36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więcej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niż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jedną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odpowiedź</w:t>
      </w:r>
      <w:proofErr w:type="spellEnd"/>
      <w:r w:rsidRPr="00CF05FB">
        <w:rPr>
          <w:rFonts w:cs="Arial"/>
          <w:i/>
          <w:sz w:val="24"/>
          <w:szCs w:val="24"/>
        </w:rPr>
        <w:t xml:space="preserve">. </w:t>
      </w:r>
      <w:proofErr w:type="spellStart"/>
      <w:r w:rsidRPr="00CF05FB">
        <w:rPr>
          <w:rFonts w:cs="Arial"/>
          <w:i/>
          <w:sz w:val="24"/>
          <w:szCs w:val="24"/>
        </w:rPr>
        <w:t>Ostatecznej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kwalifikacji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poszczególnych</w:t>
      </w:r>
      <w:proofErr w:type="spellEnd"/>
      <w:r w:rsidRPr="00CF05FB">
        <w:rPr>
          <w:rFonts w:cs="Arial"/>
          <w:i/>
          <w:sz w:val="24"/>
          <w:szCs w:val="24"/>
        </w:rPr>
        <w:t xml:space="preserve"> form </w:t>
      </w:r>
      <w:proofErr w:type="spellStart"/>
      <w:r w:rsidRPr="00CF05FB">
        <w:rPr>
          <w:rFonts w:cs="Arial"/>
          <w:i/>
          <w:sz w:val="24"/>
          <w:szCs w:val="24"/>
        </w:rPr>
        <w:t>wsparcia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dokonuje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Komisja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Rekrutacyjna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zgodnie</w:t>
      </w:r>
      <w:proofErr w:type="spellEnd"/>
      <w:r w:rsidRPr="00CF05FB">
        <w:rPr>
          <w:rFonts w:cs="Arial"/>
          <w:i/>
          <w:sz w:val="24"/>
          <w:szCs w:val="24"/>
        </w:rPr>
        <w:t xml:space="preserve"> z </w:t>
      </w:r>
      <w:proofErr w:type="spellStart"/>
      <w:r w:rsidRPr="00CF05FB">
        <w:rPr>
          <w:rFonts w:cs="Arial"/>
          <w:i/>
          <w:sz w:val="24"/>
          <w:szCs w:val="24"/>
        </w:rPr>
        <w:t>Regulaminem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1CB0F97C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posiadającymi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orzeczenie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potrzebie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kształcenia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specjalnego</w:t>
      </w:r>
      <w:proofErr w:type="spellEnd"/>
    </w:p>
    <w:p w14:paraId="4C5FCDDB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logiczno-matematycznych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umiejętności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planowania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rozwiązywania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problemów</w:t>
      </w:r>
      <w:proofErr w:type="spellEnd"/>
      <w:r w:rsidRPr="00CF05FB">
        <w:rPr>
          <w:rFonts w:cs="Arial"/>
          <w:sz w:val="24"/>
          <w:szCs w:val="24"/>
        </w:rPr>
        <w:t xml:space="preserve"> u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1269332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zaburzeniami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rozwoju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mowy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trudnościami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artykulacyjnymi</w:t>
      </w:r>
      <w:proofErr w:type="spellEnd"/>
    </w:p>
    <w:p w14:paraId="68DC753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społeczno-emocjonalnych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6C8AEB6B" w14:textId="77777777" w:rsidR="00567002" w:rsidRDefault="00567002" w:rsidP="00567002">
      <w:pPr>
        <w:spacing w:line="360" w:lineRule="auto"/>
        <w:rPr>
          <w:b/>
          <w:sz w:val="24"/>
          <w:szCs w:val="24"/>
        </w:rPr>
      </w:pPr>
    </w:p>
    <w:p w14:paraId="2876598A" w14:textId="77777777" w:rsidR="00FB0E7B" w:rsidRPr="00CF05FB" w:rsidRDefault="00787F02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F</w:t>
      </w:r>
      <w:r w:rsidR="00A0699C" w:rsidRPr="00CF05FB">
        <w:rPr>
          <w:rFonts w:cs="Arial"/>
          <w:b/>
          <w:sz w:val="24"/>
          <w:szCs w:val="24"/>
        </w:rPr>
        <w:t>. DANE DO MONITOROWANIA WSKAŹNIKÓW EFS+</w:t>
      </w:r>
    </w:p>
    <w:p w14:paraId="5F55CBBD" w14:textId="77777777" w:rsidR="00FB0E7B" w:rsidRPr="00CF05FB" w:rsidRDefault="00A0699C" w:rsidP="00B30276">
      <w:pPr>
        <w:widowControl w:val="0"/>
        <w:spacing w:line="360" w:lineRule="auto"/>
        <w:rPr>
          <w:sz w:val="24"/>
          <w:szCs w:val="24"/>
        </w:rPr>
      </w:pPr>
      <w:r w:rsidRPr="00CF05FB">
        <w:rPr>
          <w:rFonts w:cs="Arial"/>
          <w:i/>
          <w:sz w:val="24"/>
          <w:szCs w:val="24"/>
        </w:rPr>
        <w:t xml:space="preserve">Dane </w:t>
      </w:r>
      <w:proofErr w:type="spellStart"/>
      <w:r w:rsidRPr="00CF05FB">
        <w:rPr>
          <w:rFonts w:cs="Arial"/>
          <w:i/>
          <w:sz w:val="24"/>
          <w:szCs w:val="24"/>
        </w:rPr>
        <w:t>są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zbierane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monitorowania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wskaźników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projektu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przypadku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danych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szczególnej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kategorii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można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zaznaczyć</w:t>
      </w:r>
      <w:proofErr w:type="spellEnd"/>
      <w:r w:rsidRPr="00CF05FB">
        <w:rPr>
          <w:rFonts w:cs="Arial"/>
          <w:i/>
          <w:sz w:val="24"/>
          <w:szCs w:val="24"/>
        </w:rPr>
        <w:t xml:space="preserve"> „</w:t>
      </w:r>
      <w:proofErr w:type="spellStart"/>
      <w:r w:rsidRPr="00CF05FB">
        <w:rPr>
          <w:rFonts w:cs="Arial"/>
          <w:i/>
          <w:sz w:val="24"/>
          <w:szCs w:val="24"/>
        </w:rPr>
        <w:t>odmowa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podania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informacji</w:t>
      </w:r>
      <w:proofErr w:type="spellEnd"/>
      <w:r w:rsidRPr="00CF05FB">
        <w:rPr>
          <w:rFonts w:cs="Arial"/>
          <w:i/>
          <w:sz w:val="24"/>
          <w:szCs w:val="24"/>
        </w:rPr>
        <w:t xml:space="preserve">”, o </w:t>
      </w:r>
      <w:proofErr w:type="spellStart"/>
      <w:r w:rsidRPr="00CF05FB">
        <w:rPr>
          <w:rFonts w:cs="Arial"/>
          <w:i/>
          <w:sz w:val="24"/>
          <w:szCs w:val="24"/>
        </w:rPr>
        <w:t>ile</w:t>
      </w:r>
      <w:proofErr w:type="spellEnd"/>
      <w:r w:rsidRPr="00CF05FB">
        <w:rPr>
          <w:rFonts w:cs="Arial"/>
          <w:i/>
          <w:sz w:val="24"/>
          <w:szCs w:val="24"/>
        </w:rPr>
        <w:t xml:space="preserve"> dana </w:t>
      </w: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nie</w:t>
      </w:r>
      <w:proofErr w:type="spellEnd"/>
      <w:r w:rsidRPr="00CF05FB">
        <w:rPr>
          <w:rFonts w:cs="Arial"/>
          <w:i/>
          <w:sz w:val="24"/>
          <w:szCs w:val="24"/>
        </w:rPr>
        <w:t xml:space="preserve"> jest </w:t>
      </w:r>
      <w:proofErr w:type="spellStart"/>
      <w:r w:rsidRPr="00CF05FB">
        <w:rPr>
          <w:rFonts w:cs="Arial"/>
          <w:i/>
          <w:sz w:val="24"/>
          <w:szCs w:val="24"/>
        </w:rPr>
        <w:t>niezbędna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potwierdzenia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kwalifikowalności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tbl>
      <w:tblPr>
        <w:tblStyle w:val="Tabela-Siatka"/>
        <w:tblW w:w="11144" w:type="dxa"/>
        <w:jc w:val="center"/>
        <w:tblLayout w:type="fixed"/>
        <w:tblLook w:val="04A0" w:firstRow="1" w:lastRow="0" w:firstColumn="1" w:lastColumn="0" w:noHBand="0" w:noVBand="1"/>
      </w:tblPr>
      <w:tblGrid>
        <w:gridCol w:w="7427"/>
        <w:gridCol w:w="3717"/>
      </w:tblGrid>
      <w:tr w:rsidR="00FB0E7B" w:rsidRPr="00CF05FB" w14:paraId="1E2805E8" w14:textId="77777777" w:rsidTr="00E94403">
        <w:trPr>
          <w:tblHeader/>
          <w:jc w:val="center"/>
        </w:trPr>
        <w:tc>
          <w:tcPr>
            <w:tcW w:w="742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75EBDF" w14:textId="77777777" w:rsidR="00FB0E7B" w:rsidRPr="00CF05FB" w:rsidRDefault="00A0699C" w:rsidP="00B30276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Informacja</w:t>
            </w:r>
            <w:proofErr w:type="spellEnd"/>
          </w:p>
        </w:tc>
        <w:tc>
          <w:tcPr>
            <w:tcW w:w="3717" w:type="dxa"/>
            <w:shd w:val="clear" w:color="auto" w:fill="BFBFBF" w:themeFill="background1" w:themeFillShade="BF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E6BE87" w14:textId="77777777" w:rsidR="00FB0E7B" w:rsidRPr="00CF05FB" w:rsidRDefault="00A0699C" w:rsidP="00B30276">
            <w:pPr>
              <w:widowControl w:val="0"/>
              <w:spacing w:line="360" w:lineRule="auto"/>
              <w:jc w:val="center"/>
              <w:rPr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FB0E7B" w:rsidRPr="00CF05FB" w14:paraId="66C4993D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7745FD" w14:textId="77777777" w:rsidR="00A54D38" w:rsidRDefault="00A10BE3" w:rsidP="00B30276">
            <w:pPr>
              <w:widowControl w:val="0"/>
              <w:spacing w:line="360" w:lineRule="auto"/>
            </w:pPr>
            <w:r>
              <w:rPr>
                <w:rFonts w:cs="Arial"/>
                <w:sz w:val="24"/>
              </w:rPr>
              <w:t xml:space="preserve">Status </w:t>
            </w:r>
            <w:proofErr w:type="spellStart"/>
            <w:r>
              <w:rPr>
                <w:rFonts w:cs="Arial"/>
                <w:sz w:val="24"/>
              </w:rPr>
              <w:t>nauczyciela</w:t>
            </w:r>
            <w:proofErr w:type="spellEnd"/>
            <w:r>
              <w:rPr>
                <w:rFonts w:cs="Arial"/>
                <w:sz w:val="24"/>
              </w:rPr>
              <w:t>/</w:t>
            </w:r>
            <w:proofErr w:type="spellStart"/>
            <w:r>
              <w:rPr>
                <w:rFonts w:cs="Arial"/>
                <w:sz w:val="24"/>
              </w:rPr>
              <w:t>nauczycielki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rynku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pracy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chwili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przystąpienia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projektu</w:t>
            </w:r>
            <w:proofErr w:type="spellEnd"/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AC4B0EE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osoba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pracująca</w:t>
            </w:r>
            <w:proofErr w:type="spellEnd"/>
          </w:p>
        </w:tc>
      </w:tr>
      <w:tr w:rsidR="00FB0E7B" w:rsidRPr="00CF05FB" w14:paraId="39493CB4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37AB6E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trzeciego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</w:t>
            </w:r>
            <w:proofErr w:type="spellStart"/>
            <w:r>
              <w:rPr>
                <w:rFonts w:cs="Arial"/>
                <w:sz w:val="24"/>
              </w:rPr>
              <w:t>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żadnego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członkowskiego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Unii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Europejskiej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bezpaństwowcem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o </w:t>
            </w:r>
            <w:proofErr w:type="spellStart"/>
            <w:r>
              <w:rPr>
                <w:rFonts w:cs="Arial"/>
                <w:sz w:val="24"/>
              </w:rPr>
              <w:t>nieustalonym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obywatelstwie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B84E83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7AA8D03A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378279A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2948842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posiadam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doświadczenie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migracji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tj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związku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zmianą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innego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państwa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powróciłem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po </w:t>
            </w:r>
            <w:proofErr w:type="spellStart"/>
            <w:r>
              <w:rPr>
                <w:rFonts w:cs="Arial"/>
                <w:sz w:val="24"/>
              </w:rPr>
              <w:t>okresie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zamieszkiwania</w:t>
            </w:r>
            <w:proofErr w:type="spellEnd"/>
            <w:r>
              <w:rPr>
                <w:rFonts w:cs="Arial"/>
                <w:sz w:val="24"/>
              </w:rPr>
              <w:t xml:space="preserve"> za </w:t>
            </w:r>
            <w:proofErr w:type="spellStart"/>
            <w:r>
              <w:rPr>
                <w:rFonts w:cs="Arial"/>
                <w:sz w:val="24"/>
              </w:rPr>
              <w:t>granicą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albo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przybyłem</w:t>
            </w:r>
            <w:proofErr w:type="spellEnd"/>
            <w:r>
              <w:rPr>
                <w:rFonts w:cs="Arial"/>
                <w:sz w:val="24"/>
              </w:rPr>
              <w:t xml:space="preserve">/am do </w:t>
            </w:r>
            <w:proofErr w:type="spellStart"/>
            <w:r>
              <w:rPr>
                <w:rFonts w:cs="Arial"/>
                <w:sz w:val="24"/>
              </w:rPr>
              <w:t>Polski</w:t>
            </w:r>
            <w:proofErr w:type="spellEnd"/>
            <w:r>
              <w:rPr>
                <w:rFonts w:cs="Arial"/>
                <w:sz w:val="24"/>
              </w:rPr>
              <w:t xml:space="preserve"> w </w:t>
            </w:r>
            <w:proofErr w:type="spellStart"/>
            <w:r>
              <w:rPr>
                <w:rFonts w:cs="Arial"/>
                <w:sz w:val="24"/>
              </w:rPr>
              <w:t>ramach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repatriacji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niezależnie</w:t>
            </w:r>
            <w:proofErr w:type="spellEnd"/>
            <w:r>
              <w:rPr>
                <w:rFonts w:cs="Arial"/>
                <w:sz w:val="24"/>
              </w:rPr>
              <w:t xml:space="preserve"> od </w:t>
            </w:r>
            <w:proofErr w:type="spellStart"/>
            <w:r>
              <w:rPr>
                <w:rFonts w:cs="Arial"/>
                <w:sz w:val="24"/>
              </w:rPr>
              <w:t>mojego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obywatelstwa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narodowości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kraju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pochodzenia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podstawy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pobytu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73C0479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</w:t>
            </w:r>
          </w:p>
          <w:p w14:paraId="14846E27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FB0E7B" w:rsidRPr="00CF05FB" w14:paraId="2DEF84EC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80D674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należę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narodowej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etnicznej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marginalizowanej</w:t>
            </w:r>
            <w:proofErr w:type="spellEnd"/>
            <w:r>
              <w:rPr>
                <w:rFonts w:cs="Arial"/>
                <w:sz w:val="24"/>
              </w:rPr>
              <w:t xml:space="preserve"> – </w:t>
            </w:r>
            <w:proofErr w:type="spellStart"/>
            <w:r>
              <w:rPr>
                <w:rFonts w:cs="Arial"/>
                <w:sz w:val="24"/>
              </w:rPr>
              <w:t>oznacza</w:t>
            </w:r>
            <w:proofErr w:type="spellEnd"/>
            <w:r>
              <w:rPr>
                <w:rFonts w:cs="Arial"/>
                <w:sz w:val="24"/>
              </w:rPr>
              <w:t xml:space="preserve"> to,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identyfikuję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się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mniejszością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lub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tym</w:t>
            </w:r>
            <w:proofErr w:type="spellEnd"/>
            <w:r>
              <w:rPr>
                <w:rFonts w:cs="Arial"/>
                <w:sz w:val="24"/>
              </w:rPr>
              <w:t xml:space="preserve"> np. </w:t>
            </w:r>
            <w:proofErr w:type="spellStart"/>
            <w:r>
              <w:rPr>
                <w:rFonts w:cs="Arial"/>
                <w:sz w:val="24"/>
              </w:rPr>
              <w:t>ze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społecznością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romską</w:t>
            </w:r>
            <w:proofErr w:type="spellEnd"/>
            <w:r>
              <w:rPr>
                <w:rFonts w:cs="Arial"/>
                <w:sz w:val="24"/>
              </w:rPr>
              <w:t xml:space="preserve">, w </w:t>
            </w:r>
            <w:proofErr w:type="spellStart"/>
            <w:r>
              <w:rPr>
                <w:rFonts w:cs="Arial"/>
                <w:sz w:val="24"/>
              </w:rPr>
              <w:t>rozumieniu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przepisów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dotyczących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mniejszości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narodowych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etnicznych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0AFE620" w14:textId="77777777" w:rsidR="00567002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1C2621" w14:textId="77777777" w:rsidR="00FB0E7B" w:rsidRPr="00CF05FB" w:rsidRDefault="00A0699C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  <w:r w:rsidRPr="00CF05FB">
              <w:rPr>
                <w:rFonts w:cs="Arial"/>
                <w:sz w:val="24"/>
                <w:szCs w:val="24"/>
              </w:rPr>
              <w:br/>
              <w:t xml:space="preserve">☐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odmowa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podania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FB0E7B" w:rsidRPr="00CF05FB" w14:paraId="1EFAC241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CA235F" w14:textId="77777777" w:rsidR="00A54D38" w:rsidRDefault="00A10BE3" w:rsidP="00B30276">
            <w:pPr>
              <w:widowControl w:val="0"/>
              <w:spacing w:line="360" w:lineRule="auto"/>
            </w:pPr>
            <w:proofErr w:type="spellStart"/>
            <w:r>
              <w:rPr>
                <w:rFonts w:cs="Arial"/>
                <w:sz w:val="24"/>
              </w:rPr>
              <w:t>Oświadczam</w:t>
            </w:r>
            <w:proofErr w:type="spellEnd"/>
            <w:r>
              <w:rPr>
                <w:rFonts w:cs="Arial"/>
                <w:sz w:val="24"/>
              </w:rPr>
              <w:t xml:space="preserve">, </w:t>
            </w:r>
            <w:proofErr w:type="spellStart"/>
            <w:r>
              <w:rPr>
                <w:rFonts w:cs="Arial"/>
                <w:sz w:val="24"/>
              </w:rPr>
              <w:t>że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jestem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osobą</w:t>
            </w:r>
            <w:proofErr w:type="spellEnd"/>
            <w:r>
              <w:rPr>
                <w:rFonts w:cs="Arial"/>
                <w:sz w:val="24"/>
              </w:rPr>
              <w:t xml:space="preserve"> z </w:t>
            </w:r>
            <w:proofErr w:type="spellStart"/>
            <w:r>
              <w:rPr>
                <w:rFonts w:cs="Arial"/>
                <w:sz w:val="24"/>
              </w:rPr>
              <w:t>niepełnosprawnością</w:t>
            </w:r>
            <w:proofErr w:type="spellEnd"/>
            <w:r>
              <w:rPr>
                <w:rFonts w:cs="Arial"/>
                <w:sz w:val="24"/>
              </w:rPr>
              <w:t xml:space="preserve">. W </w:t>
            </w:r>
            <w:proofErr w:type="spellStart"/>
            <w:r>
              <w:rPr>
                <w:rFonts w:cs="Arial"/>
                <w:sz w:val="24"/>
              </w:rPr>
              <w:t>przypadku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zaznaczenia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odpowiedzi</w:t>
            </w:r>
            <w:proofErr w:type="spellEnd"/>
            <w:r>
              <w:rPr>
                <w:rFonts w:cs="Arial"/>
                <w:sz w:val="24"/>
              </w:rPr>
              <w:t xml:space="preserve"> „TAK” </w:t>
            </w:r>
            <w:proofErr w:type="spellStart"/>
            <w:r>
              <w:rPr>
                <w:rFonts w:cs="Arial"/>
                <w:sz w:val="24"/>
              </w:rPr>
              <w:t>należy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wskazać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sposób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potwierdzenia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niepełnosprawności</w:t>
            </w:r>
            <w:proofErr w:type="spellEnd"/>
            <w:r>
              <w:rPr>
                <w:rFonts w:cs="Arial"/>
                <w:sz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BBE2DC" w14:textId="77777777" w:rsidR="00A54D38" w:rsidRDefault="00A10BE3" w:rsidP="00B30276">
            <w:pPr>
              <w:widowControl w:val="0"/>
              <w:spacing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TAK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NIE</w:t>
            </w:r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odmowa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podania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informacji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załączono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okazano</w:t>
            </w:r>
            <w:proofErr w:type="spellEnd"/>
            <w:r>
              <w:rPr>
                <w:rFonts w:cs="Arial"/>
                <w:sz w:val="24"/>
              </w:rPr>
              <w:t xml:space="preserve"> </w:t>
            </w:r>
            <w:proofErr w:type="spellStart"/>
            <w:r>
              <w:rPr>
                <w:rFonts w:cs="Arial"/>
                <w:sz w:val="24"/>
              </w:rPr>
              <w:t>dokument</w:t>
            </w:r>
            <w:proofErr w:type="spellEnd"/>
            <w:r>
              <w:rPr>
                <w:rFonts w:cs="Arial"/>
                <w:sz w:val="24"/>
              </w:rPr>
              <w:t xml:space="preserve"> do </w:t>
            </w:r>
            <w:proofErr w:type="spellStart"/>
            <w:r>
              <w:rPr>
                <w:rFonts w:cs="Arial"/>
                <w:sz w:val="24"/>
              </w:rPr>
              <w:t>wglądu</w:t>
            </w:r>
            <w:proofErr w:type="spellEnd"/>
          </w:p>
        </w:tc>
      </w:tr>
      <w:tr w:rsidR="00F26164" w:rsidRPr="00CF05FB" w14:paraId="4A058639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D4791F" w14:textId="3F0B92ED" w:rsidR="00F26164" w:rsidRDefault="00F26164" w:rsidP="00B30276">
            <w:pPr>
              <w:widowControl w:val="0"/>
              <w:spacing w:line="360" w:lineRule="auto"/>
              <w:rPr>
                <w:rFonts w:cs="Arial"/>
                <w:sz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lastRenderedPageBreak/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w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kryzysie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bezdomności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lub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dotkniętą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wykluczeniem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z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dostępu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do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mieszkań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106BCC" w14:textId="77777777" w:rsidR="00F26164" w:rsidRDefault="00F26164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173792C0" w14:textId="23043D3D" w:rsidR="00F26164" w:rsidRDefault="00F26164" w:rsidP="00B30276">
            <w:pPr>
              <w:widowControl w:val="0"/>
              <w:spacing w:line="360" w:lineRule="auto"/>
              <w:rPr>
                <w:rFonts w:ascii="Segoe UI Symbol" w:eastAsia="Segoe UI Symbol" w:hAnsi="Segoe UI Symbol" w:cs="Segoe UI Symbol"/>
                <w:sz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  <w:tr w:rsidR="00B30276" w:rsidRPr="00CF05FB" w14:paraId="58B1AEA6" w14:textId="77777777" w:rsidTr="00CF05FB">
        <w:trPr>
          <w:cantSplit/>
          <w:jc w:val="center"/>
        </w:trPr>
        <w:tc>
          <w:tcPr>
            <w:tcW w:w="742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ED675C" w14:textId="0FEE45A8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CF05FB">
              <w:rPr>
                <w:rFonts w:cs="Arial"/>
                <w:sz w:val="24"/>
                <w:szCs w:val="24"/>
              </w:rPr>
              <w:t>Oświadczam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jestem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osobą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obcego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pochodzenia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–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oznacza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to,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że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nie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posiadam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obywatelstwa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 xml:space="preserve"> </w:t>
            </w:r>
            <w:proofErr w:type="spellStart"/>
            <w:r w:rsidRPr="00CF05FB">
              <w:rPr>
                <w:rFonts w:cs="Arial"/>
                <w:sz w:val="24"/>
                <w:szCs w:val="24"/>
              </w:rPr>
              <w:t>polskiego</w:t>
            </w:r>
            <w:proofErr w:type="spellEnd"/>
            <w:r w:rsidRPr="00CF05FB">
              <w:rPr>
                <w:rFonts w:cs="Arial"/>
                <w:sz w:val="24"/>
                <w:szCs w:val="24"/>
              </w:rPr>
              <w:t>.</w:t>
            </w:r>
          </w:p>
        </w:tc>
        <w:tc>
          <w:tcPr>
            <w:tcW w:w="3717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F2F088" w14:textId="77777777" w:rsidR="00B30276" w:rsidRDefault="00B30276" w:rsidP="00B30276">
            <w:pPr>
              <w:widowControl w:val="0"/>
              <w:spacing w:line="360" w:lineRule="auto"/>
              <w:rPr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 xml:space="preserve">☐ TAK   </w:t>
            </w:r>
          </w:p>
          <w:p w14:paraId="26A31036" w14:textId="7D027B94" w:rsidR="00B30276" w:rsidRPr="00CF05FB" w:rsidRDefault="00B30276" w:rsidP="00B30276">
            <w:pPr>
              <w:widowControl w:val="0"/>
              <w:spacing w:line="360" w:lineRule="auto"/>
              <w:rPr>
                <w:rFonts w:cs="Arial"/>
                <w:sz w:val="24"/>
                <w:szCs w:val="24"/>
              </w:rPr>
            </w:pPr>
            <w:r w:rsidRPr="00CF05FB">
              <w:rPr>
                <w:rFonts w:cs="Arial"/>
                <w:sz w:val="24"/>
                <w:szCs w:val="24"/>
              </w:rPr>
              <w:t>☐ NIE</w:t>
            </w:r>
          </w:p>
        </w:tc>
      </w:tr>
    </w:tbl>
    <w:p w14:paraId="14FAF129" w14:textId="77777777" w:rsidR="00567002" w:rsidRDefault="00567002" w:rsidP="00B30276">
      <w:pPr>
        <w:widowControl w:val="0"/>
        <w:spacing w:line="360" w:lineRule="auto"/>
        <w:rPr>
          <w:b/>
          <w:sz w:val="24"/>
          <w:szCs w:val="24"/>
        </w:rPr>
      </w:pPr>
    </w:p>
    <w:p w14:paraId="7A02788C" w14:textId="77777777" w:rsidR="00FB0E7B" w:rsidRPr="00CF05FB" w:rsidRDefault="00787F02" w:rsidP="00B30276">
      <w:pPr>
        <w:widowControl w:val="0"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t>G</w:t>
      </w:r>
      <w:r w:rsidR="00A0699C" w:rsidRPr="00CF05FB">
        <w:rPr>
          <w:rFonts w:cs="Arial"/>
          <w:b/>
          <w:sz w:val="24"/>
          <w:szCs w:val="24"/>
        </w:rPr>
        <w:t>. SZCZEGÓLNE POTRZEBY ZWIĄZANE Z DOSTĘPNOŚCIĄ I ORGANIZACJĄ WSPARCIA</w:t>
      </w:r>
    </w:p>
    <w:p w14:paraId="4BD79E1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i/>
          <w:sz w:val="24"/>
          <w:szCs w:val="24"/>
        </w:rPr>
        <w:t>Informacja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służy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dostosowaniu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procesu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rekrutacji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organizacji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szkolenia</w:t>
      </w:r>
      <w:proofErr w:type="spellEnd"/>
      <w:r w:rsidRPr="00CF05FB">
        <w:rPr>
          <w:rFonts w:cs="Arial"/>
          <w:i/>
          <w:sz w:val="24"/>
          <w:szCs w:val="24"/>
        </w:rPr>
        <w:t xml:space="preserve"> do </w:t>
      </w:r>
      <w:proofErr w:type="spellStart"/>
      <w:r w:rsidRPr="00CF05FB">
        <w:rPr>
          <w:rFonts w:cs="Arial"/>
          <w:i/>
          <w:sz w:val="24"/>
          <w:szCs w:val="24"/>
        </w:rPr>
        <w:t>indywidualnych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uczestnika</w:t>
      </w:r>
      <w:proofErr w:type="spellEnd"/>
      <w:r w:rsidRPr="00CF05FB">
        <w:rPr>
          <w:rFonts w:cs="Arial"/>
          <w:i/>
          <w:sz w:val="24"/>
          <w:szCs w:val="24"/>
        </w:rPr>
        <w:t>/</w:t>
      </w:r>
      <w:proofErr w:type="spellStart"/>
      <w:r w:rsidRPr="00CF05FB">
        <w:rPr>
          <w:rFonts w:cs="Arial"/>
          <w:i/>
          <w:sz w:val="24"/>
          <w:szCs w:val="24"/>
        </w:rPr>
        <w:t>uczestniczki</w:t>
      </w:r>
      <w:proofErr w:type="spellEnd"/>
      <w:r w:rsidRPr="00CF05FB">
        <w:rPr>
          <w:rFonts w:cs="Arial"/>
          <w:i/>
          <w:sz w:val="24"/>
          <w:szCs w:val="24"/>
        </w:rPr>
        <w:t xml:space="preserve">. W </w:t>
      </w:r>
      <w:proofErr w:type="spellStart"/>
      <w:r w:rsidRPr="00CF05FB">
        <w:rPr>
          <w:rFonts w:cs="Arial"/>
          <w:i/>
          <w:sz w:val="24"/>
          <w:szCs w:val="24"/>
        </w:rPr>
        <w:t>razie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potrzeby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mogą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zostać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zastosowane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odpowiednie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rozwiązania</w:t>
      </w:r>
      <w:proofErr w:type="spellEnd"/>
      <w:r w:rsidRPr="00CF05FB">
        <w:rPr>
          <w:rFonts w:cs="Arial"/>
          <w:i/>
          <w:sz w:val="24"/>
          <w:szCs w:val="24"/>
        </w:rPr>
        <w:t xml:space="preserve"> w </w:t>
      </w:r>
      <w:proofErr w:type="spellStart"/>
      <w:r w:rsidRPr="00CF05FB">
        <w:rPr>
          <w:rFonts w:cs="Arial"/>
          <w:i/>
          <w:sz w:val="24"/>
          <w:szCs w:val="24"/>
        </w:rPr>
        <w:t>zakresie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dostępności</w:t>
      </w:r>
      <w:proofErr w:type="spellEnd"/>
      <w:r w:rsidRPr="00CF05FB">
        <w:rPr>
          <w:rFonts w:cs="Arial"/>
          <w:i/>
          <w:sz w:val="24"/>
          <w:szCs w:val="24"/>
        </w:rPr>
        <w:t xml:space="preserve">, w </w:t>
      </w:r>
      <w:proofErr w:type="spellStart"/>
      <w:r w:rsidRPr="00CF05FB">
        <w:rPr>
          <w:rFonts w:cs="Arial"/>
          <w:i/>
          <w:sz w:val="24"/>
          <w:szCs w:val="24"/>
        </w:rPr>
        <w:t>tym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racjonalne</w:t>
      </w:r>
      <w:proofErr w:type="spellEnd"/>
      <w:r w:rsidRPr="00CF05FB">
        <w:rPr>
          <w:rFonts w:cs="Arial"/>
          <w:i/>
          <w:sz w:val="24"/>
          <w:szCs w:val="24"/>
        </w:rPr>
        <w:t xml:space="preserve"> </w:t>
      </w:r>
      <w:proofErr w:type="spellStart"/>
      <w:r w:rsidRPr="00CF05FB">
        <w:rPr>
          <w:rFonts w:cs="Arial"/>
          <w:i/>
          <w:sz w:val="24"/>
          <w:szCs w:val="24"/>
        </w:rPr>
        <w:t>usprawnienia</w:t>
      </w:r>
      <w:proofErr w:type="spellEnd"/>
      <w:r w:rsidRPr="00CF05FB">
        <w:rPr>
          <w:rFonts w:cs="Arial"/>
          <w:i/>
          <w:sz w:val="24"/>
          <w:szCs w:val="24"/>
        </w:rPr>
        <w:t>.</w:t>
      </w:r>
    </w:p>
    <w:p w14:paraId="29D82BA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Można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zaznaczyć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więcej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niż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jedną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odpowiedź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650E621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wymagających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dodatkowego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dostosowania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</w:p>
    <w:p w14:paraId="73D67C7F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sposobu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komunikacji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przekazywania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informacji</w:t>
      </w:r>
      <w:proofErr w:type="spellEnd"/>
    </w:p>
    <w:p w14:paraId="06731A6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materiałów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szkoleniowych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większa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czcionka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odpowiedni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kontrast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format </w:t>
      </w:r>
      <w:proofErr w:type="spellStart"/>
      <w:r w:rsidRPr="00CF05FB">
        <w:rPr>
          <w:rFonts w:cs="Arial"/>
          <w:sz w:val="24"/>
          <w:szCs w:val="24"/>
        </w:rPr>
        <w:t>elektroniczny</w:t>
      </w:r>
      <w:proofErr w:type="spellEnd"/>
    </w:p>
    <w:p w14:paraId="08C8F4C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miejsca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zapewnienie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dostępności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architektonicznej</w:t>
      </w:r>
      <w:proofErr w:type="spellEnd"/>
    </w:p>
    <w:p w14:paraId="20644154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wsparcie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poruszaniu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korzystaniu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pomieszczeń</w:t>
      </w:r>
      <w:proofErr w:type="spellEnd"/>
    </w:p>
    <w:p w14:paraId="412AF9B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dostosowanie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organizacji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szkolenia</w:t>
      </w:r>
      <w:proofErr w:type="spellEnd"/>
      <w:r w:rsidRPr="00CF05FB">
        <w:rPr>
          <w:rFonts w:cs="Arial"/>
          <w:sz w:val="24"/>
          <w:szCs w:val="24"/>
        </w:rPr>
        <w:t xml:space="preserve">, np. </w:t>
      </w:r>
      <w:proofErr w:type="spellStart"/>
      <w:r w:rsidRPr="00CF05FB">
        <w:rPr>
          <w:rFonts w:cs="Arial"/>
          <w:sz w:val="24"/>
          <w:szCs w:val="24"/>
        </w:rPr>
        <w:t>tempa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czasu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wykonywania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zadań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przerw</w:t>
      </w:r>
      <w:proofErr w:type="spellEnd"/>
    </w:p>
    <w:p w14:paraId="28BB0F9E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ograniczenie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nadmiernych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bodźców</w:t>
      </w:r>
      <w:proofErr w:type="spellEnd"/>
      <w:r w:rsidRPr="00CF05FB">
        <w:rPr>
          <w:rFonts w:cs="Arial"/>
          <w:sz w:val="24"/>
          <w:szCs w:val="24"/>
        </w:rPr>
        <w:t xml:space="preserve"> /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funkcjonowaniem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sensorycznym</w:t>
      </w:r>
      <w:proofErr w:type="spellEnd"/>
    </w:p>
    <w:p w14:paraId="2B52D8F9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inne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szczególne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związane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udziałem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245A8141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3F1D6850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6637ACC3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Jeżeli</w:t>
      </w:r>
      <w:proofErr w:type="spellEnd"/>
      <w:r w:rsidRPr="00CF05FB">
        <w:rPr>
          <w:rFonts w:cs="Arial"/>
          <w:sz w:val="24"/>
          <w:szCs w:val="24"/>
        </w:rPr>
        <w:t xml:space="preserve"> jest to </w:t>
      </w:r>
      <w:proofErr w:type="spellStart"/>
      <w:r w:rsidRPr="00CF05FB">
        <w:rPr>
          <w:rFonts w:cs="Arial"/>
          <w:sz w:val="24"/>
          <w:szCs w:val="24"/>
        </w:rPr>
        <w:t>potrzebne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właściwego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przygotowania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proszę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krótko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opisać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zaznaczone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potrzeby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00EB9DAB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6A0C6104" w14:textId="77777777" w:rsidR="00FB0E7B" w:rsidRPr="00CF05FB" w:rsidRDefault="00A0699C" w:rsidP="00567002">
      <w:pPr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>.....................................................................................................................................................</w:t>
      </w:r>
    </w:p>
    <w:p w14:paraId="3747A904" w14:textId="77777777" w:rsidR="00FB0E7B" w:rsidRPr="00CF05FB" w:rsidRDefault="00787F02" w:rsidP="00567002">
      <w:pPr>
        <w:keepNext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H</w:t>
      </w:r>
      <w:r w:rsidR="00A0699C" w:rsidRPr="00CF05FB">
        <w:rPr>
          <w:rFonts w:cs="Arial"/>
          <w:b/>
          <w:sz w:val="24"/>
          <w:szCs w:val="24"/>
        </w:rPr>
        <w:t>. OŚWIADCZENIA UCZESTNIKA / UCZESTNICZKI</w:t>
      </w:r>
    </w:p>
    <w:p w14:paraId="532BDAD7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Zgłaszam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chęć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udziału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 xml:space="preserve"> „</w:t>
      </w:r>
      <w:proofErr w:type="spellStart"/>
      <w:r w:rsidRPr="00CF05FB">
        <w:rPr>
          <w:rFonts w:cs="Arial"/>
          <w:sz w:val="24"/>
          <w:szCs w:val="24"/>
        </w:rPr>
        <w:t>Rozwój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edukacji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przedszkolnej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Gminie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Luzino</w:t>
      </w:r>
      <w:proofErr w:type="spellEnd"/>
      <w:r w:rsidRPr="00CF05FB">
        <w:rPr>
          <w:rFonts w:cs="Arial"/>
          <w:sz w:val="24"/>
          <w:szCs w:val="24"/>
        </w:rPr>
        <w:t xml:space="preserve">”, nr FEPM.05.07-IZ.00-0013/26,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deklaruję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szkoleniu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szkoleniach</w:t>
      </w:r>
      <w:proofErr w:type="spellEnd"/>
      <w:r w:rsidRPr="00CF05FB">
        <w:rPr>
          <w:rFonts w:cs="Arial"/>
          <w:sz w:val="24"/>
          <w:szCs w:val="24"/>
        </w:rPr>
        <w:t xml:space="preserve">, do </w:t>
      </w:r>
      <w:proofErr w:type="spellStart"/>
      <w:r w:rsidRPr="00CF05FB">
        <w:rPr>
          <w:rFonts w:cs="Arial"/>
          <w:sz w:val="24"/>
          <w:szCs w:val="24"/>
        </w:rPr>
        <w:t>których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zostanę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zakwalifikowany</w:t>
      </w:r>
      <w:proofErr w:type="spellEnd"/>
      <w:r w:rsidRPr="00CF05FB">
        <w:rPr>
          <w:rFonts w:cs="Arial"/>
          <w:sz w:val="24"/>
          <w:szCs w:val="24"/>
        </w:rPr>
        <w:t>/a.</w:t>
      </w:r>
    </w:p>
    <w:p w14:paraId="5477428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dane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informacje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podane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formularzu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są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zgodne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stanem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faktycznym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zobowiązuję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niezwłocznego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informowania</w:t>
      </w:r>
      <w:proofErr w:type="spellEnd"/>
      <w:r w:rsidRPr="00CF05FB">
        <w:rPr>
          <w:rFonts w:cs="Arial"/>
          <w:sz w:val="24"/>
          <w:szCs w:val="24"/>
        </w:rPr>
        <w:t xml:space="preserve"> OWP o </w:t>
      </w:r>
      <w:proofErr w:type="spellStart"/>
      <w:r w:rsidRPr="00CF05FB">
        <w:rPr>
          <w:rFonts w:cs="Arial"/>
          <w:sz w:val="24"/>
          <w:szCs w:val="24"/>
        </w:rPr>
        <w:t>zmianach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mających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wpływ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mój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E3FCF0A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Oświadczam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zapoznałem</w:t>
      </w:r>
      <w:proofErr w:type="spellEnd"/>
      <w:r w:rsidRPr="00CF05FB">
        <w:rPr>
          <w:rFonts w:cs="Arial"/>
          <w:sz w:val="24"/>
          <w:szCs w:val="24"/>
        </w:rPr>
        <w:t xml:space="preserve">/am </w:t>
      </w:r>
      <w:proofErr w:type="spellStart"/>
      <w:r w:rsidRPr="00CF05FB">
        <w:rPr>
          <w:rFonts w:cs="Arial"/>
          <w:sz w:val="24"/>
          <w:szCs w:val="24"/>
        </w:rPr>
        <w:t>się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Regulaminem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rekrutacji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uczestnictwa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projekcie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akceptuję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jego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postanowienia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70F6B3F5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Przyjmuję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wiadomości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udział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formach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wsparcia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realizowanych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jest </w:t>
      </w:r>
      <w:proofErr w:type="spellStart"/>
      <w:r w:rsidRPr="00CF05FB">
        <w:rPr>
          <w:rFonts w:cs="Arial"/>
          <w:sz w:val="24"/>
          <w:szCs w:val="24"/>
        </w:rPr>
        <w:t>bezpłatny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4362ABA0" w14:textId="77777777" w:rsidR="00FB0E7B" w:rsidRPr="00CF05F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zapoznałem</w:t>
      </w:r>
      <w:proofErr w:type="spellEnd"/>
      <w:r>
        <w:rPr>
          <w:rFonts w:cs="Arial"/>
          <w:sz w:val="24"/>
        </w:rPr>
        <w:t xml:space="preserve">/am </w:t>
      </w:r>
      <w:proofErr w:type="spellStart"/>
      <w:r>
        <w:rPr>
          <w:rFonts w:cs="Arial"/>
          <w:sz w:val="24"/>
        </w:rPr>
        <w:t>się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informacjami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wynikającymi</w:t>
      </w:r>
      <w:proofErr w:type="spellEnd"/>
      <w:r>
        <w:rPr>
          <w:rFonts w:cs="Arial"/>
          <w:sz w:val="24"/>
        </w:rPr>
        <w:t xml:space="preserve"> z art. 13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art. 14 RODO, </w:t>
      </w:r>
      <w:proofErr w:type="spellStart"/>
      <w:r>
        <w:rPr>
          <w:rFonts w:cs="Arial"/>
          <w:sz w:val="24"/>
        </w:rPr>
        <w:t>zawartymi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klauzuli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informacyjnej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stanowiącej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Załącznik</w:t>
      </w:r>
      <w:proofErr w:type="spellEnd"/>
      <w:r>
        <w:rPr>
          <w:rFonts w:cs="Arial"/>
          <w:sz w:val="24"/>
        </w:rPr>
        <w:t xml:space="preserve"> nr 4 do </w:t>
      </w:r>
      <w:proofErr w:type="spellStart"/>
      <w:r>
        <w:rPr>
          <w:rFonts w:cs="Arial"/>
          <w:sz w:val="24"/>
        </w:rPr>
        <w:t>Regulaminu</w:t>
      </w:r>
      <w:proofErr w:type="spellEnd"/>
      <w:r>
        <w:rPr>
          <w:rFonts w:cs="Arial"/>
          <w:sz w:val="24"/>
        </w:rPr>
        <w:t>.</w:t>
      </w:r>
    </w:p>
    <w:p w14:paraId="182B010F" w14:textId="7DF1D4AD" w:rsidR="006D42EB" w:rsidRDefault="00A10BE3">
      <w:pPr>
        <w:keepLines/>
        <w:spacing w:line="360" w:lineRule="auto"/>
        <w:rPr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cs="Arial"/>
          <w:sz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Zobowiązuję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się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przekazania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terminie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wskazanym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przez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Beneficjenta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później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niż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ciągu</w:t>
      </w:r>
      <w:proofErr w:type="spellEnd"/>
      <w:r w:rsidR="006D42EB" w:rsidRPr="006D42EB">
        <w:rPr>
          <w:sz w:val="24"/>
          <w:szCs w:val="24"/>
        </w:rPr>
        <w:t xml:space="preserve"> 4 </w:t>
      </w:r>
      <w:proofErr w:type="spellStart"/>
      <w:r w:rsidR="006D42EB" w:rsidRPr="006D42EB">
        <w:rPr>
          <w:sz w:val="24"/>
          <w:szCs w:val="24"/>
        </w:rPr>
        <w:t>tygodni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od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zakończenia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mojego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udziału</w:t>
      </w:r>
      <w:proofErr w:type="spellEnd"/>
      <w:r w:rsidR="006D42EB" w:rsidRPr="006D42EB">
        <w:rPr>
          <w:sz w:val="24"/>
          <w:szCs w:val="24"/>
        </w:rPr>
        <w:t xml:space="preserve"> w </w:t>
      </w:r>
      <w:proofErr w:type="spellStart"/>
      <w:r w:rsidR="006D42EB" w:rsidRPr="006D42EB">
        <w:rPr>
          <w:sz w:val="24"/>
          <w:szCs w:val="24"/>
        </w:rPr>
        <w:t>projekcie</w:t>
      </w:r>
      <w:proofErr w:type="spellEnd"/>
      <w:r w:rsidR="006D42EB" w:rsidRPr="006D42EB">
        <w:rPr>
          <w:sz w:val="24"/>
          <w:szCs w:val="24"/>
        </w:rPr>
        <w:t xml:space="preserve">, </w:t>
      </w:r>
      <w:proofErr w:type="spellStart"/>
      <w:r w:rsidR="006D42EB" w:rsidRPr="006D42EB">
        <w:rPr>
          <w:sz w:val="24"/>
          <w:szCs w:val="24"/>
        </w:rPr>
        <w:t>informacji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niezbędnych</w:t>
      </w:r>
      <w:proofErr w:type="spellEnd"/>
      <w:r w:rsidR="006D42EB" w:rsidRPr="006D42EB">
        <w:rPr>
          <w:sz w:val="24"/>
          <w:szCs w:val="24"/>
        </w:rPr>
        <w:t xml:space="preserve"> do </w:t>
      </w:r>
      <w:proofErr w:type="spellStart"/>
      <w:r w:rsidR="006D42EB" w:rsidRPr="006D42EB">
        <w:rPr>
          <w:sz w:val="24"/>
          <w:szCs w:val="24"/>
        </w:rPr>
        <w:t>pomiaru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właściwych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dla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wskaźników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rezultatu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bezpośredniego</w:t>
      </w:r>
      <w:proofErr w:type="spellEnd"/>
      <w:r w:rsidR="006D42EB" w:rsidRPr="006D42EB">
        <w:rPr>
          <w:sz w:val="24"/>
          <w:szCs w:val="24"/>
        </w:rPr>
        <w:t xml:space="preserve">, w </w:t>
      </w:r>
      <w:proofErr w:type="spellStart"/>
      <w:r w:rsidR="006D42EB" w:rsidRPr="006D42EB">
        <w:rPr>
          <w:sz w:val="24"/>
          <w:szCs w:val="24"/>
        </w:rPr>
        <w:t>szczególności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dotyczących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2A45E0">
        <w:rPr>
          <w:sz w:val="24"/>
          <w:szCs w:val="24"/>
        </w:rPr>
        <w:t>podjęcia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kształcenia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szkolenia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oraz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uzyskania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kwalifikacji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lub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kompetencji</w:t>
      </w:r>
      <w:proofErr w:type="spellEnd"/>
      <w:r w:rsidR="006D42EB" w:rsidRPr="006D42EB">
        <w:rPr>
          <w:sz w:val="24"/>
          <w:szCs w:val="24"/>
        </w:rPr>
        <w:t xml:space="preserve"> — </w:t>
      </w:r>
      <w:proofErr w:type="spellStart"/>
      <w:r w:rsidR="006D42EB" w:rsidRPr="006D42EB">
        <w:rPr>
          <w:sz w:val="24"/>
          <w:szCs w:val="24"/>
        </w:rPr>
        <w:t>jeżeli</w:t>
      </w:r>
      <w:proofErr w:type="spellEnd"/>
      <w:r w:rsidR="006D42EB" w:rsidRPr="006D42EB">
        <w:rPr>
          <w:sz w:val="24"/>
          <w:szCs w:val="24"/>
        </w:rPr>
        <w:t xml:space="preserve"> dana </w:t>
      </w:r>
      <w:proofErr w:type="spellStart"/>
      <w:r w:rsidR="006D42EB" w:rsidRPr="006D42EB">
        <w:rPr>
          <w:sz w:val="24"/>
          <w:szCs w:val="24"/>
        </w:rPr>
        <w:t>informacja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mnie</w:t>
      </w:r>
      <w:proofErr w:type="spellEnd"/>
      <w:r w:rsidR="006D42EB" w:rsidRPr="006D42EB">
        <w:rPr>
          <w:sz w:val="24"/>
          <w:szCs w:val="24"/>
        </w:rPr>
        <w:t xml:space="preserve"> </w:t>
      </w:r>
      <w:proofErr w:type="spellStart"/>
      <w:r w:rsidR="006D42EB" w:rsidRPr="006D42EB">
        <w:rPr>
          <w:sz w:val="24"/>
          <w:szCs w:val="24"/>
        </w:rPr>
        <w:t>dotyczy</w:t>
      </w:r>
      <w:proofErr w:type="spellEnd"/>
      <w:r w:rsidR="006D42EB" w:rsidRPr="006D42EB">
        <w:rPr>
          <w:sz w:val="24"/>
          <w:szCs w:val="24"/>
        </w:rPr>
        <w:t>.</w:t>
      </w:r>
    </w:p>
    <w:p w14:paraId="43205079" w14:textId="77777777" w:rsidR="00E82CBD" w:rsidRDefault="00E82CBD" w:rsidP="00567002">
      <w:pPr>
        <w:spacing w:line="360" w:lineRule="auto"/>
        <w:rPr>
          <w:b/>
          <w:sz w:val="24"/>
          <w:szCs w:val="24"/>
        </w:rPr>
      </w:pPr>
    </w:p>
    <w:p w14:paraId="49BC123D" w14:textId="77777777" w:rsidR="00FB0E7B" w:rsidRPr="00CF05FB" w:rsidRDefault="00787F02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>I</w:t>
      </w:r>
      <w:r w:rsidR="00A0699C" w:rsidRPr="00CF05FB">
        <w:rPr>
          <w:rFonts w:cs="Arial"/>
          <w:b/>
          <w:sz w:val="24"/>
          <w:szCs w:val="24"/>
        </w:rPr>
        <w:t>. INFORMACJA DOTYCZĄCA KPON I KARTY PRAW PODSTAWOWYCH UE</w:t>
      </w:r>
    </w:p>
    <w:p w14:paraId="4F1497A9" w14:textId="77777777" w:rsidR="00FB0E7B" w:rsidRPr="00CF05FB" w:rsidRDefault="00A0699C" w:rsidP="00567002">
      <w:pPr>
        <w:spacing w:line="360" w:lineRule="auto"/>
        <w:jc w:val="both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Uczestnik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uczestniczka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ma </w:t>
      </w:r>
      <w:proofErr w:type="spellStart"/>
      <w:r w:rsidRPr="00CF05FB">
        <w:rPr>
          <w:rFonts w:cs="Arial"/>
          <w:sz w:val="24"/>
          <w:szCs w:val="24"/>
        </w:rPr>
        <w:t>możliwość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zgłoszenia</w:t>
      </w:r>
      <w:proofErr w:type="spellEnd"/>
      <w:r w:rsidRPr="00CF05FB">
        <w:rPr>
          <w:rFonts w:cs="Arial"/>
          <w:sz w:val="24"/>
          <w:szCs w:val="24"/>
        </w:rPr>
        <w:t xml:space="preserve"> do </w:t>
      </w:r>
      <w:proofErr w:type="spellStart"/>
      <w:r w:rsidRPr="00CF05FB">
        <w:rPr>
          <w:rFonts w:cs="Arial"/>
          <w:sz w:val="24"/>
          <w:szCs w:val="24"/>
        </w:rPr>
        <w:t>Instytucji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Zarządzającej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programem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Fundusze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dla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Pomorza</w:t>
      </w:r>
      <w:proofErr w:type="spellEnd"/>
      <w:r w:rsidRPr="00CF05FB">
        <w:rPr>
          <w:rFonts w:cs="Arial"/>
          <w:sz w:val="24"/>
          <w:szCs w:val="24"/>
        </w:rPr>
        <w:t xml:space="preserve"> 2021–2027 </w:t>
      </w:r>
      <w:proofErr w:type="spellStart"/>
      <w:r w:rsidRPr="00CF05FB">
        <w:rPr>
          <w:rFonts w:cs="Arial"/>
          <w:sz w:val="24"/>
          <w:szCs w:val="24"/>
        </w:rPr>
        <w:t>podejrzenia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niezgodności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projektu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działań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Beneficjenta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postanowieniami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Konwencji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prawach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osób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niepełnosprawnych</w:t>
      </w:r>
      <w:proofErr w:type="spellEnd"/>
      <w:r w:rsidRPr="00CF05FB">
        <w:rPr>
          <w:rFonts w:cs="Arial"/>
          <w:sz w:val="24"/>
          <w:szCs w:val="24"/>
        </w:rPr>
        <w:t xml:space="preserve"> (KPON) </w:t>
      </w:r>
      <w:proofErr w:type="spellStart"/>
      <w:r w:rsidRPr="00CF05FB">
        <w:rPr>
          <w:rFonts w:cs="Arial"/>
          <w:sz w:val="24"/>
          <w:szCs w:val="24"/>
        </w:rPr>
        <w:t>lub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Karty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praw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podstawowych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Unii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Europejskiej</w:t>
      </w:r>
      <w:proofErr w:type="spellEnd"/>
      <w:r w:rsidRPr="00CF05FB">
        <w:rPr>
          <w:rFonts w:cs="Arial"/>
          <w:sz w:val="24"/>
          <w:szCs w:val="24"/>
        </w:rPr>
        <w:t xml:space="preserve"> (KPP), </w:t>
      </w:r>
      <w:proofErr w:type="spellStart"/>
      <w:r w:rsidRPr="00CF05FB">
        <w:rPr>
          <w:rFonts w:cs="Arial"/>
          <w:sz w:val="24"/>
          <w:szCs w:val="24"/>
        </w:rPr>
        <w:t>zgodnie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procedurami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obowiązującymi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ramach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programu</w:t>
      </w:r>
      <w:proofErr w:type="spellEnd"/>
      <w:r w:rsidRPr="00CF05FB">
        <w:rPr>
          <w:rFonts w:cs="Arial"/>
          <w:sz w:val="24"/>
          <w:szCs w:val="24"/>
        </w:rPr>
        <w:t>.</w:t>
      </w:r>
    </w:p>
    <w:p w14:paraId="640AFEA4" w14:textId="287881D3" w:rsidR="00FB0E7B" w:rsidRDefault="00A0699C" w:rsidP="00567002">
      <w:pPr>
        <w:spacing w:line="360" w:lineRule="auto"/>
        <w:rPr>
          <w:b/>
          <w:sz w:val="24"/>
          <w:szCs w:val="24"/>
        </w:rPr>
      </w:pPr>
      <w:proofErr w:type="spellStart"/>
      <w:r>
        <w:rPr>
          <w:rFonts w:cs="Arial"/>
          <w:b/>
          <w:sz w:val="24"/>
        </w:rPr>
        <w:t>Dokumenty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rekrutacyjne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można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złożyć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formie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papierowej</w:t>
      </w:r>
      <w:proofErr w:type="spellEnd"/>
      <w:r>
        <w:rPr>
          <w:rFonts w:cs="Arial"/>
          <w:b/>
          <w:sz w:val="24"/>
        </w:rPr>
        <w:t xml:space="preserve"> w OWP </w:t>
      </w:r>
      <w:proofErr w:type="spellStart"/>
      <w:r>
        <w:rPr>
          <w:rFonts w:cs="Arial"/>
          <w:b/>
          <w:sz w:val="24"/>
        </w:rPr>
        <w:t>objętym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projektem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lub</w:t>
      </w:r>
      <w:proofErr w:type="spellEnd"/>
      <w:r>
        <w:rPr>
          <w:rFonts w:cs="Arial"/>
          <w:b/>
          <w:sz w:val="24"/>
        </w:rPr>
        <w:t xml:space="preserve"> w </w:t>
      </w:r>
      <w:proofErr w:type="spellStart"/>
      <w:r>
        <w:rPr>
          <w:rFonts w:cs="Arial"/>
          <w:b/>
          <w:sz w:val="24"/>
        </w:rPr>
        <w:t>Urzędzie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Gminy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Luzino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albo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 w:rsidR="00E06B6B">
        <w:rPr>
          <w:rFonts w:cs="Arial"/>
          <w:b/>
          <w:sz w:val="24"/>
        </w:rPr>
        <w:t>drogą</w:t>
      </w:r>
      <w:proofErr w:type="spellEnd"/>
      <w:r w:rsidR="00E06B6B"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elektroniczn</w:t>
      </w:r>
      <w:r w:rsidR="00E06B6B">
        <w:rPr>
          <w:rFonts w:cs="Arial"/>
          <w:b/>
          <w:sz w:val="24"/>
        </w:rPr>
        <w:t>ą</w:t>
      </w:r>
      <w:proofErr w:type="spellEnd"/>
      <w:r>
        <w:rPr>
          <w:rFonts w:cs="Arial"/>
          <w:b/>
          <w:sz w:val="24"/>
        </w:rPr>
        <w:t xml:space="preserve"> – w </w:t>
      </w:r>
      <w:proofErr w:type="spellStart"/>
      <w:r>
        <w:rPr>
          <w:rFonts w:cs="Arial"/>
          <w:b/>
          <w:sz w:val="24"/>
        </w:rPr>
        <w:t>postaci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skanu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podpisanej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i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opatrzonej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datą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dokumentacji</w:t>
      </w:r>
      <w:proofErr w:type="spellEnd"/>
      <w:r>
        <w:rPr>
          <w:rFonts w:cs="Arial"/>
          <w:b/>
          <w:sz w:val="24"/>
        </w:rPr>
        <w:t xml:space="preserve"> – </w:t>
      </w:r>
      <w:proofErr w:type="spellStart"/>
      <w:r>
        <w:rPr>
          <w:rFonts w:cs="Arial"/>
          <w:b/>
          <w:sz w:val="24"/>
        </w:rPr>
        <w:t>na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adres</w:t>
      </w:r>
      <w:proofErr w:type="spellEnd"/>
      <w:r>
        <w:rPr>
          <w:rFonts w:cs="Arial"/>
          <w:b/>
          <w:sz w:val="24"/>
        </w:rPr>
        <w:t xml:space="preserve"> e-mail </w:t>
      </w:r>
      <w:proofErr w:type="spellStart"/>
      <w:r>
        <w:rPr>
          <w:rFonts w:cs="Arial"/>
          <w:b/>
          <w:sz w:val="24"/>
        </w:rPr>
        <w:t>Gminy</w:t>
      </w:r>
      <w:proofErr w:type="spellEnd"/>
      <w:r>
        <w:rPr>
          <w:rFonts w:cs="Arial"/>
          <w:b/>
          <w:sz w:val="24"/>
        </w:rPr>
        <w:t xml:space="preserve"> </w:t>
      </w:r>
      <w:proofErr w:type="spellStart"/>
      <w:r>
        <w:rPr>
          <w:rFonts w:cs="Arial"/>
          <w:b/>
          <w:sz w:val="24"/>
        </w:rPr>
        <w:t>Luzino</w:t>
      </w:r>
      <w:proofErr w:type="spellEnd"/>
      <w:r>
        <w:rPr>
          <w:rFonts w:cs="Arial"/>
          <w:b/>
          <w:sz w:val="24"/>
        </w:rPr>
        <w:t>: sekretariat@luzino.pl.</w:t>
      </w:r>
    </w:p>
    <w:p w14:paraId="0FE3609B" w14:textId="77777777" w:rsidR="00E06B6B" w:rsidRDefault="00E06B6B" w:rsidP="00567002">
      <w:pPr>
        <w:keepLines/>
        <w:spacing w:line="360" w:lineRule="auto"/>
        <w:rPr>
          <w:rFonts w:cs="Arial"/>
          <w:i/>
          <w:sz w:val="24"/>
        </w:rPr>
      </w:pPr>
    </w:p>
    <w:p w14:paraId="444AE400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i/>
          <w:sz w:val="24"/>
        </w:rPr>
        <w:t>Potwierdzam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że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wszystkie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oświadczenia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zgody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zawarte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formularzu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składam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dniu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poniżej</w:t>
      </w:r>
      <w:proofErr w:type="spellEnd"/>
      <w:r>
        <w:rPr>
          <w:rFonts w:cs="Arial"/>
          <w:i/>
          <w:sz w:val="24"/>
        </w:rPr>
        <w:t>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wypełnienia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podpisania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formularza</w:t>
      </w:r>
      <w:proofErr w:type="spellEnd"/>
      <w:r>
        <w:rPr>
          <w:rFonts w:cs="Arial"/>
          <w:sz w:val="24"/>
        </w:rPr>
        <w:t xml:space="preserve">: </w:t>
      </w:r>
    </w:p>
    <w:p w14:paraId="5DB01172" w14:textId="77777777" w:rsidR="00E06B6B" w:rsidRDefault="00E06B6B" w:rsidP="00567002">
      <w:pPr>
        <w:keepLines/>
        <w:spacing w:line="360" w:lineRule="auto"/>
        <w:rPr>
          <w:rFonts w:cs="Arial"/>
          <w:sz w:val="24"/>
        </w:rPr>
      </w:pPr>
    </w:p>
    <w:p w14:paraId="24A493F9" w14:textId="77777777" w:rsidR="00E06B6B" w:rsidRDefault="00A0699C" w:rsidP="00567002">
      <w:pPr>
        <w:keepLines/>
        <w:spacing w:line="360" w:lineRule="auto"/>
        <w:rPr>
          <w:rFonts w:cs="Arial"/>
          <w:sz w:val="24"/>
        </w:rPr>
      </w:pPr>
      <w:r>
        <w:rPr>
          <w:rFonts w:cs="Arial"/>
          <w:sz w:val="24"/>
        </w:rPr>
        <w:t>........................................................................</w:t>
      </w:r>
      <w:r>
        <w:rPr>
          <w:rFonts w:cs="Arial"/>
          <w:sz w:val="24"/>
        </w:rPr>
        <w:br/>
      </w:r>
    </w:p>
    <w:p w14:paraId="14D7C806" w14:textId="469A3308" w:rsidR="00FB0E7B" w:rsidRDefault="00A0699C" w:rsidP="00567002">
      <w:pPr>
        <w:keepLines/>
        <w:spacing w:line="360" w:lineRule="auto"/>
        <w:rPr>
          <w:sz w:val="24"/>
          <w:szCs w:val="24"/>
        </w:rPr>
      </w:pPr>
      <w:r>
        <w:rPr>
          <w:rFonts w:cs="Arial"/>
          <w:sz w:val="24"/>
        </w:rPr>
        <w:br/>
        <w:t>............................................................</w:t>
      </w:r>
      <w:r>
        <w:rPr>
          <w:rFonts w:cs="Arial"/>
          <w:sz w:val="24"/>
        </w:rPr>
        <w:br/>
      </w: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składającego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formularz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oświadczenia</w:t>
      </w:r>
      <w:proofErr w:type="spellEnd"/>
    </w:p>
    <w:p w14:paraId="35215DFB" w14:textId="77777777" w:rsidR="00787F02" w:rsidRPr="00CF05FB" w:rsidRDefault="007F29A9" w:rsidP="00567002">
      <w:pPr>
        <w:keepNext/>
        <w:pageBreakBefore/>
        <w:spacing w:line="360" w:lineRule="auto"/>
        <w:rPr>
          <w:sz w:val="24"/>
          <w:szCs w:val="24"/>
        </w:rPr>
      </w:pPr>
      <w:r>
        <w:rPr>
          <w:rFonts w:cs="Arial"/>
          <w:b/>
          <w:sz w:val="24"/>
          <w:szCs w:val="24"/>
        </w:rPr>
        <w:lastRenderedPageBreak/>
        <w:t xml:space="preserve">J. </w:t>
      </w:r>
      <w:r w:rsidR="00787F02" w:rsidRPr="00CF05FB">
        <w:rPr>
          <w:rFonts w:cs="Arial"/>
          <w:b/>
          <w:sz w:val="24"/>
          <w:szCs w:val="24"/>
        </w:rPr>
        <w:t>ZAŚWIADCZENIE I REKOMENDACJA DYREKTORA OWP</w:t>
      </w:r>
      <w:r>
        <w:rPr>
          <w:rFonts w:cs="Arial"/>
          <w:b/>
          <w:sz w:val="24"/>
          <w:szCs w:val="24"/>
        </w:rPr>
        <w:t xml:space="preserve"> - </w:t>
      </w:r>
      <w:r w:rsidRPr="006B6F67">
        <w:rPr>
          <w:rFonts w:cs="Arial"/>
          <w:b/>
          <w:sz w:val="24"/>
          <w:szCs w:val="24"/>
        </w:rPr>
        <w:t>CZĘŚĆ WYPEŁNIA DYREKTOR OWP</w:t>
      </w:r>
    </w:p>
    <w:p w14:paraId="5C1F2AD1" w14:textId="77777777" w:rsidR="00787F02" w:rsidRDefault="00787F02" w:rsidP="00567002">
      <w:pPr>
        <w:spacing w:line="360" w:lineRule="auto"/>
        <w:rPr>
          <w:i/>
          <w:sz w:val="24"/>
          <w:szCs w:val="24"/>
        </w:rPr>
      </w:pPr>
      <w:proofErr w:type="spellStart"/>
      <w:r>
        <w:rPr>
          <w:rFonts w:cs="Arial"/>
          <w:i/>
          <w:sz w:val="24"/>
        </w:rPr>
        <w:t>Poniższa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część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opatrzone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datą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podpisem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oraz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rekomendację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OWP, </w:t>
      </w:r>
      <w:proofErr w:type="spellStart"/>
      <w:r>
        <w:rPr>
          <w:rFonts w:cs="Arial"/>
          <w:i/>
          <w:sz w:val="24"/>
        </w:rPr>
        <w:t>potwierdzające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spełnienie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warunków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udziału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wskazanych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Regulaminie</w:t>
      </w:r>
      <w:proofErr w:type="spellEnd"/>
      <w:r>
        <w:rPr>
          <w:rFonts w:cs="Arial"/>
          <w:i/>
          <w:sz w:val="24"/>
        </w:rPr>
        <w:t>.</w:t>
      </w:r>
    </w:p>
    <w:p w14:paraId="381AD135" w14:textId="77777777" w:rsidR="00A63DFD" w:rsidRDefault="00A63DFD" w:rsidP="00567002">
      <w:pPr>
        <w:spacing w:line="360" w:lineRule="auto"/>
        <w:rPr>
          <w:rFonts w:cs="Arial"/>
          <w:sz w:val="24"/>
          <w:szCs w:val="24"/>
        </w:rPr>
      </w:pPr>
    </w:p>
    <w:p w14:paraId="32BA7C74" w14:textId="029C0FE7" w:rsidR="007C7D6D" w:rsidRPr="007C7D6D" w:rsidRDefault="007C7D6D" w:rsidP="00567002">
      <w:pPr>
        <w:spacing w:line="360" w:lineRule="auto"/>
        <w:rPr>
          <w:sz w:val="24"/>
          <w:szCs w:val="24"/>
        </w:rPr>
      </w:pPr>
      <w:proofErr w:type="spellStart"/>
      <w:r w:rsidRPr="007C7D6D">
        <w:rPr>
          <w:rFonts w:cs="Arial"/>
          <w:sz w:val="24"/>
          <w:szCs w:val="24"/>
        </w:rPr>
        <w:t>Imię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i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nazwisko</w:t>
      </w:r>
      <w:proofErr w:type="spellEnd"/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nauczyciela</w:t>
      </w:r>
      <w:proofErr w:type="spellEnd"/>
      <w:r w:rsidRPr="007C7D6D">
        <w:rPr>
          <w:rFonts w:cs="Arial"/>
          <w:sz w:val="24"/>
          <w:szCs w:val="24"/>
        </w:rPr>
        <w:t>/</w:t>
      </w:r>
      <w:proofErr w:type="spellStart"/>
      <w:r w:rsidRPr="007C7D6D">
        <w:rPr>
          <w:rFonts w:cs="Arial"/>
          <w:sz w:val="24"/>
          <w:szCs w:val="24"/>
        </w:rPr>
        <w:t>nauczycielki</w:t>
      </w:r>
      <w:proofErr w:type="spellEnd"/>
      <w:r w:rsidRPr="007C7D6D">
        <w:rPr>
          <w:rFonts w:cs="Arial"/>
          <w:sz w:val="24"/>
          <w:szCs w:val="24"/>
        </w:rPr>
        <w:t>: ................................................</w:t>
      </w:r>
    </w:p>
    <w:p w14:paraId="37453087" w14:textId="77777777" w:rsidR="007C7D6D" w:rsidRPr="00CF05FB" w:rsidRDefault="007C7D6D" w:rsidP="00567002">
      <w:pPr>
        <w:spacing w:line="360" w:lineRule="auto"/>
        <w:rPr>
          <w:sz w:val="24"/>
          <w:szCs w:val="24"/>
        </w:rPr>
      </w:pPr>
      <w:r w:rsidRPr="007C7D6D">
        <w:rPr>
          <w:rFonts w:cs="Arial"/>
          <w:sz w:val="24"/>
          <w:szCs w:val="24"/>
        </w:rPr>
        <w:t xml:space="preserve">OWP: </w:t>
      </w:r>
      <w:r w:rsidRPr="007C7D6D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Sychowo</w:t>
      </w:r>
      <w:proofErr w:type="spellEnd"/>
      <w:r w:rsidRPr="007C7D6D">
        <w:rPr>
          <w:rFonts w:cs="Arial"/>
          <w:sz w:val="24"/>
          <w:szCs w:val="24"/>
        </w:rPr>
        <w:t> </w:t>
      </w:r>
      <w:r w:rsidRPr="007C7D6D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7C7D6D">
        <w:rPr>
          <w:rFonts w:cs="Arial"/>
          <w:sz w:val="24"/>
          <w:szCs w:val="24"/>
        </w:rPr>
        <w:t xml:space="preserve"> </w:t>
      </w:r>
      <w:proofErr w:type="spellStart"/>
      <w:r w:rsidRPr="007C7D6D">
        <w:rPr>
          <w:rFonts w:cs="Arial"/>
          <w:sz w:val="24"/>
          <w:szCs w:val="24"/>
        </w:rPr>
        <w:t>Kębłowo</w:t>
      </w:r>
      <w:proofErr w:type="spellEnd"/>
    </w:p>
    <w:p w14:paraId="74638255" w14:textId="77777777" w:rsidR="00E82CBD" w:rsidRDefault="00E82CBD" w:rsidP="00567002">
      <w:pPr>
        <w:spacing w:line="360" w:lineRule="auto"/>
        <w:rPr>
          <w:sz w:val="24"/>
          <w:szCs w:val="24"/>
        </w:rPr>
      </w:pPr>
    </w:p>
    <w:p w14:paraId="288BE82C" w14:textId="77777777" w:rsidR="00DC12D5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sz w:val="24"/>
          <w:szCs w:val="24"/>
        </w:rPr>
        <w:t>Potwierdzam</w:t>
      </w:r>
      <w:proofErr w:type="spellEnd"/>
      <w:r w:rsidRPr="00CF05FB">
        <w:rPr>
          <w:rFonts w:cs="Arial"/>
          <w:sz w:val="24"/>
          <w:szCs w:val="24"/>
        </w:rPr>
        <w:t xml:space="preserve">, </w:t>
      </w:r>
      <w:proofErr w:type="spellStart"/>
      <w:r w:rsidRPr="00CF05FB">
        <w:rPr>
          <w:rFonts w:cs="Arial"/>
          <w:sz w:val="24"/>
          <w:szCs w:val="24"/>
        </w:rPr>
        <w:t>że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wskazany</w:t>
      </w:r>
      <w:proofErr w:type="spellEnd"/>
      <w:r w:rsidRPr="00CF05FB">
        <w:rPr>
          <w:rFonts w:cs="Arial"/>
          <w:sz w:val="24"/>
          <w:szCs w:val="24"/>
        </w:rPr>
        <w:t xml:space="preserve">/a </w:t>
      </w:r>
      <w:proofErr w:type="spellStart"/>
      <w:r w:rsidRPr="00CF05FB">
        <w:rPr>
          <w:rFonts w:cs="Arial"/>
          <w:sz w:val="24"/>
          <w:szCs w:val="24"/>
        </w:rPr>
        <w:t>nauczyciel</w:t>
      </w:r>
      <w:proofErr w:type="spellEnd"/>
      <w:r w:rsidRPr="00CF05FB">
        <w:rPr>
          <w:rFonts w:cs="Arial"/>
          <w:sz w:val="24"/>
          <w:szCs w:val="24"/>
        </w:rPr>
        <w:t>/</w:t>
      </w:r>
      <w:proofErr w:type="spellStart"/>
      <w:r w:rsidRPr="00CF05FB">
        <w:rPr>
          <w:rFonts w:cs="Arial"/>
          <w:sz w:val="24"/>
          <w:szCs w:val="24"/>
        </w:rPr>
        <w:t>nauczycielka</w:t>
      </w:r>
      <w:proofErr w:type="spellEnd"/>
      <w:r w:rsidRPr="00CF05FB">
        <w:rPr>
          <w:rFonts w:cs="Arial"/>
          <w:sz w:val="24"/>
          <w:szCs w:val="24"/>
        </w:rPr>
        <w:t>:</w:t>
      </w:r>
    </w:p>
    <w:p w14:paraId="1A56AC0A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r>
        <w:rPr>
          <w:rFonts w:cs="Arial"/>
          <w:sz w:val="24"/>
          <w:szCs w:val="24"/>
        </w:rPr>
        <w:t>J</w:t>
      </w:r>
      <w:r w:rsidR="00787F02" w:rsidRPr="00CF05FB">
        <w:rPr>
          <w:rFonts w:cs="Arial"/>
          <w:sz w:val="24"/>
          <w:szCs w:val="24"/>
        </w:rPr>
        <w:t xml:space="preserve">est </w:t>
      </w:r>
      <w:proofErr w:type="spellStart"/>
      <w:r w:rsidR="00787F02" w:rsidRPr="00CF05FB">
        <w:rPr>
          <w:rFonts w:cs="Arial"/>
          <w:sz w:val="24"/>
          <w:szCs w:val="24"/>
        </w:rPr>
        <w:t>zatrudniony</w:t>
      </w:r>
      <w:proofErr w:type="spellEnd"/>
      <w:r w:rsidR="00787F02" w:rsidRPr="00CF05FB">
        <w:rPr>
          <w:rFonts w:cs="Arial"/>
          <w:sz w:val="24"/>
          <w:szCs w:val="24"/>
        </w:rPr>
        <w:t xml:space="preserve">/a w OWP </w:t>
      </w:r>
      <w:proofErr w:type="spellStart"/>
      <w:r w:rsidR="00787F02" w:rsidRPr="00CF05FB">
        <w:rPr>
          <w:rFonts w:cs="Arial"/>
          <w:sz w:val="24"/>
          <w:szCs w:val="24"/>
        </w:rPr>
        <w:t>objętym</w:t>
      </w:r>
      <w:proofErr w:type="spellEnd"/>
      <w:r w:rsidR="00787F02" w:rsidRPr="00CF05FB">
        <w:rPr>
          <w:rFonts w:cs="Arial"/>
          <w:sz w:val="24"/>
          <w:szCs w:val="24"/>
        </w:rPr>
        <w:t xml:space="preserve"> </w:t>
      </w:r>
      <w:proofErr w:type="spellStart"/>
      <w:r w:rsidR="00787F02" w:rsidRPr="00CF05FB">
        <w:rPr>
          <w:rFonts w:cs="Arial"/>
          <w:sz w:val="24"/>
          <w:szCs w:val="24"/>
        </w:rPr>
        <w:t>projektem</w:t>
      </w:r>
      <w:proofErr w:type="spellEnd"/>
      <w:r>
        <w:rPr>
          <w:rFonts w:cs="Arial"/>
          <w:sz w:val="24"/>
          <w:szCs w:val="24"/>
        </w:rPr>
        <w:t xml:space="preserve">: </w:t>
      </w:r>
      <w:r w:rsidRPr="00CF05FB">
        <w:rPr>
          <w:rFonts w:cs="Arial"/>
          <w:sz w:val="24"/>
          <w:szCs w:val="24"/>
        </w:rPr>
        <w:t>☐ TAK   ☐ NIE</w:t>
      </w:r>
    </w:p>
    <w:p w14:paraId="0A12BD20" w14:textId="77777777" w:rsidR="00787F02" w:rsidRPr="00CF05FB" w:rsidRDefault="00DC12D5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Posiada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o </w:t>
      </w:r>
      <w:proofErr w:type="spellStart"/>
      <w:r>
        <w:rPr>
          <w:rFonts w:cs="Arial"/>
          <w:sz w:val="24"/>
        </w:rPr>
        <w:t>zdiagnozowanych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0BEE1EAA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Pracuje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posiadającymi</w:t>
      </w:r>
      <w:proofErr w:type="spellEnd"/>
      <w:r>
        <w:rPr>
          <w:rFonts w:cs="Arial"/>
          <w:sz w:val="24"/>
        </w:rPr>
        <w:t xml:space="preserve"> OPKS </w:t>
      </w:r>
      <w:proofErr w:type="spellStart"/>
      <w:r>
        <w:rPr>
          <w:rFonts w:cs="Arial"/>
          <w:sz w:val="24"/>
        </w:rPr>
        <w:t>lub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inne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trudności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rozwojowe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491B0F69" w14:textId="77777777" w:rsidR="00787F02" w:rsidRPr="00CF05FB" w:rsidRDefault="00657BB1" w:rsidP="00567002">
      <w:pPr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Rekomenduję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jego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jej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udział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szkoleniu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szkoleniach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względu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zakresie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pracy</w:t>
      </w:r>
      <w:proofErr w:type="spellEnd"/>
      <w:r>
        <w:rPr>
          <w:rFonts w:cs="Arial"/>
          <w:sz w:val="24"/>
        </w:rPr>
        <w:t xml:space="preserve"> z </w:t>
      </w:r>
      <w:proofErr w:type="spellStart"/>
      <w:r>
        <w:rPr>
          <w:rFonts w:cs="Arial"/>
          <w:sz w:val="24"/>
        </w:rPr>
        <w:t>dziećmi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objętymi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wsparciem</w:t>
      </w:r>
      <w:proofErr w:type="spellEnd"/>
      <w:r>
        <w:rPr>
          <w:rFonts w:cs="Arial"/>
          <w:sz w:val="24"/>
        </w:rPr>
        <w:t xml:space="preserve"> w </w:t>
      </w:r>
      <w:proofErr w:type="spellStart"/>
      <w:r>
        <w:rPr>
          <w:rFonts w:cs="Arial"/>
          <w:sz w:val="24"/>
        </w:rPr>
        <w:t>projekcie</w:t>
      </w:r>
      <w:proofErr w:type="spellEnd"/>
      <w:r>
        <w:rPr>
          <w:rFonts w:cs="Arial"/>
          <w:sz w:val="24"/>
        </w:rPr>
        <w:t>:  ☐ TAK   ☐ NIE</w:t>
      </w:r>
    </w:p>
    <w:p w14:paraId="2E2B1D11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Potwierdzam</w:t>
      </w:r>
      <w:proofErr w:type="spellEnd"/>
      <w:r>
        <w:rPr>
          <w:rFonts w:cs="Arial"/>
          <w:sz w:val="24"/>
        </w:rPr>
        <w:t xml:space="preserve">, </w:t>
      </w:r>
      <w:proofErr w:type="spellStart"/>
      <w:r>
        <w:rPr>
          <w:rFonts w:cs="Arial"/>
          <w:sz w:val="24"/>
        </w:rPr>
        <w:t>że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rekomendowane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szkolenie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szkolenia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odpowiada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odpowiadają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zakresowi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wykonywanych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przez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nauczyciela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nauczycielkę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obowiązków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oraz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zdiagnozowanej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potrzebie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podniesienia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kompetencji</w:t>
      </w:r>
      <w:proofErr w:type="spellEnd"/>
      <w:r>
        <w:rPr>
          <w:rFonts w:cs="Arial"/>
          <w:sz w:val="24"/>
        </w:rPr>
        <w:t>:  ☐ TAK   ☐ NIE</w:t>
      </w:r>
    </w:p>
    <w:p w14:paraId="4706DA8F" w14:textId="77777777" w:rsidR="00657BB1" w:rsidRDefault="00657BB1" w:rsidP="00567002">
      <w:pPr>
        <w:spacing w:line="360" w:lineRule="auto"/>
        <w:rPr>
          <w:b/>
          <w:sz w:val="24"/>
          <w:szCs w:val="24"/>
        </w:rPr>
      </w:pPr>
    </w:p>
    <w:p w14:paraId="6CFB816E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  <w:proofErr w:type="spellStart"/>
      <w:r w:rsidRPr="00CF05FB">
        <w:rPr>
          <w:rFonts w:cs="Arial"/>
          <w:b/>
          <w:sz w:val="24"/>
          <w:szCs w:val="24"/>
        </w:rPr>
        <w:t>Rekomendowane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szkolenie</w:t>
      </w:r>
      <w:proofErr w:type="spellEnd"/>
      <w:r w:rsidRPr="00CF05FB">
        <w:rPr>
          <w:rFonts w:cs="Arial"/>
          <w:b/>
          <w:sz w:val="24"/>
          <w:szCs w:val="24"/>
        </w:rPr>
        <w:t>/</w:t>
      </w:r>
      <w:proofErr w:type="spellStart"/>
      <w:r w:rsidRPr="00CF05FB">
        <w:rPr>
          <w:rFonts w:cs="Arial"/>
          <w:b/>
          <w:sz w:val="24"/>
          <w:szCs w:val="24"/>
        </w:rPr>
        <w:t>szkolenia</w:t>
      </w:r>
      <w:proofErr w:type="spellEnd"/>
      <w:r w:rsidRPr="00CF05FB">
        <w:rPr>
          <w:rFonts w:cs="Arial"/>
          <w:b/>
          <w:sz w:val="24"/>
          <w:szCs w:val="24"/>
        </w:rPr>
        <w:t xml:space="preserve"> (</w:t>
      </w:r>
      <w:proofErr w:type="spellStart"/>
      <w:r w:rsidRPr="00CF05FB">
        <w:rPr>
          <w:rFonts w:cs="Arial"/>
          <w:b/>
          <w:sz w:val="24"/>
          <w:szCs w:val="24"/>
        </w:rPr>
        <w:t>można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zaznaczyć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więcej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niż</w:t>
      </w:r>
      <w:proofErr w:type="spellEnd"/>
      <w:r w:rsidRPr="00CF05FB">
        <w:rPr>
          <w:rFonts w:cs="Arial"/>
          <w:b/>
          <w:sz w:val="24"/>
          <w:szCs w:val="24"/>
        </w:rPr>
        <w:t xml:space="preserve"> </w:t>
      </w:r>
      <w:proofErr w:type="spellStart"/>
      <w:r w:rsidRPr="00CF05FB">
        <w:rPr>
          <w:rFonts w:cs="Arial"/>
          <w:b/>
          <w:sz w:val="24"/>
          <w:szCs w:val="24"/>
        </w:rPr>
        <w:t>jedno</w:t>
      </w:r>
      <w:proofErr w:type="spellEnd"/>
      <w:r w:rsidRPr="00CF05FB">
        <w:rPr>
          <w:rFonts w:cs="Arial"/>
          <w:b/>
          <w:sz w:val="24"/>
          <w:szCs w:val="24"/>
        </w:rPr>
        <w:t>):</w:t>
      </w:r>
    </w:p>
    <w:p w14:paraId="07A13EDE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posiadającymi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orzeczenie</w:t>
      </w:r>
      <w:proofErr w:type="spellEnd"/>
      <w:r w:rsidRPr="00CF05FB">
        <w:rPr>
          <w:rFonts w:cs="Arial"/>
          <w:sz w:val="24"/>
          <w:szCs w:val="24"/>
        </w:rPr>
        <w:t xml:space="preserve"> o </w:t>
      </w:r>
      <w:proofErr w:type="spellStart"/>
      <w:r w:rsidRPr="00CF05FB">
        <w:rPr>
          <w:rFonts w:cs="Arial"/>
          <w:sz w:val="24"/>
          <w:szCs w:val="24"/>
        </w:rPr>
        <w:t>potrzebie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kształcenia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specjalnego</w:t>
      </w:r>
      <w:proofErr w:type="spellEnd"/>
    </w:p>
    <w:p w14:paraId="4FF57F53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logiczno-matematycznych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oraz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umiejętności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planowania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rozwiązywania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problemów</w:t>
      </w:r>
      <w:proofErr w:type="spellEnd"/>
      <w:r w:rsidRPr="00CF05FB">
        <w:rPr>
          <w:rFonts w:cs="Arial"/>
          <w:sz w:val="24"/>
          <w:szCs w:val="24"/>
        </w:rPr>
        <w:t xml:space="preserve"> u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1822613B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pracy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dziećmi</w:t>
      </w:r>
      <w:proofErr w:type="spellEnd"/>
      <w:r w:rsidRPr="00CF05FB">
        <w:rPr>
          <w:rFonts w:cs="Arial"/>
          <w:sz w:val="24"/>
          <w:szCs w:val="24"/>
        </w:rPr>
        <w:t xml:space="preserve"> z </w:t>
      </w:r>
      <w:proofErr w:type="spellStart"/>
      <w:r w:rsidRPr="00CF05FB">
        <w:rPr>
          <w:rFonts w:cs="Arial"/>
          <w:sz w:val="24"/>
          <w:szCs w:val="24"/>
        </w:rPr>
        <w:t>zaburzeniami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rozwoju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mowy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trudnościami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artykulacyjnymi</w:t>
      </w:r>
      <w:proofErr w:type="spellEnd"/>
    </w:p>
    <w:p w14:paraId="79F8D23F" w14:textId="77777777" w:rsidR="00787F02" w:rsidRPr="00CF05FB" w:rsidRDefault="00787F02" w:rsidP="00567002">
      <w:pPr>
        <w:keepLines/>
        <w:spacing w:line="360" w:lineRule="auto"/>
        <w:rPr>
          <w:sz w:val="24"/>
          <w:szCs w:val="24"/>
        </w:rPr>
      </w:pPr>
      <w:r w:rsidRPr="00CF05FB">
        <w:rPr>
          <w:rFonts w:cs="Arial"/>
          <w:sz w:val="24"/>
          <w:szCs w:val="24"/>
        </w:rPr>
        <w:t xml:space="preserve">☐ </w:t>
      </w:r>
      <w:proofErr w:type="spellStart"/>
      <w:r w:rsidRPr="00CF05FB">
        <w:rPr>
          <w:rFonts w:cs="Arial"/>
          <w:sz w:val="24"/>
          <w:szCs w:val="24"/>
        </w:rPr>
        <w:t>podniesienie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w </w:t>
      </w:r>
      <w:proofErr w:type="spellStart"/>
      <w:r w:rsidRPr="00CF05FB">
        <w:rPr>
          <w:rFonts w:cs="Arial"/>
          <w:sz w:val="24"/>
          <w:szCs w:val="24"/>
        </w:rPr>
        <w:t>zakresie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rozwijania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kompetencji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społeczno-emocjonalnych</w:t>
      </w:r>
      <w:proofErr w:type="spellEnd"/>
      <w:r w:rsidRPr="00CF05FB">
        <w:rPr>
          <w:rFonts w:cs="Arial"/>
          <w:sz w:val="24"/>
          <w:szCs w:val="24"/>
        </w:rPr>
        <w:t xml:space="preserve"> </w:t>
      </w:r>
      <w:proofErr w:type="spellStart"/>
      <w:r w:rsidRPr="00CF05FB">
        <w:rPr>
          <w:rFonts w:cs="Arial"/>
          <w:sz w:val="24"/>
          <w:szCs w:val="24"/>
        </w:rPr>
        <w:t>dzieci</w:t>
      </w:r>
      <w:proofErr w:type="spellEnd"/>
    </w:p>
    <w:p w14:paraId="59A6B578" w14:textId="77777777" w:rsidR="00A54D38" w:rsidRDefault="00A10BE3">
      <w:pPr>
        <w:keepLines/>
        <w:pageBreakBefore/>
        <w:spacing w:line="360" w:lineRule="auto"/>
        <w:rPr>
          <w:sz w:val="24"/>
          <w:szCs w:val="24"/>
        </w:rPr>
      </w:pPr>
      <w:proofErr w:type="spellStart"/>
      <w:r>
        <w:rPr>
          <w:rFonts w:cs="Arial"/>
          <w:i/>
          <w:sz w:val="24"/>
        </w:rPr>
        <w:lastRenderedPageBreak/>
        <w:t>Zaświadczenie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rekomendacja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dyrektora</w:t>
      </w:r>
      <w:proofErr w:type="spellEnd"/>
      <w:r>
        <w:rPr>
          <w:rFonts w:cs="Arial"/>
          <w:i/>
          <w:sz w:val="24"/>
        </w:rPr>
        <w:t xml:space="preserve"> OWP </w:t>
      </w:r>
      <w:proofErr w:type="spellStart"/>
      <w:r>
        <w:rPr>
          <w:rFonts w:cs="Arial"/>
          <w:i/>
          <w:sz w:val="24"/>
        </w:rPr>
        <w:t>nie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stanowią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decyzji</w:t>
      </w:r>
      <w:proofErr w:type="spellEnd"/>
      <w:r>
        <w:rPr>
          <w:rFonts w:cs="Arial"/>
          <w:i/>
          <w:sz w:val="24"/>
        </w:rPr>
        <w:t xml:space="preserve"> o </w:t>
      </w:r>
      <w:proofErr w:type="spellStart"/>
      <w:r>
        <w:rPr>
          <w:rFonts w:cs="Arial"/>
          <w:i/>
          <w:sz w:val="24"/>
        </w:rPr>
        <w:t>zakwalifikowaniu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nauczyciela</w:t>
      </w:r>
      <w:proofErr w:type="spellEnd"/>
      <w:r>
        <w:rPr>
          <w:rFonts w:cs="Arial"/>
          <w:i/>
          <w:sz w:val="24"/>
        </w:rPr>
        <w:t>/</w:t>
      </w:r>
      <w:proofErr w:type="spellStart"/>
      <w:r>
        <w:rPr>
          <w:rFonts w:cs="Arial"/>
          <w:i/>
          <w:sz w:val="24"/>
        </w:rPr>
        <w:t>nauczycielki</w:t>
      </w:r>
      <w:proofErr w:type="spellEnd"/>
      <w:r>
        <w:rPr>
          <w:rFonts w:cs="Arial"/>
          <w:i/>
          <w:sz w:val="24"/>
        </w:rPr>
        <w:t xml:space="preserve">. </w:t>
      </w:r>
      <w:proofErr w:type="spellStart"/>
      <w:r>
        <w:rPr>
          <w:rFonts w:cs="Arial"/>
          <w:i/>
          <w:sz w:val="24"/>
        </w:rPr>
        <w:t>Oceny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kryteriów</w:t>
      </w:r>
      <w:proofErr w:type="spellEnd"/>
      <w:r>
        <w:rPr>
          <w:rFonts w:cs="Arial"/>
          <w:i/>
          <w:sz w:val="24"/>
        </w:rPr>
        <w:t xml:space="preserve">, </w:t>
      </w:r>
      <w:proofErr w:type="spellStart"/>
      <w:r>
        <w:rPr>
          <w:rFonts w:cs="Arial"/>
          <w:i/>
          <w:sz w:val="24"/>
        </w:rPr>
        <w:t>przyznania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punktów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i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kwalifikacji</w:t>
      </w:r>
      <w:proofErr w:type="spellEnd"/>
      <w:r>
        <w:rPr>
          <w:rFonts w:cs="Arial"/>
          <w:i/>
          <w:sz w:val="24"/>
        </w:rPr>
        <w:t xml:space="preserve"> do </w:t>
      </w:r>
      <w:proofErr w:type="spellStart"/>
      <w:r>
        <w:rPr>
          <w:rFonts w:cs="Arial"/>
          <w:i/>
          <w:sz w:val="24"/>
        </w:rPr>
        <w:t>szkolenia</w:t>
      </w:r>
      <w:proofErr w:type="spellEnd"/>
      <w:r>
        <w:rPr>
          <w:rFonts w:cs="Arial"/>
          <w:i/>
          <w:sz w:val="24"/>
        </w:rPr>
        <w:t>/</w:t>
      </w:r>
      <w:proofErr w:type="spellStart"/>
      <w:r>
        <w:rPr>
          <w:rFonts w:cs="Arial"/>
          <w:i/>
          <w:sz w:val="24"/>
        </w:rPr>
        <w:t>szkoleń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dokonuje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Komisja</w:t>
      </w:r>
      <w:proofErr w:type="spellEnd"/>
      <w:r>
        <w:rPr>
          <w:rFonts w:cs="Arial"/>
          <w:i/>
          <w:sz w:val="24"/>
        </w:rPr>
        <w:t xml:space="preserve"> </w:t>
      </w:r>
      <w:proofErr w:type="spellStart"/>
      <w:r>
        <w:rPr>
          <w:rFonts w:cs="Arial"/>
          <w:i/>
          <w:sz w:val="24"/>
        </w:rPr>
        <w:t>Rekrutacyjna</w:t>
      </w:r>
      <w:proofErr w:type="spellEnd"/>
      <w:r>
        <w:rPr>
          <w:rFonts w:cs="Arial"/>
          <w:i/>
          <w:sz w:val="24"/>
        </w:rPr>
        <w:t xml:space="preserve"> w </w:t>
      </w:r>
      <w:proofErr w:type="spellStart"/>
      <w:r>
        <w:rPr>
          <w:rFonts w:cs="Arial"/>
          <w:i/>
          <w:sz w:val="24"/>
        </w:rPr>
        <w:t>protokole</w:t>
      </w:r>
      <w:proofErr w:type="spellEnd"/>
      <w:r>
        <w:rPr>
          <w:rFonts w:cs="Arial"/>
          <w:i/>
          <w:sz w:val="24"/>
        </w:rPr>
        <w:t>.</w:t>
      </w:r>
    </w:p>
    <w:p w14:paraId="6B8C9CB9" w14:textId="77777777" w:rsidR="00787F02" w:rsidRPr="00CF05FB" w:rsidRDefault="00787F02" w:rsidP="00567002">
      <w:pPr>
        <w:spacing w:line="360" w:lineRule="auto"/>
        <w:rPr>
          <w:sz w:val="24"/>
          <w:szCs w:val="24"/>
        </w:rPr>
      </w:pPr>
    </w:p>
    <w:p w14:paraId="4F3B237B" w14:textId="77777777" w:rsidR="00A63DF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Miejscowość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data </w:t>
      </w:r>
      <w:proofErr w:type="spellStart"/>
      <w:r>
        <w:rPr>
          <w:rFonts w:cs="Arial"/>
          <w:sz w:val="24"/>
        </w:rPr>
        <w:t>sporządzenia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zaświadczenia</w:t>
      </w:r>
      <w:proofErr w:type="spellEnd"/>
      <w:r>
        <w:rPr>
          <w:rFonts w:cs="Arial"/>
          <w:sz w:val="24"/>
        </w:rPr>
        <w:t>/</w:t>
      </w:r>
      <w:proofErr w:type="spellStart"/>
      <w:r>
        <w:rPr>
          <w:rFonts w:cs="Arial"/>
          <w:sz w:val="24"/>
        </w:rPr>
        <w:t>rekomendacji</w:t>
      </w:r>
      <w:proofErr w:type="spellEnd"/>
      <w:r>
        <w:rPr>
          <w:rFonts w:cs="Arial"/>
          <w:sz w:val="24"/>
        </w:rPr>
        <w:t xml:space="preserve">: </w:t>
      </w:r>
    </w:p>
    <w:p w14:paraId="1637008F" w14:textId="77777777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0C656723" w14:textId="2ACD049F" w:rsidR="00E82CBD" w:rsidRDefault="00E82CBD" w:rsidP="00E82CBD">
      <w:pPr>
        <w:keepNext/>
        <w:spacing w:line="360" w:lineRule="auto"/>
        <w:rPr>
          <w:sz w:val="24"/>
          <w:szCs w:val="24"/>
        </w:rPr>
      </w:pPr>
      <w:r>
        <w:rPr>
          <w:rFonts w:cs="Arial"/>
          <w:sz w:val="24"/>
        </w:rPr>
        <w:t>............................................................</w:t>
      </w:r>
    </w:p>
    <w:p w14:paraId="29325BFE" w14:textId="571D3BA6" w:rsidR="00E82CBD" w:rsidRDefault="00E82CBD" w:rsidP="00E82CBD">
      <w:pPr>
        <w:keepNext/>
        <w:spacing w:line="360" w:lineRule="auto"/>
        <w:rPr>
          <w:rFonts w:cs="Arial"/>
          <w:sz w:val="24"/>
        </w:rPr>
      </w:pPr>
      <w:proofErr w:type="spellStart"/>
      <w:r>
        <w:rPr>
          <w:rFonts w:cs="Arial"/>
          <w:sz w:val="24"/>
        </w:rPr>
        <w:t>Imię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i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nazwisko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p w14:paraId="17863702" w14:textId="12F90A31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7708B1B2" w14:textId="2395E6D6" w:rsidR="00A63DFD" w:rsidRDefault="00A63DFD" w:rsidP="00E82CBD">
      <w:pPr>
        <w:keepNext/>
        <w:spacing w:line="360" w:lineRule="auto"/>
        <w:rPr>
          <w:rFonts w:cs="Arial"/>
          <w:sz w:val="24"/>
        </w:rPr>
      </w:pPr>
    </w:p>
    <w:p w14:paraId="48C56C3E" w14:textId="77777777" w:rsidR="00A63DFD" w:rsidRPr="00E82CBD" w:rsidRDefault="00A63DFD" w:rsidP="00E82CBD">
      <w:pPr>
        <w:keepNext/>
        <w:spacing w:line="360" w:lineRule="auto"/>
        <w:rPr>
          <w:sz w:val="24"/>
          <w:szCs w:val="24"/>
        </w:rPr>
      </w:pPr>
    </w:p>
    <w:p w14:paraId="0BFFF48C" w14:textId="77777777" w:rsidR="00A54D38" w:rsidRDefault="00A10BE3">
      <w:pPr>
        <w:keepLines/>
        <w:spacing w:line="360" w:lineRule="auto"/>
        <w:rPr>
          <w:sz w:val="24"/>
          <w:szCs w:val="24"/>
        </w:rPr>
      </w:pPr>
      <w:proofErr w:type="spellStart"/>
      <w:r>
        <w:rPr>
          <w:rFonts w:cs="Arial"/>
          <w:sz w:val="24"/>
        </w:rPr>
        <w:t>Czytelny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podpis</w:t>
      </w:r>
      <w:proofErr w:type="spellEnd"/>
      <w:r>
        <w:rPr>
          <w:rFonts w:cs="Arial"/>
          <w:sz w:val="24"/>
        </w:rPr>
        <w:t xml:space="preserve"> </w:t>
      </w:r>
      <w:proofErr w:type="spellStart"/>
      <w:r>
        <w:rPr>
          <w:rFonts w:cs="Arial"/>
          <w:sz w:val="24"/>
        </w:rPr>
        <w:t>dyrektora</w:t>
      </w:r>
      <w:proofErr w:type="spellEnd"/>
      <w:r>
        <w:rPr>
          <w:rFonts w:cs="Arial"/>
          <w:sz w:val="24"/>
        </w:rPr>
        <w:t xml:space="preserve"> OWP: ............................................................</w:t>
      </w:r>
    </w:p>
    <w:sectPr w:rsidR="00A54D38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C306B" w14:textId="77777777" w:rsidR="00B52CB4" w:rsidRDefault="00B52CB4">
      <w:pPr>
        <w:spacing w:line="240" w:lineRule="auto"/>
      </w:pPr>
      <w:r>
        <w:separator/>
      </w:r>
    </w:p>
  </w:endnote>
  <w:endnote w:type="continuationSeparator" w:id="0">
    <w:p w14:paraId="5E247946" w14:textId="77777777" w:rsidR="00B52CB4" w:rsidRDefault="00B52C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20"/>
      </w:rPr>
      <w:id w:val="-91909780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sdt>
        <w:sdtPr>
          <w:rPr>
            <w:sz w:val="16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sz w:val="22"/>
            <w:szCs w:val="22"/>
          </w:rPr>
        </w:sdtEndPr>
        <w:sdtContent>
          <w:p w14:paraId="2A1075C8" w14:textId="4C43EB06" w:rsidR="003B6373" w:rsidRPr="003B6373" w:rsidRDefault="003B6373">
            <w:pPr>
              <w:pStyle w:val="Stopka"/>
              <w:jc w:val="right"/>
              <w:rPr>
                <w:sz w:val="22"/>
              </w:rPr>
            </w:pPr>
            <w:r w:rsidRPr="003B6373">
              <w:rPr>
                <w:sz w:val="22"/>
                <w:lang w:val="pl-PL"/>
              </w:rPr>
              <w:t xml:space="preserve">Strona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PAGE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  <w:r w:rsidRPr="003B6373">
              <w:rPr>
                <w:sz w:val="22"/>
                <w:lang w:val="pl-PL"/>
              </w:rPr>
              <w:t xml:space="preserve"> z </w:t>
            </w:r>
            <w:r w:rsidRPr="003B6373">
              <w:rPr>
                <w:b/>
                <w:bCs/>
                <w:sz w:val="22"/>
              </w:rPr>
              <w:fldChar w:fldCharType="begin"/>
            </w:r>
            <w:r w:rsidRPr="003B6373">
              <w:rPr>
                <w:b/>
                <w:bCs/>
                <w:sz w:val="22"/>
              </w:rPr>
              <w:instrText>NUMPAGES</w:instrText>
            </w:r>
            <w:r w:rsidRPr="003B6373">
              <w:rPr>
                <w:b/>
                <w:bCs/>
                <w:sz w:val="22"/>
              </w:rPr>
              <w:fldChar w:fldCharType="separate"/>
            </w:r>
            <w:r w:rsidRPr="003B6373">
              <w:rPr>
                <w:b/>
                <w:bCs/>
                <w:sz w:val="22"/>
                <w:lang w:val="pl-PL"/>
              </w:rPr>
              <w:t>2</w:t>
            </w:r>
            <w:r w:rsidRPr="003B6373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0CF43950" w14:textId="31F2CCFB" w:rsidR="00567002" w:rsidRPr="003B6373" w:rsidRDefault="003B6373" w:rsidP="003B6373">
    <w:pPr>
      <w:pStyle w:val="Stopka"/>
      <w:jc w:val="center"/>
      <w:rPr>
        <w:sz w:val="24"/>
        <w:szCs w:val="24"/>
      </w:rPr>
    </w:pPr>
    <w:bookmarkStart w:id="0" w:name="_Hlk240135639"/>
    <w:bookmarkStart w:id="1" w:name="_Hlk240135640"/>
    <w:proofErr w:type="spellStart"/>
    <w:r w:rsidRPr="003B6373">
      <w:rPr>
        <w:sz w:val="24"/>
        <w:szCs w:val="24"/>
      </w:rPr>
      <w:t>Fundusze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Europejskie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dla</w:t>
    </w:r>
    <w:proofErr w:type="spellEnd"/>
    <w:r w:rsidRPr="003B6373">
      <w:rPr>
        <w:sz w:val="24"/>
        <w:szCs w:val="24"/>
      </w:rPr>
      <w:t xml:space="preserve"> </w:t>
    </w:r>
    <w:proofErr w:type="spellStart"/>
    <w:r w:rsidRPr="003B6373">
      <w:rPr>
        <w:sz w:val="24"/>
        <w:szCs w:val="24"/>
      </w:rPr>
      <w:t>Pomorza</w:t>
    </w:r>
    <w:proofErr w:type="spellEnd"/>
    <w:r w:rsidRPr="003B6373">
      <w:rPr>
        <w:sz w:val="24"/>
        <w:szCs w:val="24"/>
      </w:rPr>
      <w:t xml:space="preserve"> 2021-2027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50E2E" w14:textId="77777777" w:rsidR="00B52CB4" w:rsidRDefault="00B52CB4">
      <w:pPr>
        <w:spacing w:line="240" w:lineRule="auto"/>
      </w:pPr>
      <w:r>
        <w:separator/>
      </w:r>
    </w:p>
  </w:footnote>
  <w:footnote w:type="continuationSeparator" w:id="0">
    <w:p w14:paraId="2DB31D3C" w14:textId="77777777" w:rsidR="00B52CB4" w:rsidRDefault="00B52C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52594" w14:textId="77777777" w:rsidR="00567002" w:rsidRDefault="00567002">
    <w:pPr>
      <w:pStyle w:val="Nagwek"/>
    </w:pPr>
    <w:r>
      <w:rPr>
        <w:noProof/>
      </w:rPr>
      <w:drawing>
        <wp:inline distT="0" distB="0" distL="0" distR="0" wp14:anchorId="3061E5ED" wp14:editId="36BE819A">
          <wp:extent cx="6052782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5845" cy="67026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FDF5AA3" w14:textId="77777777" w:rsidR="00567002" w:rsidRDefault="0056700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0B53"/>
    <w:rsid w:val="0006063C"/>
    <w:rsid w:val="000F708F"/>
    <w:rsid w:val="00136994"/>
    <w:rsid w:val="0015074B"/>
    <w:rsid w:val="0029639D"/>
    <w:rsid w:val="002A45E0"/>
    <w:rsid w:val="00326F90"/>
    <w:rsid w:val="003B6373"/>
    <w:rsid w:val="00567002"/>
    <w:rsid w:val="00657BB1"/>
    <w:rsid w:val="006B6F67"/>
    <w:rsid w:val="006C6C86"/>
    <w:rsid w:val="006D42EB"/>
    <w:rsid w:val="00777CA9"/>
    <w:rsid w:val="00787F02"/>
    <w:rsid w:val="007C7D6D"/>
    <w:rsid w:val="007F29A9"/>
    <w:rsid w:val="009E1E78"/>
    <w:rsid w:val="00A0699C"/>
    <w:rsid w:val="00A10BE3"/>
    <w:rsid w:val="00A54D38"/>
    <w:rsid w:val="00A63DFD"/>
    <w:rsid w:val="00AA1D8D"/>
    <w:rsid w:val="00B30276"/>
    <w:rsid w:val="00B47730"/>
    <w:rsid w:val="00B52CB4"/>
    <w:rsid w:val="00B92FA4"/>
    <w:rsid w:val="00CB0664"/>
    <w:rsid w:val="00CF05FB"/>
    <w:rsid w:val="00DC12D5"/>
    <w:rsid w:val="00E06B6B"/>
    <w:rsid w:val="00E82CBD"/>
    <w:rsid w:val="00E94403"/>
    <w:rsid w:val="00EB3508"/>
    <w:rsid w:val="00F26164"/>
    <w:rsid w:val="00F50682"/>
    <w:rsid w:val="00FB0E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456C6"/>
  <w14:defaultImageDpi w14:val="300"/>
  <w15:docId w15:val="{119AD947-1D55-4E00-9CA6-A3E626EB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0"/>
    </w:pPr>
    <w:rPr>
      <w:rFonts w:ascii="Arial" w:eastAsia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E82CB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82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1342</Words>
  <Characters>8058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9382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– Formularz rekrutacyjny nauczyciela/nauczycielki</dc:title>
  <dc:subject>Projekt Rozwój edukacji przedszkolnej w Gminie Luzino</dc:subject>
  <dc:creator>Gmina Luzino</dc:creator>
  <cp:keywords/>
  <dc:description>generated by python-docx</dc:description>
  <cp:lastModifiedBy>Dawid</cp:lastModifiedBy>
  <cp:revision>24</cp:revision>
  <dcterms:created xsi:type="dcterms:W3CDTF">2013-12-23T23:15:00Z</dcterms:created>
  <dcterms:modified xsi:type="dcterms:W3CDTF">2026-09-24T06:12:00Z</dcterms:modified>
  <cp:category/>
</cp:coreProperties>
</file>