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6E715" w14:textId="77777777" w:rsidR="00334B36" w:rsidRPr="00F70477" w:rsidRDefault="00D42F97" w:rsidP="00F70477">
      <w:pPr>
        <w:widowControl w:val="0"/>
        <w:spacing w:after="0" w:line="360" w:lineRule="auto"/>
        <w:jc w:val="center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>ZAŁĄCZNIK NR 1</w:t>
      </w:r>
    </w:p>
    <w:p w14:paraId="711BE179" w14:textId="77777777" w:rsidR="00334B36" w:rsidRPr="00F70477" w:rsidRDefault="00D42F97" w:rsidP="00F70477">
      <w:pPr>
        <w:widowControl w:val="0"/>
        <w:spacing w:after="0" w:line="360" w:lineRule="auto"/>
        <w:jc w:val="center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>FORMULARZ REKRUTACYJNY DZIECKA</w:t>
      </w:r>
    </w:p>
    <w:p w14:paraId="55A5DEC9" w14:textId="77777777" w:rsidR="00334B36" w:rsidRPr="00F70477" w:rsidRDefault="00D42F97" w:rsidP="00F70477">
      <w:pPr>
        <w:widowControl w:val="0"/>
        <w:spacing w:after="0" w:line="360" w:lineRule="auto"/>
        <w:jc w:val="center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 xml:space="preserve">do </w:t>
      </w:r>
      <w:proofErr w:type="spellStart"/>
      <w:r w:rsidRPr="00F70477">
        <w:rPr>
          <w:rFonts w:eastAsia="Arial" w:cs="Arial"/>
          <w:b/>
          <w:sz w:val="24"/>
          <w:szCs w:val="24"/>
        </w:rPr>
        <w:t>projektu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„</w:t>
      </w:r>
      <w:proofErr w:type="spellStart"/>
      <w:r w:rsidRPr="00F70477">
        <w:rPr>
          <w:rFonts w:eastAsia="Arial" w:cs="Arial"/>
          <w:b/>
          <w:sz w:val="24"/>
          <w:szCs w:val="24"/>
        </w:rPr>
        <w:t>Rozwój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/>
          <w:sz w:val="24"/>
          <w:szCs w:val="24"/>
        </w:rPr>
        <w:t>edukacji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/>
          <w:sz w:val="24"/>
          <w:szCs w:val="24"/>
        </w:rPr>
        <w:t>przedszkolnej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b/>
          <w:sz w:val="24"/>
          <w:szCs w:val="24"/>
        </w:rPr>
        <w:t>Gminie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/>
          <w:sz w:val="24"/>
          <w:szCs w:val="24"/>
        </w:rPr>
        <w:t>Luzino</w:t>
      </w:r>
      <w:proofErr w:type="spellEnd"/>
      <w:r w:rsidRPr="00F70477">
        <w:rPr>
          <w:rFonts w:eastAsia="Arial" w:cs="Arial"/>
          <w:b/>
          <w:sz w:val="24"/>
          <w:szCs w:val="24"/>
        </w:rPr>
        <w:t>”</w:t>
      </w:r>
    </w:p>
    <w:p w14:paraId="57609A5D" w14:textId="669E2634" w:rsidR="00334B36" w:rsidRDefault="00D42F97" w:rsidP="00F70477">
      <w:pPr>
        <w:widowControl w:val="0"/>
        <w:spacing w:after="0" w:line="360" w:lineRule="auto"/>
        <w:jc w:val="center"/>
        <w:rPr>
          <w:rFonts w:eastAsia="Arial" w:cs="Arial"/>
          <w:sz w:val="24"/>
          <w:szCs w:val="24"/>
        </w:rPr>
      </w:pPr>
      <w:r w:rsidRPr="00F70477">
        <w:rPr>
          <w:rFonts w:eastAsia="Arial" w:cs="Arial"/>
          <w:sz w:val="24"/>
          <w:szCs w:val="24"/>
        </w:rPr>
        <w:t>nr FEPM.05.07-IZ.00-0013/26</w:t>
      </w:r>
    </w:p>
    <w:p w14:paraId="5C2C7893" w14:textId="77777777" w:rsidR="00525619" w:rsidRPr="00F70477" w:rsidRDefault="00525619" w:rsidP="00F70477">
      <w:pPr>
        <w:widowControl w:val="0"/>
        <w:spacing w:after="0" w:line="360" w:lineRule="auto"/>
        <w:jc w:val="center"/>
        <w:rPr>
          <w:rFonts w:cs="Arial"/>
          <w:sz w:val="24"/>
          <w:szCs w:val="24"/>
        </w:rPr>
      </w:pPr>
    </w:p>
    <w:p w14:paraId="300EB75B" w14:textId="4F367C27" w:rsidR="00FE337D" w:rsidRDefault="00FE337D" w:rsidP="00F70477">
      <w:pPr>
        <w:widowControl w:val="0"/>
        <w:spacing w:after="0" w:line="360" w:lineRule="auto"/>
        <w:rPr>
          <w:rFonts w:eastAsia="Arial" w:cs="Arial"/>
          <w:i/>
          <w:color w:val="505050"/>
          <w:sz w:val="24"/>
          <w:szCs w:val="24"/>
        </w:rPr>
      </w:pP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Formularz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wypełnia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rodzic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>/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opiekun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prawny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dziecka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.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Część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r w:rsidR="00B17887">
        <w:rPr>
          <w:rFonts w:eastAsia="Arial" w:cs="Arial"/>
          <w:i/>
          <w:color w:val="505050"/>
          <w:sz w:val="24"/>
          <w:szCs w:val="24"/>
        </w:rPr>
        <w:t>K</w:t>
      </w:r>
      <w:r w:rsidRPr="00F70477">
        <w:rPr>
          <w:rFonts w:eastAsia="Arial" w:cs="Arial"/>
          <w:i/>
          <w:color w:val="505050"/>
          <w:sz w:val="24"/>
          <w:szCs w:val="24"/>
        </w:rPr>
        <w:t xml:space="preserve"> – „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Potwierdzenie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weryfikacji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dokumentacji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dziecka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” –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wypełnia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upoważniony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pracownik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OWP po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złożeniu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formularza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przez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rodzica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>/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opiekuna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prawnego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>.</w:t>
      </w:r>
    </w:p>
    <w:p w14:paraId="355A5C92" w14:textId="77777777" w:rsidR="00525619" w:rsidRPr="00F70477" w:rsidRDefault="00525619" w:rsidP="00F70477">
      <w:pPr>
        <w:widowControl w:val="0"/>
        <w:spacing w:after="0" w:line="360" w:lineRule="auto"/>
        <w:rPr>
          <w:rFonts w:cs="Arial"/>
          <w:i/>
          <w:color w:val="505050"/>
          <w:sz w:val="24"/>
          <w:szCs w:val="24"/>
        </w:rPr>
      </w:pPr>
    </w:p>
    <w:p w14:paraId="3F9CE22B" w14:textId="77777777" w:rsidR="00334B36" w:rsidRPr="00F70477" w:rsidRDefault="00D42F97" w:rsidP="00F70477">
      <w:pPr>
        <w:keepNext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>A. DANE DZIECKA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427"/>
        <w:gridCol w:w="5613"/>
      </w:tblGrid>
      <w:tr w:rsidR="00334B36" w:rsidRPr="00F70477" w14:paraId="1408E84B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9D69BC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Imię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(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imiona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EE0A2B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2FC6EF22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C44DF7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EFCE36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3BCCA145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D0B0BB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eastAsia="Arial" w:cs="Arial"/>
                <w:b/>
                <w:sz w:val="24"/>
                <w:szCs w:val="24"/>
              </w:rPr>
              <w:t>PESEL</w:t>
            </w:r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18FDC7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6EFF761C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53B613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Jeżeli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dziecko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nie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posiada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PESEL – data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urodzenia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7CC0DC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eastAsia="Arial" w:cs="Arial"/>
                <w:sz w:val="24"/>
                <w:szCs w:val="24"/>
              </w:rPr>
              <w:t>____ / ____ / __________</w:t>
            </w:r>
          </w:p>
        </w:tc>
      </w:tr>
      <w:tr w:rsidR="00334B36" w:rsidRPr="00F70477" w14:paraId="31C7B176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63073B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Płeć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195466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dziewczynka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    </w:t>
            </w: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chłopiec</w:t>
            </w:r>
            <w:proofErr w:type="spellEnd"/>
          </w:p>
        </w:tc>
      </w:tr>
      <w:tr w:rsidR="00334B36" w:rsidRPr="00F70477" w14:paraId="653D92A9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EFBEA1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Obywatelstwo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/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obywatelstwa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70FA43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4DC40697" w14:textId="77777777" w:rsidR="00E40EA9" w:rsidRDefault="00E40EA9" w:rsidP="00F70477">
      <w:pPr>
        <w:keepNext/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063051B0" w14:textId="0581334C" w:rsidR="00334B36" w:rsidRPr="00F70477" w:rsidRDefault="00D42F97" w:rsidP="00F70477">
      <w:pPr>
        <w:keepNext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 xml:space="preserve">B. </w:t>
      </w:r>
      <w:bookmarkStart w:id="0" w:name="_Hlk240533879"/>
      <w:r w:rsidR="00FD175E">
        <w:rPr>
          <w:rFonts w:eastAsia="Arial" w:cs="Arial"/>
          <w:b/>
          <w:sz w:val="24"/>
          <w:szCs w:val="24"/>
        </w:rPr>
        <w:t xml:space="preserve">DANE DOTYCZĄCE MIEJSCA </w:t>
      </w:r>
      <w:bookmarkEnd w:id="0"/>
      <w:r w:rsidRPr="00F70477">
        <w:rPr>
          <w:rFonts w:eastAsia="Arial" w:cs="Arial"/>
          <w:b/>
          <w:sz w:val="24"/>
          <w:szCs w:val="24"/>
        </w:rPr>
        <w:t>ZAMIESZKANIA DZIECKA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427"/>
        <w:gridCol w:w="5613"/>
      </w:tblGrid>
      <w:tr w:rsidR="00334B36" w:rsidRPr="00F70477" w14:paraId="02F3C75A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BA7CD2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Kraj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533A63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Polska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/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inne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: </w:t>
            </w:r>
          </w:p>
        </w:tc>
      </w:tr>
      <w:tr w:rsidR="00334B36" w:rsidRPr="00F70477" w14:paraId="2D323AA2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3383F0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Województwo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96988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63A20F1D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00237A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eastAsia="Arial" w:cs="Arial"/>
                <w:b/>
                <w:sz w:val="24"/>
                <w:szCs w:val="24"/>
              </w:rPr>
              <w:t>Powiat</w:t>
            </w:r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5DFC3A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61482110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2AC7C4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Gmina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3E8A30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2BE384F0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29438C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Miejscowość</w:t>
            </w:r>
            <w:proofErr w:type="spellEnd"/>
            <w:r w:rsidR="00C4429F"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CC672C" w:rsidRPr="00F70477">
              <w:rPr>
                <w:rFonts w:eastAsia="Arial" w:cs="Arial"/>
                <w:b/>
                <w:sz w:val="24"/>
                <w:szCs w:val="24"/>
              </w:rPr>
              <w:t>i</w:t>
            </w:r>
            <w:proofErr w:type="spellEnd"/>
            <w:r w:rsidR="00C4429F"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C4429F" w:rsidRPr="00F70477">
              <w:rPr>
                <w:rFonts w:eastAsia="Arial" w:cs="Arial"/>
                <w:b/>
                <w:sz w:val="24"/>
                <w:szCs w:val="24"/>
              </w:rPr>
              <w:t>kod</w:t>
            </w:r>
            <w:proofErr w:type="spellEnd"/>
            <w:r w:rsidR="00C4429F"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C4429F" w:rsidRPr="00F70477">
              <w:rPr>
                <w:rFonts w:eastAsia="Arial" w:cs="Arial"/>
                <w:b/>
                <w:sz w:val="24"/>
                <w:szCs w:val="24"/>
              </w:rPr>
              <w:t>pocztowy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111870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4B5029E4" w14:textId="77777777" w:rsidR="00334B36" w:rsidRPr="00F70477" w:rsidRDefault="00D42F97" w:rsidP="00F70477">
      <w:pPr>
        <w:keepNext/>
        <w:pageBreakBefore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lastRenderedPageBreak/>
        <w:t>C. DANE RODZICA / OPIEKUNA PRAWNEGO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428"/>
        <w:gridCol w:w="5613"/>
      </w:tblGrid>
      <w:tr w:rsidR="00334B36" w:rsidRPr="00F70477" w14:paraId="4D28ACF9" w14:textId="77777777" w:rsidTr="00250609">
        <w:trPr>
          <w:cantSplit/>
          <w:jc w:val="center"/>
        </w:trPr>
        <w:tc>
          <w:tcPr>
            <w:tcW w:w="442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3FA3A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Imię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i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835A36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6FF69EA2" w14:textId="77777777" w:rsidTr="00250609">
        <w:trPr>
          <w:cantSplit/>
          <w:jc w:val="center"/>
        </w:trPr>
        <w:tc>
          <w:tcPr>
            <w:tcW w:w="442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80A0C1" w14:textId="6DE77241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Telefon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kontaktowy</w:t>
            </w:r>
            <w:proofErr w:type="spellEnd"/>
            <w:r w:rsidR="00AB6371"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531BBA">
              <w:rPr>
                <w:rFonts w:eastAsia="Arial" w:cs="Arial"/>
                <w:b/>
                <w:sz w:val="24"/>
                <w:szCs w:val="24"/>
              </w:rPr>
              <w:t>lub</w:t>
            </w:r>
            <w:proofErr w:type="spellEnd"/>
            <w:r w:rsidR="00531BBA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531BBA">
              <w:rPr>
                <w:rFonts w:eastAsia="Arial" w:cs="Arial"/>
                <w:b/>
                <w:sz w:val="24"/>
                <w:szCs w:val="24"/>
              </w:rPr>
              <w:t>a</w:t>
            </w:r>
            <w:r w:rsidR="00531BBA" w:rsidRPr="00F70477">
              <w:rPr>
                <w:rFonts w:eastAsia="Arial" w:cs="Arial"/>
                <w:b/>
                <w:sz w:val="24"/>
                <w:szCs w:val="24"/>
              </w:rPr>
              <w:t>dres</w:t>
            </w:r>
            <w:proofErr w:type="spellEnd"/>
            <w:r w:rsidR="00531BBA" w:rsidRPr="00F70477">
              <w:rPr>
                <w:rFonts w:eastAsia="Arial" w:cs="Arial"/>
                <w:b/>
                <w:sz w:val="24"/>
                <w:szCs w:val="24"/>
              </w:rPr>
              <w:t xml:space="preserve"> e-mail</w:t>
            </w:r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A3CCDA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498A4E05" w14:textId="77777777" w:rsidR="0083005B" w:rsidRPr="00F70477" w:rsidRDefault="0083005B" w:rsidP="00F70477">
      <w:pPr>
        <w:widowControl w:val="0"/>
        <w:spacing w:after="0" w:line="360" w:lineRule="auto"/>
        <w:rPr>
          <w:rFonts w:cs="Arial"/>
          <w:b/>
          <w:sz w:val="24"/>
          <w:szCs w:val="24"/>
        </w:rPr>
      </w:pPr>
    </w:p>
    <w:p w14:paraId="59DFE9CF" w14:textId="77777777" w:rsidR="00334B36" w:rsidRPr="00F70477" w:rsidRDefault="00D42F97" w:rsidP="00F70477">
      <w:pPr>
        <w:keepNext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>D. OWP ORAZ DOKUMENTACJA DOTYCZĄCA POTRZEB DZIECKA</w:t>
      </w:r>
    </w:p>
    <w:p w14:paraId="377A7C4F" w14:textId="19351F1D" w:rsidR="00557E5B" w:rsidRPr="00F70477" w:rsidRDefault="00557E5B" w:rsidP="00A25E9C">
      <w:pPr>
        <w:widowControl w:val="0"/>
        <w:spacing w:after="0" w:line="360" w:lineRule="auto"/>
        <w:rPr>
          <w:rFonts w:cs="Arial"/>
          <w:bCs/>
          <w:sz w:val="24"/>
          <w:szCs w:val="24"/>
          <w:lang w:val="pl-PL"/>
        </w:rPr>
      </w:pPr>
      <w:r w:rsidRPr="00F70477">
        <w:rPr>
          <w:rFonts w:eastAsia="Arial" w:cs="Arial"/>
          <w:bCs/>
          <w:sz w:val="24"/>
          <w:szCs w:val="24"/>
          <w:lang w:val="pl-PL"/>
        </w:rPr>
        <w:t>OWP, do którego uczęszcza dziecko: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OWP w Sychowie</w:t>
      </w:r>
      <w:r w:rsidR="00F70477">
        <w:rPr>
          <w:rFonts w:eastAsia="Arial" w:cs="Arial"/>
          <w:bCs/>
          <w:sz w:val="24"/>
          <w:szCs w:val="24"/>
          <w:lang w:val="pl-PL"/>
        </w:rPr>
        <w:t xml:space="preserve">   </w:t>
      </w:r>
      <w:r w:rsidR="00F70477">
        <w:rPr>
          <w:rFonts w:eastAsia="Arial" w:cs="Arial"/>
          <w:bCs/>
          <w:sz w:val="24"/>
          <w:szCs w:val="24"/>
          <w:lang w:val="pl-PL"/>
        </w:rPr>
        <w:tab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OWP w Kębłowie</w:t>
      </w:r>
    </w:p>
    <w:p w14:paraId="70FFBA23" w14:textId="6B5C44EB" w:rsidR="00557E5B" w:rsidRPr="00F70477" w:rsidRDefault="00557E5B" w:rsidP="00F70477">
      <w:pPr>
        <w:widowControl w:val="0"/>
        <w:spacing w:after="0" w:line="360" w:lineRule="auto"/>
        <w:rPr>
          <w:rFonts w:cs="Arial"/>
          <w:bCs/>
          <w:sz w:val="24"/>
          <w:szCs w:val="24"/>
          <w:lang w:val="pl-PL"/>
        </w:rPr>
      </w:pPr>
      <w:proofErr w:type="spellStart"/>
      <w:r>
        <w:rPr>
          <w:rFonts w:eastAsia="Arial" w:cs="Arial"/>
          <w:sz w:val="24"/>
        </w:rPr>
        <w:t>Dokumentacja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potwierdzająca</w:t>
      </w:r>
      <w:proofErr w:type="spellEnd"/>
      <w:r>
        <w:rPr>
          <w:rFonts w:eastAsia="Arial" w:cs="Arial"/>
          <w:sz w:val="24"/>
        </w:rPr>
        <w:t xml:space="preserve"> co </w:t>
      </w:r>
      <w:proofErr w:type="spellStart"/>
      <w:r>
        <w:rPr>
          <w:rFonts w:eastAsia="Arial" w:cs="Arial"/>
          <w:sz w:val="24"/>
        </w:rPr>
        <w:t>najmniej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jedną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rozpoznaną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udokumentowaną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trudność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potrzebę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rozwojową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dziecka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odpowiadającą</w:t>
      </w:r>
      <w:proofErr w:type="spellEnd"/>
      <w:r>
        <w:rPr>
          <w:rFonts w:eastAsia="Arial" w:cs="Arial"/>
          <w:sz w:val="24"/>
        </w:rPr>
        <w:t xml:space="preserve"> co </w:t>
      </w:r>
      <w:proofErr w:type="spellStart"/>
      <w:r>
        <w:rPr>
          <w:rFonts w:eastAsia="Arial" w:cs="Arial"/>
          <w:sz w:val="24"/>
        </w:rPr>
        <w:t>najmniej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jednej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formie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wsparcia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przewidzianej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projekcie</w:t>
      </w:r>
      <w:proofErr w:type="spellEnd"/>
      <w:r>
        <w:rPr>
          <w:rFonts w:eastAsia="Arial" w:cs="Arial"/>
          <w:sz w:val="24"/>
        </w:rPr>
        <w:br/>
      </w:r>
      <w:r>
        <w:rPr>
          <w:rFonts w:eastAsia="Arial" w:cs="Arial"/>
          <w:i/>
          <w:sz w:val="24"/>
        </w:rPr>
        <w:t xml:space="preserve">(np. </w:t>
      </w:r>
      <w:proofErr w:type="spellStart"/>
      <w:r>
        <w:rPr>
          <w:rFonts w:eastAsia="Arial" w:cs="Arial"/>
          <w:i/>
          <w:sz w:val="24"/>
        </w:rPr>
        <w:t>orzeczenie</w:t>
      </w:r>
      <w:proofErr w:type="spellEnd"/>
      <w:r>
        <w:rPr>
          <w:rFonts w:eastAsia="Arial" w:cs="Arial"/>
          <w:i/>
          <w:sz w:val="24"/>
        </w:rPr>
        <w:t xml:space="preserve"> o </w:t>
      </w:r>
      <w:proofErr w:type="spellStart"/>
      <w:r>
        <w:rPr>
          <w:rFonts w:eastAsia="Arial" w:cs="Arial"/>
          <w:i/>
          <w:sz w:val="24"/>
        </w:rPr>
        <w:t>potrzebie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kształcenia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specjalnego</w:t>
      </w:r>
      <w:proofErr w:type="spellEnd"/>
      <w:r>
        <w:rPr>
          <w:rFonts w:eastAsia="Arial" w:cs="Arial"/>
          <w:i/>
          <w:sz w:val="24"/>
        </w:rPr>
        <w:t xml:space="preserve">, </w:t>
      </w:r>
      <w:proofErr w:type="spellStart"/>
      <w:r>
        <w:rPr>
          <w:rFonts w:eastAsia="Arial" w:cs="Arial"/>
          <w:i/>
          <w:sz w:val="24"/>
        </w:rPr>
        <w:t>opinia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poradni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psychologiczno-pedagogicznej</w:t>
      </w:r>
      <w:proofErr w:type="spellEnd"/>
      <w:r>
        <w:rPr>
          <w:rFonts w:eastAsia="Arial" w:cs="Arial"/>
          <w:i/>
          <w:sz w:val="24"/>
        </w:rPr>
        <w:t xml:space="preserve">, IPET, </w:t>
      </w:r>
      <w:proofErr w:type="spellStart"/>
      <w:r>
        <w:rPr>
          <w:rFonts w:eastAsia="Arial" w:cs="Arial"/>
          <w:i/>
          <w:sz w:val="24"/>
        </w:rPr>
        <w:t>diagnoza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funkcjonalna</w:t>
      </w:r>
      <w:proofErr w:type="spellEnd"/>
      <w:r>
        <w:rPr>
          <w:rFonts w:eastAsia="Arial" w:cs="Arial"/>
          <w:i/>
          <w:sz w:val="24"/>
        </w:rPr>
        <w:t xml:space="preserve">, </w:t>
      </w:r>
      <w:proofErr w:type="spellStart"/>
      <w:r>
        <w:rPr>
          <w:rFonts w:eastAsia="Arial" w:cs="Arial"/>
          <w:i/>
          <w:sz w:val="24"/>
        </w:rPr>
        <w:t>udokumentowana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obserwacja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pedagogiczna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lub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inna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datowana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dokumentacja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prowadzona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albo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przechowywana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przez</w:t>
      </w:r>
      <w:proofErr w:type="spellEnd"/>
      <w:r>
        <w:rPr>
          <w:rFonts w:eastAsia="Arial" w:cs="Arial"/>
          <w:i/>
          <w:sz w:val="24"/>
        </w:rPr>
        <w:t xml:space="preserve"> OWP </w:t>
      </w:r>
      <w:proofErr w:type="spellStart"/>
      <w:r>
        <w:rPr>
          <w:rFonts w:eastAsia="Arial" w:cs="Arial"/>
          <w:i/>
          <w:sz w:val="24"/>
        </w:rPr>
        <w:t>lub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przedstawiona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przez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rodzica</w:t>
      </w:r>
      <w:proofErr w:type="spellEnd"/>
      <w:r>
        <w:rPr>
          <w:rFonts w:eastAsia="Arial" w:cs="Arial"/>
          <w:i/>
          <w:sz w:val="24"/>
        </w:rPr>
        <w:t>/</w:t>
      </w:r>
      <w:proofErr w:type="spellStart"/>
      <w:r>
        <w:rPr>
          <w:rFonts w:eastAsia="Arial" w:cs="Arial"/>
          <w:i/>
          <w:sz w:val="24"/>
        </w:rPr>
        <w:t>opiekuna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prawnego</w:t>
      </w:r>
      <w:proofErr w:type="spellEnd"/>
      <w:r>
        <w:rPr>
          <w:rFonts w:eastAsia="Arial" w:cs="Arial"/>
          <w:i/>
          <w:sz w:val="24"/>
        </w:rPr>
        <w:t xml:space="preserve">, </w:t>
      </w:r>
      <w:proofErr w:type="spellStart"/>
      <w:r>
        <w:rPr>
          <w:rFonts w:eastAsia="Arial" w:cs="Arial"/>
          <w:i/>
          <w:sz w:val="24"/>
        </w:rPr>
        <w:t>pozwalająca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wiarygodnie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potwierdzić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trudność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lub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potrzebę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rozwojową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dziecka</w:t>
      </w:r>
      <w:proofErr w:type="spellEnd"/>
      <w:r>
        <w:rPr>
          <w:rFonts w:eastAsia="Arial" w:cs="Arial"/>
          <w:i/>
          <w:sz w:val="24"/>
        </w:rPr>
        <w:t>)</w:t>
      </w:r>
      <w:r>
        <w:rPr>
          <w:rFonts w:eastAsia="Arial" w:cs="Arial"/>
          <w:sz w:val="24"/>
        </w:rPr>
        <w:br/>
      </w: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dokumentacja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została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załączona</w:t>
      </w:r>
      <w:proofErr w:type="spellEnd"/>
      <w:r>
        <w:rPr>
          <w:rFonts w:eastAsia="Arial" w:cs="Arial"/>
          <w:sz w:val="24"/>
        </w:rPr>
        <w:t xml:space="preserve"> do </w:t>
      </w:r>
      <w:proofErr w:type="spellStart"/>
      <w:r>
        <w:rPr>
          <w:rFonts w:eastAsia="Arial" w:cs="Arial"/>
          <w:sz w:val="24"/>
        </w:rPr>
        <w:t>formularza</w:t>
      </w:r>
      <w:proofErr w:type="spellEnd"/>
      <w:r>
        <w:rPr>
          <w:rFonts w:eastAsia="Arial" w:cs="Arial"/>
          <w:sz w:val="24"/>
        </w:rPr>
        <w:br/>
      </w: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dokumentacja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znajduje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się</w:t>
      </w:r>
      <w:proofErr w:type="spellEnd"/>
      <w:r>
        <w:rPr>
          <w:rFonts w:eastAsia="Arial" w:cs="Arial"/>
          <w:sz w:val="24"/>
        </w:rPr>
        <w:t xml:space="preserve"> w OWP, do </w:t>
      </w:r>
      <w:proofErr w:type="spellStart"/>
      <w:r>
        <w:rPr>
          <w:rFonts w:eastAsia="Arial" w:cs="Arial"/>
          <w:sz w:val="24"/>
        </w:rPr>
        <w:t>którego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uczęszcza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dziecko</w:t>
      </w:r>
      <w:proofErr w:type="spellEnd"/>
      <w:r w:rsidR="00A25E9C">
        <w:rPr>
          <w:rFonts w:eastAsia="Arial" w:cs="Arial"/>
          <w:sz w:val="24"/>
        </w:rPr>
        <w:t xml:space="preserve"> </w:t>
      </w:r>
      <w:r w:rsidR="00A25E9C" w:rsidRPr="00A25E9C">
        <w:rPr>
          <w:rFonts w:eastAsia="Arial" w:cs="Arial"/>
          <w:sz w:val="24"/>
        </w:rPr>
        <w:t xml:space="preserve">– </w:t>
      </w:r>
      <w:proofErr w:type="spellStart"/>
      <w:r w:rsidR="00736EB4">
        <w:rPr>
          <w:rFonts w:eastAsia="Arial" w:cs="Arial"/>
          <w:sz w:val="24"/>
        </w:rPr>
        <w:t>upoważniony</w:t>
      </w:r>
      <w:proofErr w:type="spellEnd"/>
      <w:r w:rsidR="00736EB4">
        <w:rPr>
          <w:rFonts w:eastAsia="Arial" w:cs="Arial"/>
          <w:sz w:val="24"/>
        </w:rPr>
        <w:t xml:space="preserve"> </w:t>
      </w:r>
      <w:proofErr w:type="spellStart"/>
      <w:r w:rsidR="00736EB4">
        <w:rPr>
          <w:rFonts w:eastAsia="Arial" w:cs="Arial"/>
          <w:sz w:val="24"/>
        </w:rPr>
        <w:t>pracownik</w:t>
      </w:r>
      <w:proofErr w:type="spellEnd"/>
      <w:r w:rsidR="00736EB4">
        <w:rPr>
          <w:rFonts w:eastAsia="Arial" w:cs="Arial"/>
          <w:sz w:val="24"/>
        </w:rPr>
        <w:t xml:space="preserve"> OWP </w:t>
      </w:r>
      <w:proofErr w:type="spellStart"/>
      <w:r w:rsidR="00736EB4">
        <w:rPr>
          <w:rFonts w:eastAsia="Arial" w:cs="Arial"/>
          <w:sz w:val="24"/>
        </w:rPr>
        <w:t>weryfikuje</w:t>
      </w:r>
      <w:proofErr w:type="spellEnd"/>
      <w:r w:rsidR="00736EB4">
        <w:rPr>
          <w:rFonts w:eastAsia="Arial" w:cs="Arial"/>
          <w:sz w:val="24"/>
        </w:rPr>
        <w:t xml:space="preserve"> </w:t>
      </w:r>
      <w:proofErr w:type="spellStart"/>
      <w:r w:rsidR="00736EB4">
        <w:rPr>
          <w:rFonts w:eastAsia="Arial" w:cs="Arial"/>
          <w:sz w:val="24"/>
        </w:rPr>
        <w:t>ją</w:t>
      </w:r>
      <w:proofErr w:type="spellEnd"/>
      <w:r w:rsidR="00736EB4">
        <w:rPr>
          <w:rFonts w:eastAsia="Arial" w:cs="Arial"/>
          <w:sz w:val="24"/>
        </w:rPr>
        <w:t xml:space="preserve"> </w:t>
      </w:r>
      <w:proofErr w:type="spellStart"/>
      <w:r w:rsidR="00736EB4">
        <w:rPr>
          <w:rFonts w:eastAsia="Arial" w:cs="Arial"/>
          <w:sz w:val="24"/>
        </w:rPr>
        <w:t>i</w:t>
      </w:r>
      <w:proofErr w:type="spellEnd"/>
      <w:r w:rsidR="00736EB4">
        <w:rPr>
          <w:rFonts w:eastAsia="Arial" w:cs="Arial"/>
          <w:sz w:val="24"/>
        </w:rPr>
        <w:t xml:space="preserve"> </w:t>
      </w:r>
      <w:proofErr w:type="spellStart"/>
      <w:r w:rsidR="00736EB4">
        <w:rPr>
          <w:rFonts w:eastAsia="Arial" w:cs="Arial"/>
          <w:sz w:val="24"/>
        </w:rPr>
        <w:t>odnotowuje</w:t>
      </w:r>
      <w:proofErr w:type="spellEnd"/>
      <w:r w:rsidR="00736EB4">
        <w:rPr>
          <w:rFonts w:eastAsia="Arial" w:cs="Arial"/>
          <w:sz w:val="24"/>
        </w:rPr>
        <w:t xml:space="preserve"> </w:t>
      </w:r>
      <w:proofErr w:type="spellStart"/>
      <w:r w:rsidR="00736EB4">
        <w:rPr>
          <w:rFonts w:eastAsia="Arial" w:cs="Arial"/>
          <w:sz w:val="24"/>
        </w:rPr>
        <w:t>podstawę</w:t>
      </w:r>
      <w:proofErr w:type="spellEnd"/>
      <w:r w:rsidR="00736EB4">
        <w:rPr>
          <w:rFonts w:eastAsia="Arial" w:cs="Arial"/>
          <w:sz w:val="24"/>
        </w:rPr>
        <w:t xml:space="preserve"> </w:t>
      </w:r>
      <w:proofErr w:type="spellStart"/>
      <w:r w:rsidR="00736EB4">
        <w:rPr>
          <w:rFonts w:eastAsia="Arial" w:cs="Arial"/>
          <w:sz w:val="24"/>
        </w:rPr>
        <w:t>potwierdzenia</w:t>
      </w:r>
      <w:proofErr w:type="spellEnd"/>
      <w:r w:rsidR="00736EB4">
        <w:rPr>
          <w:rFonts w:eastAsia="Arial" w:cs="Arial"/>
          <w:sz w:val="24"/>
        </w:rPr>
        <w:t xml:space="preserve"> </w:t>
      </w:r>
      <w:proofErr w:type="spellStart"/>
      <w:r w:rsidR="00736EB4">
        <w:rPr>
          <w:rFonts w:eastAsia="Arial" w:cs="Arial"/>
          <w:sz w:val="24"/>
        </w:rPr>
        <w:t>kryterium</w:t>
      </w:r>
      <w:proofErr w:type="spellEnd"/>
      <w:r w:rsidR="00736EB4">
        <w:rPr>
          <w:rFonts w:eastAsia="Arial" w:cs="Arial"/>
          <w:sz w:val="24"/>
        </w:rPr>
        <w:t xml:space="preserve"> w </w:t>
      </w:r>
      <w:proofErr w:type="spellStart"/>
      <w:r w:rsidR="00736EB4">
        <w:rPr>
          <w:rFonts w:eastAsia="Arial" w:cs="Arial"/>
          <w:sz w:val="24"/>
        </w:rPr>
        <w:t>części</w:t>
      </w:r>
      <w:proofErr w:type="spellEnd"/>
      <w:r w:rsidR="00736EB4">
        <w:rPr>
          <w:rFonts w:eastAsia="Arial" w:cs="Arial"/>
          <w:sz w:val="24"/>
        </w:rPr>
        <w:t xml:space="preserve"> K</w:t>
      </w:r>
      <w:r w:rsidR="00736EB4" w:rsidRPr="00A25E9C">
        <w:rPr>
          <w:rFonts w:eastAsia="Arial" w:cs="Arial"/>
          <w:sz w:val="24"/>
        </w:rPr>
        <w:t xml:space="preserve"> </w:t>
      </w:r>
      <w:bookmarkStart w:id="1" w:name="_Hlk241308414"/>
      <w:r w:rsidR="00736EB4">
        <w:rPr>
          <w:rFonts w:eastAsia="Arial" w:cs="Arial"/>
          <w:sz w:val="24"/>
        </w:rPr>
        <w:t>(</w:t>
      </w:r>
      <w:proofErr w:type="spellStart"/>
      <w:r w:rsidR="00A25E9C" w:rsidRPr="00A25E9C">
        <w:rPr>
          <w:rFonts w:eastAsia="Arial" w:cs="Arial"/>
          <w:sz w:val="24"/>
        </w:rPr>
        <w:t>kopię</w:t>
      </w:r>
      <w:proofErr w:type="spellEnd"/>
      <w:r w:rsidR="00A25E9C" w:rsidRPr="00A25E9C">
        <w:rPr>
          <w:rFonts w:eastAsia="Arial" w:cs="Arial"/>
          <w:sz w:val="24"/>
        </w:rPr>
        <w:t>/</w:t>
      </w:r>
      <w:proofErr w:type="spellStart"/>
      <w:r w:rsidR="00A25E9C" w:rsidRPr="00A25E9C">
        <w:rPr>
          <w:rFonts w:eastAsia="Arial" w:cs="Arial"/>
          <w:sz w:val="24"/>
        </w:rPr>
        <w:t>skan</w:t>
      </w:r>
      <w:proofErr w:type="spellEnd"/>
      <w:r w:rsidR="00A25E9C" w:rsidRPr="00A25E9C">
        <w:rPr>
          <w:rFonts w:eastAsia="Arial" w:cs="Arial"/>
          <w:sz w:val="24"/>
        </w:rPr>
        <w:t xml:space="preserve"> </w:t>
      </w:r>
      <w:proofErr w:type="spellStart"/>
      <w:r w:rsidR="00A25E9C" w:rsidRPr="00A25E9C">
        <w:rPr>
          <w:rFonts w:eastAsia="Arial" w:cs="Arial"/>
          <w:sz w:val="24"/>
        </w:rPr>
        <w:t>dokumentu</w:t>
      </w:r>
      <w:proofErr w:type="spellEnd"/>
      <w:r w:rsidR="00A25E9C" w:rsidRPr="00A25E9C">
        <w:rPr>
          <w:rFonts w:eastAsia="Arial" w:cs="Arial"/>
          <w:sz w:val="24"/>
        </w:rPr>
        <w:t xml:space="preserve"> </w:t>
      </w:r>
      <w:proofErr w:type="spellStart"/>
      <w:r w:rsidR="00A25E9C" w:rsidRPr="00A25E9C">
        <w:rPr>
          <w:rFonts w:eastAsia="Arial" w:cs="Arial"/>
          <w:sz w:val="24"/>
        </w:rPr>
        <w:t>włącza</w:t>
      </w:r>
      <w:proofErr w:type="spellEnd"/>
      <w:r w:rsidR="00A25E9C" w:rsidRPr="00A25E9C">
        <w:rPr>
          <w:rFonts w:eastAsia="Arial" w:cs="Arial"/>
          <w:sz w:val="24"/>
        </w:rPr>
        <w:t xml:space="preserve"> </w:t>
      </w:r>
      <w:proofErr w:type="spellStart"/>
      <w:r w:rsidR="00A25E9C" w:rsidRPr="00A25E9C">
        <w:rPr>
          <w:rFonts w:eastAsia="Arial" w:cs="Arial"/>
          <w:sz w:val="24"/>
        </w:rPr>
        <w:t>się</w:t>
      </w:r>
      <w:proofErr w:type="spellEnd"/>
      <w:r w:rsidR="00A25E9C" w:rsidRPr="00A25E9C">
        <w:rPr>
          <w:rFonts w:eastAsia="Arial" w:cs="Arial"/>
          <w:sz w:val="24"/>
        </w:rPr>
        <w:t xml:space="preserve"> do </w:t>
      </w:r>
      <w:proofErr w:type="spellStart"/>
      <w:r w:rsidR="00A25E9C" w:rsidRPr="00A25E9C">
        <w:rPr>
          <w:rFonts w:eastAsia="Arial" w:cs="Arial"/>
          <w:sz w:val="24"/>
        </w:rPr>
        <w:t>dokumentacji</w:t>
      </w:r>
      <w:proofErr w:type="spellEnd"/>
      <w:r w:rsidR="00A25E9C" w:rsidRPr="00A25E9C">
        <w:rPr>
          <w:rFonts w:eastAsia="Arial" w:cs="Arial"/>
          <w:sz w:val="24"/>
        </w:rPr>
        <w:t xml:space="preserve"> </w:t>
      </w:r>
      <w:proofErr w:type="spellStart"/>
      <w:r w:rsidR="00A25E9C" w:rsidRPr="00A25E9C">
        <w:rPr>
          <w:rFonts w:eastAsia="Arial" w:cs="Arial"/>
          <w:sz w:val="24"/>
        </w:rPr>
        <w:t>projektu</w:t>
      </w:r>
      <w:proofErr w:type="spellEnd"/>
      <w:r w:rsidR="00736EB4">
        <w:rPr>
          <w:rFonts w:eastAsia="Arial" w:cs="Arial"/>
          <w:sz w:val="24"/>
        </w:rPr>
        <w:t>)</w:t>
      </w:r>
      <w:bookmarkEnd w:id="1"/>
    </w:p>
    <w:p w14:paraId="1D94CFF2" w14:textId="77777777" w:rsidR="00F70477" w:rsidRDefault="00F70477" w:rsidP="00F70477">
      <w:pPr>
        <w:widowControl w:val="0"/>
        <w:spacing w:after="0" w:line="360" w:lineRule="auto"/>
        <w:rPr>
          <w:rFonts w:cs="Arial"/>
          <w:b/>
          <w:sz w:val="24"/>
          <w:szCs w:val="24"/>
        </w:rPr>
      </w:pPr>
    </w:p>
    <w:p w14:paraId="70FA3ADF" w14:textId="77777777" w:rsidR="00334B36" w:rsidRPr="00F70477" w:rsidRDefault="00D42F97" w:rsidP="00F70477">
      <w:pPr>
        <w:keepNext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>E. OŚWIADCZENIE DOTYCZĄCE DOŚWIADCZENIA MIGRACJI</w:t>
      </w:r>
    </w:p>
    <w:p w14:paraId="4AB1738C" w14:textId="77777777" w:rsidR="00AD56BE" w:rsidRPr="00F70477" w:rsidRDefault="00AD56BE" w:rsidP="00F70477">
      <w:pPr>
        <w:widowControl w:val="0"/>
        <w:spacing w:after="0" w:line="360" w:lineRule="auto"/>
        <w:rPr>
          <w:rFonts w:cs="Arial"/>
          <w:bCs/>
          <w:sz w:val="24"/>
          <w:szCs w:val="24"/>
        </w:rPr>
      </w:pPr>
      <w:proofErr w:type="spellStart"/>
      <w:r>
        <w:rPr>
          <w:rFonts w:eastAsia="Arial" w:cs="Arial"/>
          <w:sz w:val="24"/>
        </w:rPr>
        <w:t>Przez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doświadczenie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migracji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należy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rozumieć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sytuację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dziecka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które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związku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zmianą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kraju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zamieszkania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przybyło</w:t>
      </w:r>
      <w:proofErr w:type="spellEnd"/>
      <w:r>
        <w:rPr>
          <w:rFonts w:eastAsia="Arial" w:cs="Arial"/>
          <w:sz w:val="24"/>
        </w:rPr>
        <w:t xml:space="preserve"> do </w:t>
      </w:r>
      <w:proofErr w:type="spellStart"/>
      <w:r>
        <w:rPr>
          <w:rFonts w:eastAsia="Arial" w:cs="Arial"/>
          <w:sz w:val="24"/>
        </w:rPr>
        <w:t>Polski</w:t>
      </w:r>
      <w:proofErr w:type="spellEnd"/>
      <w:r>
        <w:rPr>
          <w:rFonts w:eastAsia="Arial" w:cs="Arial"/>
          <w:sz w:val="24"/>
        </w:rPr>
        <w:t xml:space="preserve"> z </w:t>
      </w:r>
      <w:proofErr w:type="spellStart"/>
      <w:r>
        <w:rPr>
          <w:rFonts w:eastAsia="Arial" w:cs="Arial"/>
          <w:sz w:val="24"/>
        </w:rPr>
        <w:t>innego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państwa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powróciło</w:t>
      </w:r>
      <w:proofErr w:type="spellEnd"/>
      <w:r>
        <w:rPr>
          <w:rFonts w:eastAsia="Arial" w:cs="Arial"/>
          <w:sz w:val="24"/>
        </w:rPr>
        <w:t xml:space="preserve"> do </w:t>
      </w:r>
      <w:proofErr w:type="spellStart"/>
      <w:r>
        <w:rPr>
          <w:rFonts w:eastAsia="Arial" w:cs="Arial"/>
          <w:sz w:val="24"/>
        </w:rPr>
        <w:t>Polski</w:t>
      </w:r>
      <w:proofErr w:type="spellEnd"/>
      <w:r>
        <w:rPr>
          <w:rFonts w:eastAsia="Arial" w:cs="Arial"/>
          <w:sz w:val="24"/>
        </w:rPr>
        <w:t xml:space="preserve"> po </w:t>
      </w:r>
      <w:proofErr w:type="spellStart"/>
      <w:r>
        <w:rPr>
          <w:rFonts w:eastAsia="Arial" w:cs="Arial"/>
          <w:sz w:val="24"/>
        </w:rPr>
        <w:t>okresie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zamieszkiwania</w:t>
      </w:r>
      <w:proofErr w:type="spellEnd"/>
      <w:r>
        <w:rPr>
          <w:rFonts w:eastAsia="Arial" w:cs="Arial"/>
          <w:sz w:val="24"/>
        </w:rPr>
        <w:t xml:space="preserve"> za </w:t>
      </w:r>
      <w:proofErr w:type="spellStart"/>
      <w:r>
        <w:rPr>
          <w:rFonts w:eastAsia="Arial" w:cs="Arial"/>
          <w:sz w:val="24"/>
        </w:rPr>
        <w:t>granicą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albo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przybyło</w:t>
      </w:r>
      <w:proofErr w:type="spellEnd"/>
      <w:r>
        <w:rPr>
          <w:rFonts w:eastAsia="Arial" w:cs="Arial"/>
          <w:sz w:val="24"/>
        </w:rPr>
        <w:t xml:space="preserve"> do </w:t>
      </w:r>
      <w:proofErr w:type="spellStart"/>
      <w:r>
        <w:rPr>
          <w:rFonts w:eastAsia="Arial" w:cs="Arial"/>
          <w:sz w:val="24"/>
        </w:rPr>
        <w:t>Polski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ramach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repatriacji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niezależnie</w:t>
      </w:r>
      <w:proofErr w:type="spellEnd"/>
      <w:r>
        <w:rPr>
          <w:rFonts w:eastAsia="Arial" w:cs="Arial"/>
          <w:sz w:val="24"/>
        </w:rPr>
        <w:t xml:space="preserve"> od </w:t>
      </w:r>
      <w:proofErr w:type="spellStart"/>
      <w:r>
        <w:rPr>
          <w:rFonts w:eastAsia="Arial" w:cs="Arial"/>
          <w:sz w:val="24"/>
        </w:rPr>
        <w:t>jego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obywatelstwa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narodowości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kraju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pochodzenia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podstawy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pobytu</w:t>
      </w:r>
      <w:proofErr w:type="spellEnd"/>
      <w:r>
        <w:rPr>
          <w:rFonts w:eastAsia="Arial" w:cs="Arial"/>
          <w:sz w:val="24"/>
        </w:rPr>
        <w:t>.</w:t>
      </w:r>
    </w:p>
    <w:p w14:paraId="14AAA97D" w14:textId="77777777" w:rsidR="00334B36" w:rsidRPr="00F70477" w:rsidRDefault="00D42F97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 w:rsidRPr="00F70477">
        <w:rPr>
          <w:rFonts w:eastAsia="Arial" w:cs="Arial"/>
          <w:b/>
          <w:sz w:val="24"/>
          <w:szCs w:val="24"/>
        </w:rPr>
        <w:t>Oświadczam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, </w:t>
      </w:r>
      <w:proofErr w:type="spellStart"/>
      <w:r w:rsidRPr="00F70477">
        <w:rPr>
          <w:rFonts w:eastAsia="Arial" w:cs="Arial"/>
          <w:b/>
          <w:sz w:val="24"/>
          <w:szCs w:val="24"/>
        </w:rPr>
        <w:t>że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/>
          <w:sz w:val="24"/>
          <w:szCs w:val="24"/>
        </w:rPr>
        <w:t>dziecko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/>
          <w:sz w:val="24"/>
          <w:szCs w:val="24"/>
        </w:rPr>
        <w:t>posiada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/>
          <w:sz w:val="24"/>
          <w:szCs w:val="24"/>
        </w:rPr>
        <w:t>doświadczenie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/>
          <w:sz w:val="24"/>
          <w:szCs w:val="24"/>
        </w:rPr>
        <w:t>migracji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:   </w:t>
      </w: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TAK     </w:t>
      </w: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NIE</w:t>
      </w:r>
    </w:p>
    <w:p w14:paraId="7234DBE7" w14:textId="77777777" w:rsidR="00F70477" w:rsidRDefault="00F70477" w:rsidP="00F70477">
      <w:pPr>
        <w:widowControl w:val="0"/>
        <w:spacing w:after="0" w:line="360" w:lineRule="auto"/>
        <w:rPr>
          <w:rFonts w:cs="Arial"/>
          <w:b/>
          <w:sz w:val="24"/>
          <w:szCs w:val="24"/>
        </w:rPr>
      </w:pPr>
    </w:p>
    <w:p w14:paraId="70E50F4C" w14:textId="77777777" w:rsidR="00334B36" w:rsidRPr="00F70477" w:rsidRDefault="00D42F97" w:rsidP="00F70477">
      <w:pPr>
        <w:keepNext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>F. DANE DO MONITOROWANIA WSKAŹNIKÓW EFS+</w:t>
      </w:r>
    </w:p>
    <w:p w14:paraId="1E88C37C" w14:textId="77777777" w:rsidR="00334B36" w:rsidRPr="00F70477" w:rsidRDefault="00D42F97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i/>
          <w:color w:val="505050"/>
          <w:sz w:val="24"/>
          <w:szCs w:val="24"/>
        </w:rPr>
        <w:t xml:space="preserve">Dane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są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zbierane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na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potrzeby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monitorowania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wskaźników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projektu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. W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przypadku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danych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szczególnej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kategorii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można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zaznaczyć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„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odmowa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podania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informacji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”, o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ile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dana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informacja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lastRenderedPageBreak/>
        <w:t>nie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jest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niezbędna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do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potwierdzenia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kwalifikowalności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lub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kryterium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rekrutacyjnego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>.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6937"/>
        <w:gridCol w:w="3118"/>
      </w:tblGrid>
      <w:tr w:rsidR="00334B36" w:rsidRPr="00F70477" w14:paraId="3F79833D" w14:textId="77777777" w:rsidTr="00A30110">
        <w:trPr>
          <w:cantSplit/>
          <w:tblHeader/>
          <w:jc w:val="center"/>
        </w:trPr>
        <w:tc>
          <w:tcPr>
            <w:tcW w:w="693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C01CAC" w14:textId="77777777" w:rsidR="00334B36" w:rsidRPr="00F70477" w:rsidRDefault="00D42F97" w:rsidP="00F70477">
            <w:pPr>
              <w:widowControl w:val="0"/>
              <w:spacing w:after="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Informacja</w:t>
            </w:r>
            <w:proofErr w:type="spellEnd"/>
          </w:p>
        </w:tc>
        <w:tc>
          <w:tcPr>
            <w:tcW w:w="3118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18EE45" w14:textId="77777777" w:rsidR="00334B36" w:rsidRPr="00F70477" w:rsidRDefault="00D42F97" w:rsidP="00F70477">
            <w:pPr>
              <w:widowControl w:val="0"/>
              <w:spacing w:after="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Odpowiedź</w:t>
            </w:r>
            <w:proofErr w:type="spellEnd"/>
          </w:p>
        </w:tc>
      </w:tr>
      <w:tr w:rsidR="00334B36" w:rsidRPr="00F70477" w14:paraId="6D459D9D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ACA183" w14:textId="77777777" w:rsidR="009B6187" w:rsidRDefault="00935E87">
            <w:pPr>
              <w:spacing w:after="0" w:line="360" w:lineRule="auto"/>
            </w:pPr>
            <w:r>
              <w:rPr>
                <w:rFonts w:eastAsia="Arial" w:cs="Arial"/>
                <w:sz w:val="24"/>
              </w:rPr>
              <w:t xml:space="preserve">Status </w:t>
            </w:r>
            <w:proofErr w:type="spellStart"/>
            <w:r>
              <w:rPr>
                <w:rFonts w:eastAsia="Arial" w:cs="Arial"/>
                <w:sz w:val="24"/>
              </w:rPr>
              <w:t>dziecka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na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rynku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pracy</w:t>
            </w:r>
            <w:proofErr w:type="spellEnd"/>
            <w:r>
              <w:rPr>
                <w:rFonts w:eastAsia="Arial" w:cs="Arial"/>
                <w:sz w:val="24"/>
              </w:rPr>
              <w:t xml:space="preserve"> w </w:t>
            </w:r>
            <w:proofErr w:type="spellStart"/>
            <w:r>
              <w:rPr>
                <w:rFonts w:eastAsia="Arial" w:cs="Arial"/>
                <w:sz w:val="24"/>
              </w:rPr>
              <w:t>chwili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przystąpienia</w:t>
            </w:r>
            <w:proofErr w:type="spellEnd"/>
            <w:r>
              <w:rPr>
                <w:rFonts w:eastAsia="Arial" w:cs="Arial"/>
                <w:sz w:val="24"/>
              </w:rPr>
              <w:t xml:space="preserve"> do </w:t>
            </w:r>
            <w:proofErr w:type="spellStart"/>
            <w:r>
              <w:rPr>
                <w:rFonts w:eastAsia="Arial" w:cs="Arial"/>
                <w:sz w:val="24"/>
              </w:rPr>
              <w:t>projektu</w:t>
            </w:r>
            <w:proofErr w:type="spellEnd"/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BCFD14" w14:textId="77777777" w:rsidR="009B6187" w:rsidRDefault="00935E87">
            <w:pPr>
              <w:spacing w:after="0" w:line="360" w:lineRule="auto"/>
            </w:pPr>
            <w:proofErr w:type="spellStart"/>
            <w:r>
              <w:rPr>
                <w:rFonts w:eastAsia="Arial" w:cs="Arial"/>
                <w:sz w:val="24"/>
              </w:rPr>
              <w:t>osoba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bierna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zawodowo</w:t>
            </w:r>
            <w:proofErr w:type="spellEnd"/>
          </w:p>
        </w:tc>
      </w:tr>
      <w:tr w:rsidR="00334B36" w:rsidRPr="00F70477" w14:paraId="74011755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BC7677" w14:textId="77777777" w:rsidR="009B6187" w:rsidRDefault="00935E87">
            <w:pPr>
              <w:spacing w:after="0" w:line="360" w:lineRule="auto"/>
            </w:pPr>
            <w:proofErr w:type="spellStart"/>
            <w:r>
              <w:rPr>
                <w:rFonts w:eastAsia="Arial" w:cs="Arial"/>
                <w:sz w:val="24"/>
              </w:rPr>
              <w:t>Poziom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wykształcenia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dziecka</w:t>
            </w:r>
            <w:proofErr w:type="spellEnd"/>
            <w:r>
              <w:rPr>
                <w:rFonts w:eastAsia="Arial" w:cs="Arial"/>
                <w:sz w:val="24"/>
              </w:rPr>
              <w:t xml:space="preserve"> w </w:t>
            </w:r>
            <w:proofErr w:type="spellStart"/>
            <w:r>
              <w:rPr>
                <w:rFonts w:eastAsia="Arial" w:cs="Arial"/>
                <w:sz w:val="24"/>
              </w:rPr>
              <w:t>chwili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przystąpienia</w:t>
            </w:r>
            <w:proofErr w:type="spellEnd"/>
            <w:r>
              <w:rPr>
                <w:rFonts w:eastAsia="Arial" w:cs="Arial"/>
                <w:sz w:val="24"/>
              </w:rPr>
              <w:t xml:space="preserve"> do </w:t>
            </w:r>
            <w:proofErr w:type="spellStart"/>
            <w:r>
              <w:rPr>
                <w:rFonts w:eastAsia="Arial" w:cs="Arial"/>
                <w:sz w:val="24"/>
              </w:rPr>
              <w:t>projektu</w:t>
            </w:r>
            <w:proofErr w:type="spellEnd"/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197DEF" w14:textId="77777777" w:rsidR="009B6187" w:rsidRDefault="00935E87">
            <w:pPr>
              <w:spacing w:after="0" w:line="360" w:lineRule="auto"/>
            </w:pPr>
            <w:proofErr w:type="spellStart"/>
            <w:r>
              <w:rPr>
                <w:rFonts w:eastAsia="Arial" w:cs="Arial"/>
                <w:sz w:val="24"/>
              </w:rPr>
              <w:t>niższe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niż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podstawowe</w:t>
            </w:r>
            <w:proofErr w:type="spellEnd"/>
            <w:r>
              <w:rPr>
                <w:rFonts w:eastAsia="Arial" w:cs="Arial"/>
                <w:sz w:val="24"/>
              </w:rPr>
              <w:t xml:space="preserve"> (ISCED 0)</w:t>
            </w:r>
          </w:p>
        </w:tc>
      </w:tr>
      <w:tr w:rsidR="00334B36" w:rsidRPr="00F70477" w14:paraId="316E6576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E90C17" w14:textId="77777777" w:rsidR="009B6187" w:rsidRDefault="00935E87">
            <w:pPr>
              <w:spacing w:after="0" w:line="360" w:lineRule="auto"/>
            </w:pPr>
            <w:proofErr w:type="spellStart"/>
            <w:r>
              <w:rPr>
                <w:rFonts w:eastAsia="Arial" w:cs="Arial"/>
                <w:sz w:val="24"/>
              </w:rPr>
              <w:t>Oświadczam</w:t>
            </w:r>
            <w:proofErr w:type="spellEnd"/>
            <w:r>
              <w:rPr>
                <w:rFonts w:eastAsia="Arial" w:cs="Arial"/>
                <w:sz w:val="24"/>
              </w:rPr>
              <w:t xml:space="preserve">, </w:t>
            </w:r>
            <w:proofErr w:type="spellStart"/>
            <w:r>
              <w:rPr>
                <w:rFonts w:eastAsia="Arial" w:cs="Arial"/>
                <w:sz w:val="24"/>
              </w:rPr>
              <w:t>że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dziecko</w:t>
            </w:r>
            <w:proofErr w:type="spellEnd"/>
            <w:r>
              <w:rPr>
                <w:rFonts w:eastAsia="Arial" w:cs="Arial"/>
                <w:sz w:val="24"/>
              </w:rPr>
              <w:t xml:space="preserve"> jest </w:t>
            </w:r>
            <w:proofErr w:type="spellStart"/>
            <w:r>
              <w:rPr>
                <w:rFonts w:eastAsia="Arial" w:cs="Arial"/>
                <w:sz w:val="24"/>
              </w:rPr>
              <w:t>osobą</w:t>
            </w:r>
            <w:proofErr w:type="spellEnd"/>
            <w:r>
              <w:rPr>
                <w:rFonts w:eastAsia="Arial" w:cs="Arial"/>
                <w:sz w:val="24"/>
              </w:rPr>
              <w:t xml:space="preserve"> z </w:t>
            </w:r>
            <w:proofErr w:type="spellStart"/>
            <w:r>
              <w:rPr>
                <w:rFonts w:eastAsia="Arial" w:cs="Arial"/>
                <w:sz w:val="24"/>
              </w:rPr>
              <w:t>kraju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trzeciego</w:t>
            </w:r>
            <w:proofErr w:type="spellEnd"/>
            <w:r>
              <w:rPr>
                <w:rFonts w:eastAsia="Arial" w:cs="Arial"/>
                <w:sz w:val="24"/>
              </w:rPr>
              <w:t xml:space="preserve">, </w:t>
            </w:r>
            <w:proofErr w:type="spellStart"/>
            <w:r>
              <w:rPr>
                <w:rFonts w:eastAsia="Arial" w:cs="Arial"/>
                <w:sz w:val="24"/>
              </w:rPr>
              <w:t>tj</w:t>
            </w:r>
            <w:proofErr w:type="spellEnd"/>
            <w:r>
              <w:rPr>
                <w:rFonts w:eastAsia="Arial" w:cs="Arial"/>
                <w:sz w:val="24"/>
              </w:rPr>
              <w:t xml:space="preserve">. </w:t>
            </w:r>
            <w:proofErr w:type="spellStart"/>
            <w:r>
              <w:rPr>
                <w:rFonts w:eastAsia="Arial" w:cs="Arial"/>
                <w:sz w:val="24"/>
              </w:rPr>
              <w:t>nie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posiada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obywatelstwa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żadnego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państwa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członkowskiego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Unii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Europejskiej</w:t>
            </w:r>
            <w:proofErr w:type="spellEnd"/>
            <w:r>
              <w:rPr>
                <w:rFonts w:eastAsia="Arial" w:cs="Arial"/>
                <w:sz w:val="24"/>
              </w:rPr>
              <w:t xml:space="preserve">, </w:t>
            </w:r>
            <w:proofErr w:type="spellStart"/>
            <w:r>
              <w:rPr>
                <w:rFonts w:eastAsia="Arial" w:cs="Arial"/>
                <w:sz w:val="24"/>
              </w:rPr>
              <w:t>albo</w:t>
            </w:r>
            <w:proofErr w:type="spellEnd"/>
            <w:r>
              <w:rPr>
                <w:rFonts w:eastAsia="Arial" w:cs="Arial"/>
                <w:sz w:val="24"/>
              </w:rPr>
              <w:t xml:space="preserve"> jest </w:t>
            </w:r>
            <w:proofErr w:type="spellStart"/>
            <w:r>
              <w:rPr>
                <w:rFonts w:eastAsia="Arial" w:cs="Arial"/>
                <w:sz w:val="24"/>
              </w:rPr>
              <w:t>bezpaństwowcem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lub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osobą</w:t>
            </w:r>
            <w:proofErr w:type="spellEnd"/>
            <w:r>
              <w:rPr>
                <w:rFonts w:eastAsia="Arial" w:cs="Arial"/>
                <w:sz w:val="24"/>
              </w:rPr>
              <w:t xml:space="preserve"> o </w:t>
            </w:r>
            <w:proofErr w:type="spellStart"/>
            <w:r>
              <w:rPr>
                <w:rFonts w:eastAsia="Arial" w:cs="Arial"/>
                <w:sz w:val="24"/>
              </w:rPr>
              <w:t>nieustalonym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obywatelstwie</w:t>
            </w:r>
            <w:proofErr w:type="spellEnd"/>
            <w:r>
              <w:rPr>
                <w:rFonts w:eastAsia="Arial" w:cs="Arial"/>
                <w:sz w:val="24"/>
              </w:rPr>
              <w:t>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81C411" w14:textId="77777777" w:rsidR="005E3274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TAK    </w:t>
            </w:r>
          </w:p>
          <w:p w14:paraId="404BA7BA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NIE    </w:t>
            </w:r>
          </w:p>
        </w:tc>
      </w:tr>
      <w:tr w:rsidR="00334B36" w:rsidRPr="00F70477" w14:paraId="5C492E75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372001" w14:textId="77777777" w:rsidR="00334B36" w:rsidRPr="00F70477" w:rsidRDefault="00685C09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Oświadczam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że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dziecko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jest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osobą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="00D42F97" w:rsidRPr="00F70477">
              <w:rPr>
                <w:rFonts w:eastAsia="Arial" w:cs="Arial"/>
                <w:sz w:val="24"/>
                <w:szCs w:val="24"/>
              </w:rPr>
              <w:t>obcego</w:t>
            </w:r>
            <w:proofErr w:type="spellEnd"/>
            <w:r w:rsidR="00D42F97"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="00D42F97" w:rsidRPr="00F70477">
              <w:rPr>
                <w:rFonts w:eastAsia="Arial" w:cs="Arial"/>
                <w:sz w:val="24"/>
                <w:szCs w:val="24"/>
              </w:rPr>
              <w:t>pochodzenia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–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oznacza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że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="00D42F97" w:rsidRPr="00F70477">
              <w:rPr>
                <w:rFonts w:eastAsia="Arial" w:cs="Arial"/>
                <w:sz w:val="24"/>
                <w:szCs w:val="24"/>
              </w:rPr>
              <w:t>nie</w:t>
            </w:r>
            <w:proofErr w:type="spellEnd"/>
            <w:r w:rsidR="00D42F97"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="00D42F97" w:rsidRPr="00F70477">
              <w:rPr>
                <w:rFonts w:eastAsia="Arial" w:cs="Arial"/>
                <w:sz w:val="24"/>
                <w:szCs w:val="24"/>
              </w:rPr>
              <w:t>posiada</w:t>
            </w:r>
            <w:proofErr w:type="spellEnd"/>
            <w:r w:rsidR="00D42F97"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="00D42F97" w:rsidRPr="00F70477">
              <w:rPr>
                <w:rFonts w:eastAsia="Arial" w:cs="Arial"/>
                <w:sz w:val="24"/>
                <w:szCs w:val="24"/>
              </w:rPr>
              <w:t>obywatelstwa</w:t>
            </w:r>
            <w:proofErr w:type="spellEnd"/>
            <w:r w:rsidR="00D42F97"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="00D42F97" w:rsidRPr="00F70477">
              <w:rPr>
                <w:rFonts w:eastAsia="Arial" w:cs="Arial"/>
                <w:sz w:val="24"/>
                <w:szCs w:val="24"/>
              </w:rPr>
              <w:t>polskiego</w:t>
            </w:r>
            <w:proofErr w:type="spellEnd"/>
            <w:r w:rsidR="00D42F97" w:rsidRPr="00F70477">
              <w:rPr>
                <w:rFonts w:eastAsia="Arial" w:cs="Arial"/>
                <w:sz w:val="24"/>
                <w:szCs w:val="24"/>
              </w:rPr>
              <w:t>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D3B2C9" w14:textId="77777777" w:rsidR="005E3274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TAK    </w:t>
            </w:r>
          </w:p>
          <w:p w14:paraId="687E9C90" w14:textId="77777777" w:rsidR="00D36CED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NIE</w:t>
            </w:r>
          </w:p>
        </w:tc>
      </w:tr>
      <w:tr w:rsidR="00334B36" w:rsidRPr="00F70477" w14:paraId="4E00A2C1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8818CA" w14:textId="77777777" w:rsidR="00334B36" w:rsidRPr="00F70477" w:rsidRDefault="00027D00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Oświadczam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że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dziecko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należy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do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mniejszości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narodowej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lub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etnicznej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w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tym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społeczności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marginalizowanej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–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oznacza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to,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że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dziecko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identyfikuje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się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z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mniejszością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narodową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lub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etniczną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w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tym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np.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ze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społecznością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romską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w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rozumieniu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przepisów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dotyczących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mniejszości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narodowych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i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etnicznych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>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2BF8DD" w14:textId="77777777" w:rsidR="005E3274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TAK   </w:t>
            </w:r>
          </w:p>
          <w:p w14:paraId="1FF71D50" w14:textId="77777777" w:rsidR="005F009C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NIE    </w:t>
            </w:r>
          </w:p>
          <w:p w14:paraId="662C5689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odmowa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podania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informacji</w:t>
            </w:r>
            <w:proofErr w:type="spellEnd"/>
          </w:p>
        </w:tc>
      </w:tr>
      <w:tr w:rsidR="00334B36" w:rsidRPr="00F70477" w14:paraId="06F1B68F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70AFEA" w14:textId="77777777" w:rsidR="00334B36" w:rsidRPr="00F70477" w:rsidRDefault="00027D00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Oświadczam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że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dziecko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jest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osobą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w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kryzysie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bezdomności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lub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dotkniętą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wykluczeniem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z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dostępu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do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mieszkań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>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1969C4" w14:textId="77777777" w:rsidR="005E3274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TAK    </w:t>
            </w:r>
          </w:p>
          <w:p w14:paraId="40FB622A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NIE    </w:t>
            </w:r>
          </w:p>
        </w:tc>
      </w:tr>
      <w:tr w:rsidR="00334B36" w:rsidRPr="00F70477" w14:paraId="0BD0C7FB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F54280" w14:textId="77777777" w:rsidR="009B6187" w:rsidRDefault="00935E87">
            <w:pPr>
              <w:spacing w:after="0" w:line="360" w:lineRule="auto"/>
            </w:pPr>
            <w:proofErr w:type="spellStart"/>
            <w:r>
              <w:rPr>
                <w:rFonts w:eastAsia="Arial" w:cs="Arial"/>
                <w:sz w:val="24"/>
              </w:rPr>
              <w:t>Dziecko</w:t>
            </w:r>
            <w:proofErr w:type="spellEnd"/>
            <w:r>
              <w:rPr>
                <w:rFonts w:eastAsia="Arial" w:cs="Arial"/>
                <w:sz w:val="24"/>
              </w:rPr>
              <w:t xml:space="preserve"> jest </w:t>
            </w:r>
            <w:proofErr w:type="spellStart"/>
            <w:r>
              <w:rPr>
                <w:rFonts w:eastAsia="Arial" w:cs="Arial"/>
                <w:sz w:val="24"/>
              </w:rPr>
              <w:t>osobą</w:t>
            </w:r>
            <w:proofErr w:type="spellEnd"/>
            <w:r>
              <w:rPr>
                <w:rFonts w:eastAsia="Arial" w:cs="Arial"/>
                <w:sz w:val="24"/>
              </w:rPr>
              <w:t xml:space="preserve"> z </w:t>
            </w:r>
            <w:proofErr w:type="spellStart"/>
            <w:r>
              <w:rPr>
                <w:rFonts w:eastAsia="Arial" w:cs="Arial"/>
                <w:sz w:val="24"/>
              </w:rPr>
              <w:t>niepełnosprawnością</w:t>
            </w:r>
            <w:proofErr w:type="spellEnd"/>
            <w:r>
              <w:rPr>
                <w:rFonts w:eastAsia="Arial" w:cs="Arial"/>
                <w:sz w:val="24"/>
              </w:rPr>
              <w:t xml:space="preserve">. W </w:t>
            </w:r>
            <w:proofErr w:type="spellStart"/>
            <w:r>
              <w:rPr>
                <w:rFonts w:eastAsia="Arial" w:cs="Arial"/>
                <w:sz w:val="24"/>
              </w:rPr>
              <w:t>przypadku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zaznaczenia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odpowiedzi</w:t>
            </w:r>
            <w:proofErr w:type="spellEnd"/>
            <w:r>
              <w:rPr>
                <w:rFonts w:eastAsia="Arial" w:cs="Arial"/>
                <w:sz w:val="24"/>
              </w:rPr>
              <w:t xml:space="preserve"> „TAK” </w:t>
            </w:r>
            <w:proofErr w:type="spellStart"/>
            <w:r>
              <w:rPr>
                <w:rFonts w:eastAsia="Arial" w:cs="Arial"/>
                <w:sz w:val="24"/>
              </w:rPr>
              <w:t>należy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wskazać</w:t>
            </w:r>
            <w:proofErr w:type="spellEnd"/>
            <w:r>
              <w:rPr>
                <w:rFonts w:eastAsia="Arial" w:cs="Arial"/>
                <w:sz w:val="24"/>
              </w:rPr>
              <w:t xml:space="preserve">, </w:t>
            </w:r>
            <w:proofErr w:type="spellStart"/>
            <w:r>
              <w:rPr>
                <w:rFonts w:eastAsia="Arial" w:cs="Arial"/>
                <w:sz w:val="24"/>
              </w:rPr>
              <w:t>gdzie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znajduje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się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dokument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potwierdzający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niepełnosprawność</w:t>
            </w:r>
            <w:proofErr w:type="spellEnd"/>
            <w:r>
              <w:rPr>
                <w:rFonts w:eastAsia="Arial" w:cs="Arial"/>
                <w:sz w:val="24"/>
              </w:rPr>
              <w:t>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04E4F8" w14:textId="77777777" w:rsidR="009B6187" w:rsidRDefault="00935E87">
            <w:pPr>
              <w:spacing w:after="0" w:line="360" w:lineRule="auto"/>
            </w:pPr>
            <w:r>
              <w:rPr>
                <w:rFonts w:ascii="Segoe UI Symbol" w:eastAsia="Segoe UI Symbol" w:hAnsi="Segoe UI Symbol" w:cs="Segoe UI Symbol"/>
                <w:sz w:val="24"/>
              </w:rPr>
              <w:t>☐ TAK    ☐ NIE</w:t>
            </w:r>
            <w:r>
              <w:rPr>
                <w:rFonts w:eastAsia="Arial"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odmowa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podania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informacji</w:t>
            </w:r>
            <w:proofErr w:type="spellEnd"/>
            <w:r>
              <w:rPr>
                <w:rFonts w:eastAsia="Arial"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załączono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dokument</w:t>
            </w:r>
            <w:proofErr w:type="spellEnd"/>
            <w:r>
              <w:rPr>
                <w:rFonts w:eastAsia="Arial"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dokument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znajduje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się</w:t>
            </w:r>
            <w:proofErr w:type="spellEnd"/>
            <w:r>
              <w:rPr>
                <w:rFonts w:eastAsia="Arial" w:cs="Arial"/>
                <w:sz w:val="24"/>
              </w:rPr>
              <w:t xml:space="preserve"> w OWP</w:t>
            </w:r>
          </w:p>
        </w:tc>
      </w:tr>
    </w:tbl>
    <w:p w14:paraId="6394900B" w14:textId="77777777" w:rsidR="00F70477" w:rsidRDefault="00F70477" w:rsidP="00F70477">
      <w:pPr>
        <w:widowControl w:val="0"/>
        <w:spacing w:after="0" w:line="360" w:lineRule="auto"/>
        <w:rPr>
          <w:rFonts w:cs="Arial"/>
          <w:b/>
          <w:sz w:val="24"/>
          <w:szCs w:val="24"/>
        </w:rPr>
      </w:pPr>
    </w:p>
    <w:p w14:paraId="5566E81C" w14:textId="77777777" w:rsidR="002E07D4" w:rsidRPr="00F70477" w:rsidRDefault="00D42F97" w:rsidP="00F70477">
      <w:pPr>
        <w:keepNext/>
        <w:pageBreakBefore/>
        <w:widowControl w:val="0"/>
        <w:spacing w:after="0" w:line="360" w:lineRule="auto"/>
        <w:rPr>
          <w:rFonts w:cs="Arial"/>
          <w:b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lastRenderedPageBreak/>
        <w:t>G. SZCZEGÓLNE POTRZEBY ZWIĄZANE Z DOSTĘPNOŚCIĄ</w:t>
      </w:r>
      <w:r w:rsidR="002E07D4" w:rsidRPr="00F70477">
        <w:rPr>
          <w:rFonts w:eastAsia="Arial" w:cs="Arial"/>
          <w:b/>
          <w:sz w:val="24"/>
          <w:szCs w:val="24"/>
        </w:rPr>
        <w:t xml:space="preserve"> I ORGANIZACJĄ WSPARCIA</w:t>
      </w:r>
    </w:p>
    <w:p w14:paraId="67E36C83" w14:textId="77777777" w:rsidR="00334B36" w:rsidRPr="00F70477" w:rsidRDefault="00D42F97" w:rsidP="00F70477">
      <w:pPr>
        <w:widowControl w:val="0"/>
        <w:spacing w:after="0" w:line="360" w:lineRule="auto"/>
        <w:rPr>
          <w:rFonts w:cs="Arial"/>
          <w:i/>
          <w:color w:val="505050"/>
          <w:sz w:val="24"/>
          <w:szCs w:val="24"/>
        </w:rPr>
      </w:pP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Informacja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służy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dostosowaniu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procesu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rekrutacji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organizacji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wsparcia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do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indywidualnych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potrzeb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dziecka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lub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rodzica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>/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opiekuna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prawnego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. W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razie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potrzeby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mogą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zostać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zastosowane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odpowiednie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rozwiązania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zakresie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dostępności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, w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tym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racjonalne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usprawnienia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>.</w:t>
      </w:r>
    </w:p>
    <w:p w14:paraId="1AC6BE7A" w14:textId="77777777" w:rsidR="00557E5B" w:rsidRPr="00F70477" w:rsidRDefault="00557E5B" w:rsidP="00F70477">
      <w:pPr>
        <w:widowControl w:val="0"/>
        <w:spacing w:after="0" w:line="360" w:lineRule="auto"/>
        <w:rPr>
          <w:rFonts w:cs="Arial"/>
          <w:bCs/>
          <w:sz w:val="24"/>
          <w:szCs w:val="24"/>
        </w:rPr>
      </w:pPr>
      <w:proofErr w:type="spellStart"/>
      <w:r w:rsidRPr="00F70477">
        <w:rPr>
          <w:rFonts w:eastAsia="Arial" w:cs="Arial"/>
          <w:bCs/>
          <w:sz w:val="24"/>
          <w:szCs w:val="24"/>
        </w:rPr>
        <w:t>Można</w:t>
      </w:r>
      <w:proofErr w:type="spellEnd"/>
      <w:r w:rsidRPr="00F70477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Cs/>
          <w:sz w:val="24"/>
          <w:szCs w:val="24"/>
        </w:rPr>
        <w:t>zaznaczyć</w:t>
      </w:r>
      <w:proofErr w:type="spellEnd"/>
      <w:r w:rsidRPr="00F70477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Cs/>
          <w:sz w:val="24"/>
          <w:szCs w:val="24"/>
        </w:rPr>
        <w:t>więcej</w:t>
      </w:r>
      <w:proofErr w:type="spellEnd"/>
      <w:r w:rsidRPr="00F70477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Cs/>
          <w:sz w:val="24"/>
          <w:szCs w:val="24"/>
        </w:rPr>
        <w:t>niż</w:t>
      </w:r>
      <w:proofErr w:type="spellEnd"/>
      <w:r w:rsidRPr="00F70477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Cs/>
          <w:sz w:val="24"/>
          <w:szCs w:val="24"/>
        </w:rPr>
        <w:t>jedną</w:t>
      </w:r>
      <w:proofErr w:type="spellEnd"/>
      <w:r w:rsidRPr="00F70477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Cs/>
          <w:sz w:val="24"/>
          <w:szCs w:val="24"/>
        </w:rPr>
        <w:t>odpowiedź</w:t>
      </w:r>
      <w:proofErr w:type="spellEnd"/>
      <w:r w:rsidRPr="00F70477">
        <w:rPr>
          <w:rFonts w:eastAsia="Arial" w:cs="Arial"/>
          <w:bCs/>
          <w:sz w:val="24"/>
          <w:szCs w:val="24"/>
        </w:rPr>
        <w:t>:</w:t>
      </w:r>
    </w:p>
    <w:p w14:paraId="5585FC7A" w14:textId="77777777" w:rsidR="002E07D4" w:rsidRPr="00F70477" w:rsidRDefault="002E07D4" w:rsidP="00F70477">
      <w:pPr>
        <w:keepLines/>
        <w:widowControl w:val="0"/>
        <w:spacing w:after="0" w:line="360" w:lineRule="auto"/>
        <w:rPr>
          <w:rFonts w:cs="Arial"/>
          <w:bCs/>
          <w:sz w:val="24"/>
          <w:szCs w:val="24"/>
          <w:lang w:val="pl-PL"/>
        </w:rPr>
      </w:pP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dziecko nie posiada szczególnych potrzeb wymagających dodatkowego dostosowania wsparcia</w:t>
      </w:r>
      <w:r w:rsidRPr="00F70477">
        <w:rPr>
          <w:rFonts w:eastAsia="Arial" w:cs="Arial"/>
          <w:b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dostosowanie sposobu komunikacji i przekazywania informacji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dostosowanie materiałów dydaktycznych, np. materiały obrazkowe, większa czcionka, odpowiedni kontrast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dostosowanie miejsca realizacji zajęć / zapewnienie dostępności architektonicznej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wsparcie w poruszaniu się lub korzystaniu z pomieszczeń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dostosowanie organizacji zajęć, np. tempa pracy, czasu wykonywania zadań, przerw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ograniczenie nadmiernych bodźców / potrzeby związane z funkcjonowaniem sensorycznym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inne szczególne potrzeby związane z udziałem w projekcie:</w:t>
      </w:r>
    </w:p>
    <w:p w14:paraId="1033A9F7" w14:textId="77777777" w:rsidR="002E07D4" w:rsidRPr="00F70477" w:rsidRDefault="002E07D4" w:rsidP="00F70477">
      <w:pPr>
        <w:widowControl w:val="0"/>
        <w:spacing w:after="0" w:line="360" w:lineRule="auto"/>
        <w:rPr>
          <w:rFonts w:cs="Arial"/>
          <w:bCs/>
          <w:sz w:val="24"/>
          <w:szCs w:val="24"/>
          <w:lang w:val="pl-PL"/>
        </w:rPr>
      </w:pPr>
      <w:r w:rsidRPr="00F70477">
        <w:rPr>
          <w:rFonts w:eastAsia="Arial" w:cs="Arial"/>
          <w:bCs/>
          <w:sz w:val="24"/>
          <w:szCs w:val="24"/>
          <w:lang w:val="pl-PL"/>
        </w:rPr>
        <w:br/>
        <w:t>....................................................................................................</w:t>
      </w:r>
    </w:p>
    <w:p w14:paraId="290C33CF" w14:textId="77777777" w:rsidR="002E07D4" w:rsidRPr="00F70477" w:rsidRDefault="002E07D4" w:rsidP="00F70477">
      <w:pPr>
        <w:widowControl w:val="0"/>
        <w:spacing w:after="0" w:line="360" w:lineRule="auto"/>
        <w:rPr>
          <w:rFonts w:cs="Arial"/>
          <w:bCs/>
          <w:sz w:val="24"/>
          <w:szCs w:val="24"/>
          <w:lang w:val="pl-PL"/>
        </w:rPr>
      </w:pPr>
      <w:r w:rsidRPr="00F70477">
        <w:rPr>
          <w:rFonts w:eastAsia="Arial" w:cs="Arial"/>
          <w:bCs/>
          <w:sz w:val="24"/>
          <w:szCs w:val="24"/>
          <w:lang w:val="pl-PL"/>
        </w:rPr>
        <w:t>Jeżeli jest to potrzebne do właściwego przygotowania wsparcia, proszę krótko opisać zaznaczone potrzeby:</w:t>
      </w:r>
    </w:p>
    <w:p w14:paraId="542C6630" w14:textId="77777777" w:rsidR="002E07D4" w:rsidRPr="00F70477" w:rsidRDefault="002E07D4" w:rsidP="00F70477">
      <w:pPr>
        <w:widowControl w:val="0"/>
        <w:spacing w:after="0" w:line="360" w:lineRule="auto"/>
        <w:rPr>
          <w:rFonts w:cs="Arial"/>
          <w:bCs/>
          <w:sz w:val="24"/>
          <w:szCs w:val="24"/>
          <w:lang w:val="pl-PL"/>
        </w:rPr>
      </w:pPr>
      <w:r w:rsidRPr="00F70477">
        <w:rPr>
          <w:rFonts w:eastAsia="Arial" w:cs="Arial"/>
          <w:bCs/>
          <w:sz w:val="24"/>
          <w:szCs w:val="24"/>
          <w:lang w:val="pl-PL"/>
        </w:rPr>
        <w:br/>
        <w:t>....................................................................................................</w:t>
      </w:r>
    </w:p>
    <w:p w14:paraId="46591F0C" w14:textId="77777777" w:rsidR="00F70477" w:rsidRDefault="00F70477" w:rsidP="005501AB">
      <w:pPr>
        <w:widowControl w:val="0"/>
        <w:spacing w:after="0" w:line="360" w:lineRule="auto"/>
        <w:rPr>
          <w:rFonts w:cs="Arial"/>
          <w:b/>
          <w:sz w:val="24"/>
          <w:szCs w:val="24"/>
        </w:rPr>
      </w:pPr>
    </w:p>
    <w:p w14:paraId="64D7B4DC" w14:textId="4098028E" w:rsidR="005501AB" w:rsidRDefault="005501AB" w:rsidP="005501AB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22A6DC07" w14:textId="77777777" w:rsidR="005501AB" w:rsidRDefault="005501AB" w:rsidP="005501AB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5B1C6217" w14:textId="77777777" w:rsidR="005501AB" w:rsidRDefault="005501AB" w:rsidP="005501AB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045C9D96" w14:textId="77777777" w:rsidR="005501AB" w:rsidRDefault="005501AB" w:rsidP="005501AB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1DFFE883" w14:textId="77777777" w:rsidR="005501AB" w:rsidRDefault="005501AB" w:rsidP="005501AB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57FA5754" w14:textId="77777777" w:rsidR="005501AB" w:rsidRDefault="005501AB" w:rsidP="005501AB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6408E081" w14:textId="7D87A60E" w:rsidR="00334B36" w:rsidRPr="00F70477" w:rsidRDefault="00D42F97" w:rsidP="005501AB">
      <w:pPr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lastRenderedPageBreak/>
        <w:t>H. OŚWIADCZENIA I ZGODY RODZICA / OPIEKUNA PRAWNEGO</w:t>
      </w:r>
    </w:p>
    <w:p w14:paraId="4399AA33" w14:textId="77777777" w:rsidR="00334B36" w:rsidRPr="00F70477" w:rsidRDefault="00D42F97" w:rsidP="005501AB">
      <w:pPr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Wyrażam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zgodę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udział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dziecka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projekcie</w:t>
      </w:r>
      <w:proofErr w:type="spellEnd"/>
      <w:r>
        <w:rPr>
          <w:rFonts w:eastAsia="Arial" w:cs="Arial"/>
          <w:sz w:val="24"/>
        </w:rPr>
        <w:t xml:space="preserve"> „</w:t>
      </w:r>
      <w:proofErr w:type="spellStart"/>
      <w:r>
        <w:rPr>
          <w:rFonts w:eastAsia="Arial" w:cs="Arial"/>
          <w:sz w:val="24"/>
        </w:rPr>
        <w:t>Rozwój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edukacji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przedszkolnej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Gminie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Luzino</w:t>
      </w:r>
      <w:proofErr w:type="spellEnd"/>
      <w:r>
        <w:rPr>
          <w:rFonts w:eastAsia="Arial" w:cs="Arial"/>
          <w:sz w:val="24"/>
        </w:rPr>
        <w:t xml:space="preserve">”, nr FEPM.05.07-IZ.00-0013/26, </w:t>
      </w:r>
      <w:proofErr w:type="spellStart"/>
      <w:r>
        <w:rPr>
          <w:rFonts w:eastAsia="Arial" w:cs="Arial"/>
          <w:sz w:val="24"/>
        </w:rPr>
        <w:t>oraz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formach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wsparcia</w:t>
      </w:r>
      <w:proofErr w:type="spellEnd"/>
      <w:r>
        <w:rPr>
          <w:rFonts w:eastAsia="Arial" w:cs="Arial"/>
          <w:sz w:val="24"/>
        </w:rPr>
        <w:t xml:space="preserve">, do </w:t>
      </w:r>
      <w:proofErr w:type="spellStart"/>
      <w:r>
        <w:rPr>
          <w:rFonts w:eastAsia="Arial" w:cs="Arial"/>
          <w:sz w:val="24"/>
        </w:rPr>
        <w:t>których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dziecko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zostanie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zakwalifikowane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podstawie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jego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rozpoznanych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udokumentowanych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indywidualnych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potrzeb</w:t>
      </w:r>
      <w:proofErr w:type="spellEnd"/>
      <w:r>
        <w:rPr>
          <w:rFonts w:eastAsia="Arial" w:cs="Arial"/>
          <w:sz w:val="24"/>
        </w:rPr>
        <w:t>.</w:t>
      </w:r>
    </w:p>
    <w:p w14:paraId="79235199" w14:textId="77777777" w:rsidR="00334B36" w:rsidRPr="00F70477" w:rsidRDefault="00D42F97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Oświadczam</w:t>
      </w:r>
      <w:proofErr w:type="spellEnd"/>
      <w:r w:rsidRPr="00F70477">
        <w:rPr>
          <w:rFonts w:eastAsia="Arial" w:cs="Arial"/>
          <w:sz w:val="24"/>
          <w:szCs w:val="24"/>
        </w:rPr>
        <w:t xml:space="preserve">, </w:t>
      </w:r>
      <w:proofErr w:type="spellStart"/>
      <w:r w:rsidRPr="00F70477">
        <w:rPr>
          <w:rFonts w:eastAsia="Arial" w:cs="Arial"/>
          <w:sz w:val="24"/>
          <w:szCs w:val="24"/>
        </w:rPr>
        <w:t>że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dane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informacje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podane</w:t>
      </w:r>
      <w:proofErr w:type="spellEnd"/>
      <w:r w:rsidRPr="00F70477">
        <w:rPr>
          <w:rFonts w:eastAsia="Arial" w:cs="Arial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sz w:val="24"/>
          <w:szCs w:val="24"/>
        </w:rPr>
        <w:t>formularzu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są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zgodne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stanem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faktycznym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oraz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zobowiązuję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się</w:t>
      </w:r>
      <w:proofErr w:type="spellEnd"/>
      <w:r w:rsidRPr="00F70477">
        <w:rPr>
          <w:rFonts w:eastAsia="Arial" w:cs="Arial"/>
          <w:sz w:val="24"/>
          <w:szCs w:val="24"/>
        </w:rPr>
        <w:t xml:space="preserve"> do </w:t>
      </w:r>
      <w:proofErr w:type="spellStart"/>
      <w:r w:rsidRPr="00F70477">
        <w:rPr>
          <w:rFonts w:eastAsia="Arial" w:cs="Arial"/>
          <w:sz w:val="24"/>
          <w:szCs w:val="24"/>
        </w:rPr>
        <w:t>niezwłocznego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informowania</w:t>
      </w:r>
      <w:proofErr w:type="spellEnd"/>
      <w:r w:rsidRPr="00F70477">
        <w:rPr>
          <w:rFonts w:eastAsia="Arial" w:cs="Arial"/>
          <w:sz w:val="24"/>
          <w:szCs w:val="24"/>
        </w:rPr>
        <w:t xml:space="preserve"> OWP o </w:t>
      </w:r>
      <w:proofErr w:type="spellStart"/>
      <w:r w:rsidRPr="00F70477">
        <w:rPr>
          <w:rFonts w:eastAsia="Arial" w:cs="Arial"/>
          <w:sz w:val="24"/>
          <w:szCs w:val="24"/>
        </w:rPr>
        <w:t>zmianach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mających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wpływ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na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udział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dziecka</w:t>
      </w:r>
      <w:proofErr w:type="spellEnd"/>
      <w:r w:rsidRPr="00F70477">
        <w:rPr>
          <w:rFonts w:eastAsia="Arial" w:cs="Arial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sz w:val="24"/>
          <w:szCs w:val="24"/>
        </w:rPr>
        <w:t>projekcie</w:t>
      </w:r>
      <w:proofErr w:type="spellEnd"/>
      <w:r w:rsidRPr="00F70477">
        <w:rPr>
          <w:rFonts w:eastAsia="Arial" w:cs="Arial"/>
          <w:sz w:val="24"/>
          <w:szCs w:val="24"/>
        </w:rPr>
        <w:t>.</w:t>
      </w:r>
    </w:p>
    <w:p w14:paraId="5AFE4A13" w14:textId="77777777" w:rsidR="00334B36" w:rsidRPr="00F70477" w:rsidRDefault="00D42F97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Oświadczam</w:t>
      </w:r>
      <w:proofErr w:type="spellEnd"/>
      <w:r w:rsidRPr="00F70477">
        <w:rPr>
          <w:rFonts w:eastAsia="Arial" w:cs="Arial"/>
          <w:sz w:val="24"/>
          <w:szCs w:val="24"/>
        </w:rPr>
        <w:t xml:space="preserve">, </w:t>
      </w:r>
      <w:proofErr w:type="spellStart"/>
      <w:r w:rsidRPr="00F70477">
        <w:rPr>
          <w:rFonts w:eastAsia="Arial" w:cs="Arial"/>
          <w:sz w:val="24"/>
          <w:szCs w:val="24"/>
        </w:rPr>
        <w:t>że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zapoznałem</w:t>
      </w:r>
      <w:proofErr w:type="spellEnd"/>
      <w:r w:rsidRPr="00F70477">
        <w:rPr>
          <w:rFonts w:eastAsia="Arial" w:cs="Arial"/>
          <w:sz w:val="24"/>
          <w:szCs w:val="24"/>
        </w:rPr>
        <w:t xml:space="preserve">/am </w:t>
      </w:r>
      <w:proofErr w:type="spellStart"/>
      <w:r w:rsidRPr="00F70477">
        <w:rPr>
          <w:rFonts w:eastAsia="Arial" w:cs="Arial"/>
          <w:sz w:val="24"/>
          <w:szCs w:val="24"/>
        </w:rPr>
        <w:t>się</w:t>
      </w:r>
      <w:proofErr w:type="spellEnd"/>
      <w:r w:rsidRPr="00F70477">
        <w:rPr>
          <w:rFonts w:eastAsia="Arial" w:cs="Arial"/>
          <w:sz w:val="24"/>
          <w:szCs w:val="24"/>
        </w:rPr>
        <w:t xml:space="preserve"> z </w:t>
      </w:r>
      <w:proofErr w:type="spellStart"/>
      <w:r w:rsidRPr="00F70477">
        <w:rPr>
          <w:rFonts w:eastAsia="Arial" w:cs="Arial"/>
          <w:sz w:val="24"/>
          <w:szCs w:val="24"/>
        </w:rPr>
        <w:t>Regulaminem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rekrutacji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uczestnictwa</w:t>
      </w:r>
      <w:proofErr w:type="spellEnd"/>
      <w:r w:rsidRPr="00F70477">
        <w:rPr>
          <w:rFonts w:eastAsia="Arial" w:cs="Arial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sz w:val="24"/>
          <w:szCs w:val="24"/>
        </w:rPr>
        <w:t>projekcie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akceptuję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jego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postanowienia</w:t>
      </w:r>
      <w:proofErr w:type="spellEnd"/>
      <w:r w:rsidRPr="00F70477">
        <w:rPr>
          <w:rFonts w:eastAsia="Arial" w:cs="Arial"/>
          <w:sz w:val="24"/>
          <w:szCs w:val="24"/>
        </w:rPr>
        <w:t>.</w:t>
      </w:r>
    </w:p>
    <w:p w14:paraId="686C9F87" w14:textId="77777777" w:rsidR="00334B36" w:rsidRPr="00F70477" w:rsidRDefault="00D42F97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Przyjmuję</w:t>
      </w:r>
      <w:proofErr w:type="spellEnd"/>
      <w:r w:rsidRPr="00F70477">
        <w:rPr>
          <w:rFonts w:eastAsia="Arial" w:cs="Arial"/>
          <w:sz w:val="24"/>
          <w:szCs w:val="24"/>
        </w:rPr>
        <w:t xml:space="preserve"> do </w:t>
      </w:r>
      <w:proofErr w:type="spellStart"/>
      <w:r w:rsidRPr="00F70477">
        <w:rPr>
          <w:rFonts w:eastAsia="Arial" w:cs="Arial"/>
          <w:sz w:val="24"/>
          <w:szCs w:val="24"/>
        </w:rPr>
        <w:t>wiadomości</w:t>
      </w:r>
      <w:proofErr w:type="spellEnd"/>
      <w:r w:rsidRPr="00F70477">
        <w:rPr>
          <w:rFonts w:eastAsia="Arial" w:cs="Arial"/>
          <w:sz w:val="24"/>
          <w:szCs w:val="24"/>
        </w:rPr>
        <w:t xml:space="preserve">, </w:t>
      </w:r>
      <w:proofErr w:type="spellStart"/>
      <w:r w:rsidRPr="00F70477">
        <w:rPr>
          <w:rFonts w:eastAsia="Arial" w:cs="Arial"/>
          <w:sz w:val="24"/>
          <w:szCs w:val="24"/>
        </w:rPr>
        <w:t>że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udział</w:t>
      </w:r>
      <w:proofErr w:type="spellEnd"/>
      <w:r w:rsidRPr="00F70477">
        <w:rPr>
          <w:rFonts w:eastAsia="Arial" w:cs="Arial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sz w:val="24"/>
          <w:szCs w:val="24"/>
        </w:rPr>
        <w:t>formach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wsparcia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realizowanych</w:t>
      </w:r>
      <w:proofErr w:type="spellEnd"/>
      <w:r w:rsidRPr="00F70477">
        <w:rPr>
          <w:rFonts w:eastAsia="Arial" w:cs="Arial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sz w:val="24"/>
          <w:szCs w:val="24"/>
        </w:rPr>
        <w:t>ramach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projektu</w:t>
      </w:r>
      <w:proofErr w:type="spellEnd"/>
      <w:r w:rsidRPr="00F70477">
        <w:rPr>
          <w:rFonts w:eastAsia="Arial" w:cs="Arial"/>
          <w:sz w:val="24"/>
          <w:szCs w:val="24"/>
        </w:rPr>
        <w:t xml:space="preserve"> jest </w:t>
      </w:r>
      <w:proofErr w:type="spellStart"/>
      <w:r w:rsidRPr="00F70477">
        <w:rPr>
          <w:rFonts w:eastAsia="Arial" w:cs="Arial"/>
          <w:sz w:val="24"/>
          <w:szCs w:val="24"/>
        </w:rPr>
        <w:t>bezpłatny</w:t>
      </w:r>
      <w:proofErr w:type="spellEnd"/>
      <w:r w:rsidRPr="00F70477">
        <w:rPr>
          <w:rFonts w:eastAsia="Arial" w:cs="Arial"/>
          <w:sz w:val="24"/>
          <w:szCs w:val="24"/>
        </w:rPr>
        <w:t>.</w:t>
      </w:r>
    </w:p>
    <w:p w14:paraId="2A30FC13" w14:textId="77777777" w:rsidR="00334B36" w:rsidRPr="00F70477" w:rsidRDefault="00D42F97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Potwierdzam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że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zapoznałem</w:t>
      </w:r>
      <w:proofErr w:type="spellEnd"/>
      <w:r>
        <w:rPr>
          <w:rFonts w:eastAsia="Arial" w:cs="Arial"/>
          <w:sz w:val="24"/>
        </w:rPr>
        <w:t xml:space="preserve">/am </w:t>
      </w:r>
      <w:proofErr w:type="spellStart"/>
      <w:r>
        <w:rPr>
          <w:rFonts w:eastAsia="Arial" w:cs="Arial"/>
          <w:sz w:val="24"/>
        </w:rPr>
        <w:t>się</w:t>
      </w:r>
      <w:proofErr w:type="spellEnd"/>
      <w:r>
        <w:rPr>
          <w:rFonts w:eastAsia="Arial" w:cs="Arial"/>
          <w:sz w:val="24"/>
        </w:rPr>
        <w:t xml:space="preserve"> z </w:t>
      </w:r>
      <w:proofErr w:type="spellStart"/>
      <w:r>
        <w:rPr>
          <w:rFonts w:eastAsia="Arial" w:cs="Arial"/>
          <w:sz w:val="24"/>
        </w:rPr>
        <w:t>informacjami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wynikającymi</w:t>
      </w:r>
      <w:proofErr w:type="spellEnd"/>
      <w:r>
        <w:rPr>
          <w:rFonts w:eastAsia="Arial" w:cs="Arial"/>
          <w:sz w:val="24"/>
        </w:rPr>
        <w:t xml:space="preserve"> z art. 13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art. 14 RODO, </w:t>
      </w:r>
      <w:proofErr w:type="spellStart"/>
      <w:r>
        <w:rPr>
          <w:rFonts w:eastAsia="Arial" w:cs="Arial"/>
          <w:sz w:val="24"/>
        </w:rPr>
        <w:t>zawartymi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klauzuli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informacyjnej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stanowiącej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Załącznik</w:t>
      </w:r>
      <w:proofErr w:type="spellEnd"/>
      <w:r>
        <w:rPr>
          <w:rFonts w:eastAsia="Arial" w:cs="Arial"/>
          <w:sz w:val="24"/>
        </w:rPr>
        <w:t xml:space="preserve"> nr 4 do </w:t>
      </w:r>
      <w:proofErr w:type="spellStart"/>
      <w:r>
        <w:rPr>
          <w:rFonts w:eastAsia="Arial" w:cs="Arial"/>
          <w:sz w:val="24"/>
        </w:rPr>
        <w:t>Regulaminu</w:t>
      </w:r>
      <w:proofErr w:type="spellEnd"/>
      <w:r>
        <w:rPr>
          <w:rFonts w:eastAsia="Arial" w:cs="Arial"/>
          <w:sz w:val="24"/>
        </w:rPr>
        <w:t>.</w:t>
      </w:r>
    </w:p>
    <w:p w14:paraId="34432C4F" w14:textId="039014F2" w:rsidR="009B6187" w:rsidRDefault="00935E8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Zobowiązuję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się</w:t>
      </w:r>
      <w:proofErr w:type="spellEnd"/>
      <w:r w:rsidR="006A699D" w:rsidRPr="006A699D">
        <w:rPr>
          <w:rFonts w:eastAsia="Arial" w:cs="Arial"/>
          <w:sz w:val="24"/>
        </w:rPr>
        <w:t xml:space="preserve">, </w:t>
      </w:r>
      <w:proofErr w:type="spellStart"/>
      <w:r w:rsidR="006A699D" w:rsidRPr="006A699D">
        <w:rPr>
          <w:rFonts w:eastAsia="Arial" w:cs="Arial"/>
          <w:sz w:val="24"/>
        </w:rPr>
        <w:t>na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wezwanie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Beneficjenta</w:t>
      </w:r>
      <w:proofErr w:type="spellEnd"/>
      <w:r w:rsidR="006A699D" w:rsidRPr="006A699D">
        <w:rPr>
          <w:rFonts w:eastAsia="Arial" w:cs="Arial"/>
          <w:sz w:val="24"/>
        </w:rPr>
        <w:t xml:space="preserve">, do </w:t>
      </w:r>
      <w:proofErr w:type="spellStart"/>
      <w:r w:rsidR="006A699D" w:rsidRPr="006A699D">
        <w:rPr>
          <w:rFonts w:eastAsia="Arial" w:cs="Arial"/>
          <w:sz w:val="24"/>
        </w:rPr>
        <w:t>przekazania</w:t>
      </w:r>
      <w:proofErr w:type="spellEnd"/>
      <w:r w:rsidR="006A699D" w:rsidRPr="006A699D">
        <w:rPr>
          <w:rFonts w:eastAsia="Arial" w:cs="Arial"/>
          <w:sz w:val="24"/>
        </w:rPr>
        <w:t xml:space="preserve">, w </w:t>
      </w:r>
      <w:proofErr w:type="spellStart"/>
      <w:r w:rsidR="006A699D" w:rsidRPr="006A699D">
        <w:rPr>
          <w:rFonts w:eastAsia="Arial" w:cs="Arial"/>
          <w:sz w:val="24"/>
        </w:rPr>
        <w:t>terminie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przez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niego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wskazanym</w:t>
      </w:r>
      <w:proofErr w:type="spellEnd"/>
      <w:r w:rsidR="006A699D" w:rsidRPr="006A699D">
        <w:rPr>
          <w:rFonts w:eastAsia="Arial" w:cs="Arial"/>
          <w:sz w:val="24"/>
        </w:rPr>
        <w:t xml:space="preserve">, </w:t>
      </w:r>
      <w:proofErr w:type="spellStart"/>
      <w:r w:rsidR="006A699D" w:rsidRPr="006A699D">
        <w:rPr>
          <w:rFonts w:eastAsia="Arial" w:cs="Arial"/>
          <w:sz w:val="24"/>
        </w:rPr>
        <w:t>nie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później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jednak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niż</w:t>
      </w:r>
      <w:proofErr w:type="spellEnd"/>
      <w:r w:rsidR="006A699D" w:rsidRPr="006A699D">
        <w:rPr>
          <w:rFonts w:eastAsia="Arial" w:cs="Arial"/>
          <w:sz w:val="24"/>
        </w:rPr>
        <w:t xml:space="preserve"> w </w:t>
      </w:r>
      <w:proofErr w:type="spellStart"/>
      <w:r w:rsidR="006A699D" w:rsidRPr="006A699D">
        <w:rPr>
          <w:rFonts w:eastAsia="Arial" w:cs="Arial"/>
          <w:sz w:val="24"/>
        </w:rPr>
        <w:t>ciągu</w:t>
      </w:r>
      <w:proofErr w:type="spellEnd"/>
      <w:r w:rsidR="006A699D" w:rsidRPr="006A699D">
        <w:rPr>
          <w:rFonts w:eastAsia="Arial" w:cs="Arial"/>
          <w:sz w:val="24"/>
        </w:rPr>
        <w:t xml:space="preserve"> 4 </w:t>
      </w:r>
      <w:proofErr w:type="spellStart"/>
      <w:r w:rsidR="006A699D" w:rsidRPr="006A699D">
        <w:rPr>
          <w:rFonts w:eastAsia="Arial" w:cs="Arial"/>
          <w:sz w:val="24"/>
        </w:rPr>
        <w:t>tygodni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od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dnia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zakończenia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udziału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dziecka</w:t>
      </w:r>
      <w:proofErr w:type="spellEnd"/>
      <w:r w:rsidR="006A699D" w:rsidRPr="006A699D">
        <w:rPr>
          <w:rFonts w:eastAsia="Arial" w:cs="Arial"/>
          <w:sz w:val="24"/>
        </w:rPr>
        <w:t xml:space="preserve"> w </w:t>
      </w:r>
      <w:proofErr w:type="spellStart"/>
      <w:r w:rsidR="006A699D" w:rsidRPr="006A699D">
        <w:rPr>
          <w:rFonts w:eastAsia="Arial" w:cs="Arial"/>
          <w:sz w:val="24"/>
        </w:rPr>
        <w:t>projekcie</w:t>
      </w:r>
      <w:proofErr w:type="spellEnd"/>
      <w:r w:rsidR="006A699D" w:rsidRPr="006A699D">
        <w:rPr>
          <w:rFonts w:eastAsia="Arial" w:cs="Arial"/>
          <w:sz w:val="24"/>
        </w:rPr>
        <w:t xml:space="preserve">, </w:t>
      </w:r>
      <w:proofErr w:type="spellStart"/>
      <w:r w:rsidR="006A699D" w:rsidRPr="006A699D">
        <w:rPr>
          <w:rFonts w:eastAsia="Arial" w:cs="Arial"/>
          <w:sz w:val="24"/>
        </w:rPr>
        <w:t>informacji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niezbędnych</w:t>
      </w:r>
      <w:proofErr w:type="spellEnd"/>
      <w:r w:rsidR="006A699D" w:rsidRPr="006A699D">
        <w:rPr>
          <w:rFonts w:eastAsia="Arial" w:cs="Arial"/>
          <w:sz w:val="24"/>
        </w:rPr>
        <w:t xml:space="preserve"> do </w:t>
      </w:r>
      <w:proofErr w:type="spellStart"/>
      <w:r w:rsidR="006A699D" w:rsidRPr="006A699D">
        <w:rPr>
          <w:rFonts w:eastAsia="Arial" w:cs="Arial"/>
          <w:sz w:val="24"/>
        </w:rPr>
        <w:t>ustalenia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sytuacji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dziecka</w:t>
      </w:r>
      <w:proofErr w:type="spellEnd"/>
      <w:r w:rsidR="006A699D" w:rsidRPr="006A699D">
        <w:rPr>
          <w:rFonts w:eastAsia="Arial" w:cs="Arial"/>
          <w:sz w:val="24"/>
        </w:rPr>
        <w:t xml:space="preserve"> po </w:t>
      </w:r>
      <w:proofErr w:type="spellStart"/>
      <w:r w:rsidR="006A699D" w:rsidRPr="006A699D">
        <w:rPr>
          <w:rFonts w:eastAsia="Arial" w:cs="Arial"/>
          <w:sz w:val="24"/>
        </w:rPr>
        <w:t>opuszczeniu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projektu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oraz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pomiaru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właściwych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wskaźników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rezultatu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bezpośredniego</w:t>
      </w:r>
      <w:proofErr w:type="spellEnd"/>
      <w:r w:rsidR="006A699D" w:rsidRPr="006A699D">
        <w:rPr>
          <w:rFonts w:eastAsia="Arial" w:cs="Arial"/>
          <w:sz w:val="24"/>
        </w:rPr>
        <w:t xml:space="preserve"> – </w:t>
      </w:r>
      <w:proofErr w:type="spellStart"/>
      <w:r w:rsidR="006A699D" w:rsidRPr="006A699D">
        <w:rPr>
          <w:rFonts w:eastAsia="Arial" w:cs="Arial"/>
          <w:sz w:val="24"/>
        </w:rPr>
        <w:t>wyłącznie</w:t>
      </w:r>
      <w:proofErr w:type="spellEnd"/>
      <w:r w:rsidR="006A699D" w:rsidRPr="006A699D">
        <w:rPr>
          <w:rFonts w:eastAsia="Arial" w:cs="Arial"/>
          <w:sz w:val="24"/>
        </w:rPr>
        <w:t xml:space="preserve"> w </w:t>
      </w:r>
      <w:proofErr w:type="spellStart"/>
      <w:r w:rsidR="006A699D" w:rsidRPr="006A699D">
        <w:rPr>
          <w:rFonts w:eastAsia="Arial" w:cs="Arial"/>
          <w:sz w:val="24"/>
        </w:rPr>
        <w:t>zakresie</w:t>
      </w:r>
      <w:proofErr w:type="spellEnd"/>
      <w:r w:rsidR="006A699D" w:rsidRPr="006A699D">
        <w:rPr>
          <w:rFonts w:eastAsia="Arial" w:cs="Arial"/>
          <w:sz w:val="24"/>
        </w:rPr>
        <w:t xml:space="preserve">, w </w:t>
      </w:r>
      <w:proofErr w:type="spellStart"/>
      <w:r w:rsidR="006A699D" w:rsidRPr="006A699D">
        <w:rPr>
          <w:rFonts w:eastAsia="Arial" w:cs="Arial"/>
          <w:sz w:val="24"/>
        </w:rPr>
        <w:t>jakim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Beneficjent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nie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posiada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tych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informacji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albo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nie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może</w:t>
      </w:r>
      <w:proofErr w:type="spellEnd"/>
      <w:r w:rsidR="006A699D" w:rsidRPr="006A699D">
        <w:rPr>
          <w:rFonts w:eastAsia="Arial" w:cs="Arial"/>
          <w:sz w:val="24"/>
        </w:rPr>
        <w:t xml:space="preserve"> ich </w:t>
      </w:r>
      <w:proofErr w:type="spellStart"/>
      <w:r w:rsidR="006A699D" w:rsidRPr="006A699D">
        <w:rPr>
          <w:rFonts w:eastAsia="Arial" w:cs="Arial"/>
          <w:sz w:val="24"/>
        </w:rPr>
        <w:t>wiarygodnie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ustalić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na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podstawie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dokumentacji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projektu</w:t>
      </w:r>
      <w:proofErr w:type="spellEnd"/>
      <w:r w:rsidR="006A699D" w:rsidRPr="006A699D">
        <w:rPr>
          <w:rFonts w:eastAsia="Arial" w:cs="Arial"/>
          <w:sz w:val="24"/>
        </w:rPr>
        <w:t xml:space="preserve">, OWP </w:t>
      </w:r>
      <w:proofErr w:type="spellStart"/>
      <w:r w:rsidR="006A699D" w:rsidRPr="006A699D">
        <w:rPr>
          <w:rFonts w:eastAsia="Arial" w:cs="Arial"/>
          <w:sz w:val="24"/>
        </w:rPr>
        <w:t>lub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szkoły</w:t>
      </w:r>
      <w:proofErr w:type="spellEnd"/>
      <w:r>
        <w:rPr>
          <w:rFonts w:eastAsia="Arial" w:cs="Arial"/>
          <w:sz w:val="24"/>
        </w:rPr>
        <w:t>.</w:t>
      </w:r>
    </w:p>
    <w:p w14:paraId="1007B083" w14:textId="3E3CFFCD" w:rsidR="00D87768" w:rsidRDefault="00B21CFC" w:rsidP="00B21CFC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 w:rsidRPr="00B21CFC">
        <w:rPr>
          <w:rFonts w:cs="Arial"/>
          <w:sz w:val="24"/>
          <w:szCs w:val="24"/>
        </w:rPr>
        <w:t>Jeżeli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Beneficjent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posiada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wymagane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informacje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albo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może</w:t>
      </w:r>
      <w:proofErr w:type="spellEnd"/>
      <w:r w:rsidRPr="00B21CFC">
        <w:rPr>
          <w:rFonts w:cs="Arial"/>
          <w:sz w:val="24"/>
          <w:szCs w:val="24"/>
        </w:rPr>
        <w:t xml:space="preserve"> je </w:t>
      </w:r>
      <w:proofErr w:type="spellStart"/>
      <w:r w:rsidRPr="00B21CFC">
        <w:rPr>
          <w:rFonts w:cs="Arial"/>
          <w:sz w:val="24"/>
          <w:szCs w:val="24"/>
        </w:rPr>
        <w:t>wiarygodnie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ustalić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na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podstawie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dostępnej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dokumentacji</w:t>
      </w:r>
      <w:proofErr w:type="spellEnd"/>
      <w:r w:rsidRPr="00B21CFC">
        <w:rPr>
          <w:rFonts w:cs="Arial"/>
          <w:sz w:val="24"/>
          <w:szCs w:val="24"/>
        </w:rPr>
        <w:t xml:space="preserve">, </w:t>
      </w:r>
      <w:proofErr w:type="spellStart"/>
      <w:r w:rsidRPr="00B21CFC">
        <w:rPr>
          <w:rFonts w:cs="Arial"/>
          <w:sz w:val="24"/>
          <w:szCs w:val="24"/>
        </w:rPr>
        <w:t>rodzic</w:t>
      </w:r>
      <w:proofErr w:type="spellEnd"/>
      <w:r w:rsidRPr="00B21CFC">
        <w:rPr>
          <w:rFonts w:cs="Arial"/>
          <w:sz w:val="24"/>
          <w:szCs w:val="24"/>
        </w:rPr>
        <w:t>/</w:t>
      </w:r>
      <w:proofErr w:type="spellStart"/>
      <w:r w:rsidRPr="00B21CFC">
        <w:rPr>
          <w:rFonts w:cs="Arial"/>
          <w:sz w:val="24"/>
          <w:szCs w:val="24"/>
        </w:rPr>
        <w:t>opiekun</w:t>
      </w:r>
      <w:proofErr w:type="spellEnd"/>
      <w:r w:rsidRPr="00B21CFC">
        <w:rPr>
          <w:rFonts w:cs="Arial"/>
          <w:sz w:val="24"/>
          <w:szCs w:val="24"/>
        </w:rPr>
        <w:t xml:space="preserve"> prawny </w:t>
      </w:r>
      <w:proofErr w:type="spellStart"/>
      <w:r w:rsidRPr="00B21CFC">
        <w:rPr>
          <w:rFonts w:cs="Arial"/>
          <w:sz w:val="24"/>
          <w:szCs w:val="24"/>
        </w:rPr>
        <w:t>nie</w:t>
      </w:r>
      <w:proofErr w:type="spellEnd"/>
      <w:r w:rsidRPr="00B21CFC">
        <w:rPr>
          <w:rFonts w:cs="Arial"/>
          <w:sz w:val="24"/>
          <w:szCs w:val="24"/>
        </w:rPr>
        <w:t xml:space="preserve"> jest </w:t>
      </w:r>
      <w:proofErr w:type="spellStart"/>
      <w:r w:rsidRPr="00B21CFC">
        <w:rPr>
          <w:rFonts w:cs="Arial"/>
          <w:sz w:val="24"/>
          <w:szCs w:val="24"/>
        </w:rPr>
        <w:t>zobowiązany</w:t>
      </w:r>
      <w:proofErr w:type="spellEnd"/>
      <w:r w:rsidRPr="00B21CFC">
        <w:rPr>
          <w:rFonts w:cs="Arial"/>
          <w:sz w:val="24"/>
          <w:szCs w:val="24"/>
        </w:rPr>
        <w:t xml:space="preserve"> do </w:t>
      </w:r>
      <w:proofErr w:type="spellStart"/>
      <w:r w:rsidRPr="00B21CFC">
        <w:rPr>
          <w:rFonts w:cs="Arial"/>
          <w:sz w:val="24"/>
          <w:szCs w:val="24"/>
        </w:rPr>
        <w:t>składania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dodatkowego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oświadczenia</w:t>
      </w:r>
      <w:proofErr w:type="spellEnd"/>
      <w:r w:rsidRPr="00B21CFC">
        <w:rPr>
          <w:rFonts w:cs="Arial"/>
          <w:sz w:val="24"/>
          <w:szCs w:val="24"/>
        </w:rPr>
        <w:t xml:space="preserve">. </w:t>
      </w:r>
      <w:proofErr w:type="spellStart"/>
      <w:r w:rsidRPr="00B21CFC">
        <w:rPr>
          <w:rFonts w:cs="Arial"/>
          <w:sz w:val="24"/>
          <w:szCs w:val="24"/>
        </w:rPr>
        <w:t>Sytuację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dziecka</w:t>
      </w:r>
      <w:proofErr w:type="spellEnd"/>
      <w:r w:rsidRPr="00B21CFC">
        <w:rPr>
          <w:rFonts w:cs="Arial"/>
          <w:sz w:val="24"/>
          <w:szCs w:val="24"/>
        </w:rPr>
        <w:t xml:space="preserve"> po </w:t>
      </w:r>
      <w:proofErr w:type="spellStart"/>
      <w:r w:rsidRPr="00B21CFC">
        <w:rPr>
          <w:rFonts w:cs="Arial"/>
          <w:sz w:val="24"/>
          <w:szCs w:val="24"/>
        </w:rPr>
        <w:t>opuszczeniu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projektu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dokumentuje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upoważniony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pracownik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Beneficjenta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lub</w:t>
      </w:r>
      <w:proofErr w:type="spellEnd"/>
      <w:r w:rsidRPr="00B21CFC">
        <w:rPr>
          <w:rFonts w:cs="Arial"/>
          <w:sz w:val="24"/>
          <w:szCs w:val="24"/>
        </w:rPr>
        <w:t xml:space="preserve"> OWP w </w:t>
      </w:r>
      <w:proofErr w:type="spellStart"/>
      <w:r w:rsidRPr="00B21CFC">
        <w:rPr>
          <w:rFonts w:cs="Arial"/>
          <w:sz w:val="24"/>
          <w:szCs w:val="24"/>
        </w:rPr>
        <w:t>zbiorczym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Załączniku</w:t>
      </w:r>
      <w:proofErr w:type="spellEnd"/>
      <w:r w:rsidRPr="00B21CFC">
        <w:rPr>
          <w:rFonts w:cs="Arial"/>
          <w:sz w:val="24"/>
          <w:szCs w:val="24"/>
        </w:rPr>
        <w:t xml:space="preserve"> nr </w:t>
      </w:r>
      <w:r w:rsidR="00380593">
        <w:rPr>
          <w:rFonts w:cs="Arial"/>
          <w:sz w:val="24"/>
          <w:szCs w:val="24"/>
        </w:rPr>
        <w:t>7</w:t>
      </w:r>
      <w:r w:rsidRPr="00B21CFC">
        <w:rPr>
          <w:rFonts w:cs="Arial"/>
          <w:sz w:val="24"/>
          <w:szCs w:val="24"/>
        </w:rPr>
        <w:t>.</w:t>
      </w:r>
    </w:p>
    <w:p w14:paraId="4C750E76" w14:textId="77777777" w:rsidR="00B21CFC" w:rsidRPr="00F70477" w:rsidRDefault="00B21CFC" w:rsidP="00F70477">
      <w:pPr>
        <w:widowControl w:val="0"/>
        <w:spacing w:after="0" w:line="360" w:lineRule="auto"/>
        <w:ind w:left="142" w:hanging="142"/>
        <w:rPr>
          <w:rFonts w:cs="Arial"/>
          <w:sz w:val="24"/>
          <w:szCs w:val="24"/>
        </w:rPr>
      </w:pPr>
    </w:p>
    <w:p w14:paraId="57C6D36E" w14:textId="61D7A38F" w:rsidR="00F70477" w:rsidRDefault="00D73062" w:rsidP="00F70477">
      <w:pPr>
        <w:widowControl w:val="0"/>
        <w:spacing w:after="0" w:line="360" w:lineRule="auto"/>
        <w:rPr>
          <w:rFonts w:cs="Arial"/>
          <w:b/>
          <w:sz w:val="24"/>
          <w:szCs w:val="24"/>
        </w:rPr>
      </w:pPr>
      <w:proofErr w:type="spellStart"/>
      <w:r w:rsidRPr="00D73062">
        <w:rPr>
          <w:rFonts w:eastAsia="Arial" w:cs="Arial"/>
          <w:sz w:val="24"/>
          <w:szCs w:val="24"/>
        </w:rPr>
        <w:t>Dobrowolna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zgoda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na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utrwalanie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i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rozpowszechnianie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wizerunku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dziecka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została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zawarta</w:t>
      </w:r>
      <w:proofErr w:type="spellEnd"/>
      <w:r w:rsidRPr="00D73062">
        <w:rPr>
          <w:rFonts w:eastAsia="Arial" w:cs="Arial"/>
          <w:sz w:val="24"/>
          <w:szCs w:val="24"/>
        </w:rPr>
        <w:t xml:space="preserve"> w </w:t>
      </w:r>
      <w:proofErr w:type="spellStart"/>
      <w:r w:rsidRPr="00D73062">
        <w:rPr>
          <w:rFonts w:eastAsia="Arial" w:cs="Arial"/>
          <w:sz w:val="24"/>
          <w:szCs w:val="24"/>
        </w:rPr>
        <w:t>części</w:t>
      </w:r>
      <w:proofErr w:type="spellEnd"/>
      <w:r w:rsidRPr="00D73062">
        <w:rPr>
          <w:rFonts w:eastAsia="Arial" w:cs="Arial"/>
          <w:sz w:val="24"/>
          <w:szCs w:val="24"/>
        </w:rPr>
        <w:t xml:space="preserve"> J </w:t>
      </w:r>
      <w:proofErr w:type="spellStart"/>
      <w:r w:rsidRPr="00D73062">
        <w:rPr>
          <w:rFonts w:eastAsia="Arial" w:cs="Arial"/>
          <w:sz w:val="24"/>
          <w:szCs w:val="24"/>
        </w:rPr>
        <w:t>formularza</w:t>
      </w:r>
      <w:proofErr w:type="spellEnd"/>
      <w:r w:rsidRPr="00D73062">
        <w:rPr>
          <w:rFonts w:eastAsia="Arial" w:cs="Arial"/>
          <w:sz w:val="24"/>
          <w:szCs w:val="24"/>
        </w:rPr>
        <w:t xml:space="preserve">. </w:t>
      </w:r>
      <w:proofErr w:type="spellStart"/>
      <w:r w:rsidRPr="00D73062">
        <w:rPr>
          <w:rFonts w:eastAsia="Arial" w:cs="Arial"/>
          <w:sz w:val="24"/>
          <w:szCs w:val="24"/>
        </w:rPr>
        <w:t>Część</w:t>
      </w:r>
      <w:proofErr w:type="spellEnd"/>
      <w:r w:rsidRPr="00D73062">
        <w:rPr>
          <w:rFonts w:eastAsia="Arial" w:cs="Arial"/>
          <w:sz w:val="24"/>
          <w:szCs w:val="24"/>
        </w:rPr>
        <w:t xml:space="preserve"> J ma </w:t>
      </w:r>
      <w:proofErr w:type="spellStart"/>
      <w:r w:rsidRPr="00D73062">
        <w:rPr>
          <w:rFonts w:eastAsia="Arial" w:cs="Arial"/>
          <w:sz w:val="24"/>
          <w:szCs w:val="24"/>
        </w:rPr>
        <w:t>charakter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fakultatywny</w:t>
      </w:r>
      <w:proofErr w:type="spellEnd"/>
      <w:r w:rsidRPr="00D73062">
        <w:rPr>
          <w:rFonts w:eastAsia="Arial" w:cs="Arial"/>
          <w:sz w:val="24"/>
          <w:szCs w:val="24"/>
        </w:rPr>
        <w:t xml:space="preserve">. </w:t>
      </w:r>
      <w:proofErr w:type="spellStart"/>
      <w:r w:rsidRPr="00D73062">
        <w:rPr>
          <w:rFonts w:eastAsia="Arial" w:cs="Arial"/>
          <w:sz w:val="24"/>
          <w:szCs w:val="24"/>
        </w:rPr>
        <w:t>Jej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niewypełnienie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albo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niewyrażenie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zgody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nie</w:t>
      </w:r>
      <w:proofErr w:type="spellEnd"/>
      <w:r w:rsidRPr="00D73062">
        <w:rPr>
          <w:rFonts w:eastAsia="Arial" w:cs="Arial"/>
          <w:sz w:val="24"/>
          <w:szCs w:val="24"/>
        </w:rPr>
        <w:t xml:space="preserve"> ma </w:t>
      </w:r>
      <w:proofErr w:type="spellStart"/>
      <w:r w:rsidRPr="00D73062">
        <w:rPr>
          <w:rFonts w:eastAsia="Arial" w:cs="Arial"/>
          <w:sz w:val="24"/>
          <w:szCs w:val="24"/>
        </w:rPr>
        <w:t>wpływu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na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rekrutację</w:t>
      </w:r>
      <w:proofErr w:type="spellEnd"/>
      <w:r w:rsidRPr="00D73062">
        <w:rPr>
          <w:rFonts w:eastAsia="Arial" w:cs="Arial"/>
          <w:sz w:val="24"/>
          <w:szCs w:val="24"/>
        </w:rPr>
        <w:t xml:space="preserve">, </w:t>
      </w:r>
      <w:proofErr w:type="spellStart"/>
      <w:r w:rsidRPr="00D73062">
        <w:rPr>
          <w:rFonts w:eastAsia="Arial" w:cs="Arial"/>
          <w:sz w:val="24"/>
          <w:szCs w:val="24"/>
        </w:rPr>
        <w:t>udział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dziecka</w:t>
      </w:r>
      <w:proofErr w:type="spellEnd"/>
      <w:r w:rsidRPr="00D73062">
        <w:rPr>
          <w:rFonts w:eastAsia="Arial" w:cs="Arial"/>
          <w:sz w:val="24"/>
          <w:szCs w:val="24"/>
        </w:rPr>
        <w:t xml:space="preserve"> w </w:t>
      </w:r>
      <w:proofErr w:type="spellStart"/>
      <w:r w:rsidRPr="00D73062">
        <w:rPr>
          <w:rFonts w:eastAsia="Arial" w:cs="Arial"/>
          <w:sz w:val="24"/>
          <w:szCs w:val="24"/>
        </w:rPr>
        <w:t>projekcie</w:t>
      </w:r>
      <w:proofErr w:type="spellEnd"/>
      <w:r w:rsidRPr="00D73062">
        <w:rPr>
          <w:rFonts w:eastAsia="Arial" w:cs="Arial"/>
          <w:sz w:val="24"/>
          <w:szCs w:val="24"/>
        </w:rPr>
        <w:t xml:space="preserve"> ani </w:t>
      </w:r>
      <w:proofErr w:type="spellStart"/>
      <w:r w:rsidRPr="00D73062">
        <w:rPr>
          <w:rFonts w:eastAsia="Arial" w:cs="Arial"/>
          <w:sz w:val="24"/>
          <w:szCs w:val="24"/>
        </w:rPr>
        <w:t>zakres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udzielanego</w:t>
      </w:r>
      <w:proofErr w:type="spellEnd"/>
      <w:r w:rsidRPr="00D73062">
        <w:rPr>
          <w:rFonts w:eastAsia="Arial" w:cs="Arial"/>
          <w:sz w:val="24"/>
          <w:szCs w:val="24"/>
        </w:rPr>
        <w:t xml:space="preserve"> mu </w:t>
      </w:r>
      <w:proofErr w:type="spellStart"/>
      <w:r w:rsidRPr="00D73062">
        <w:rPr>
          <w:rFonts w:eastAsia="Arial" w:cs="Arial"/>
          <w:sz w:val="24"/>
          <w:szCs w:val="24"/>
        </w:rPr>
        <w:t>wsparcia</w:t>
      </w:r>
      <w:proofErr w:type="spellEnd"/>
      <w:r w:rsidRPr="00D73062">
        <w:rPr>
          <w:rFonts w:eastAsia="Arial" w:cs="Arial"/>
          <w:sz w:val="24"/>
          <w:szCs w:val="24"/>
        </w:rPr>
        <w:t>.</w:t>
      </w:r>
    </w:p>
    <w:p w14:paraId="01AA050C" w14:textId="77777777" w:rsidR="00334B36" w:rsidRPr="00F70477" w:rsidRDefault="00D42F97" w:rsidP="00F70477">
      <w:pPr>
        <w:keepNext/>
        <w:pageBreakBefore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lastRenderedPageBreak/>
        <w:t>I. INFORMACJA DOTYCZĄCA KPON I KARTY PRAW PODSTAWOWYCH UE</w:t>
      </w:r>
    </w:p>
    <w:p w14:paraId="729047EA" w14:textId="77777777" w:rsidR="00334B36" w:rsidRPr="00F70477" w:rsidRDefault="00D42F97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 w:rsidRPr="00F70477">
        <w:rPr>
          <w:rFonts w:eastAsia="Arial" w:cs="Arial"/>
          <w:sz w:val="24"/>
          <w:szCs w:val="24"/>
        </w:rPr>
        <w:t>Uczestnik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projektu</w:t>
      </w:r>
      <w:proofErr w:type="spellEnd"/>
      <w:r w:rsidRPr="00F70477">
        <w:rPr>
          <w:rFonts w:eastAsia="Arial" w:cs="Arial"/>
          <w:sz w:val="24"/>
          <w:szCs w:val="24"/>
        </w:rPr>
        <w:t xml:space="preserve">, a w </w:t>
      </w:r>
      <w:proofErr w:type="spellStart"/>
      <w:r w:rsidRPr="00F70477">
        <w:rPr>
          <w:rFonts w:eastAsia="Arial" w:cs="Arial"/>
          <w:sz w:val="24"/>
          <w:szCs w:val="24"/>
        </w:rPr>
        <w:t>przypadku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dziecka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jego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rodzic</w:t>
      </w:r>
      <w:proofErr w:type="spellEnd"/>
      <w:r w:rsidRPr="00F70477">
        <w:rPr>
          <w:rFonts w:eastAsia="Arial" w:cs="Arial"/>
          <w:sz w:val="24"/>
          <w:szCs w:val="24"/>
        </w:rPr>
        <w:t>/</w:t>
      </w:r>
      <w:proofErr w:type="spellStart"/>
      <w:r w:rsidRPr="00F70477">
        <w:rPr>
          <w:rFonts w:eastAsia="Arial" w:cs="Arial"/>
          <w:sz w:val="24"/>
          <w:szCs w:val="24"/>
        </w:rPr>
        <w:t>opiekun</w:t>
      </w:r>
      <w:proofErr w:type="spellEnd"/>
      <w:r w:rsidRPr="00F70477">
        <w:rPr>
          <w:rFonts w:eastAsia="Arial" w:cs="Arial"/>
          <w:sz w:val="24"/>
          <w:szCs w:val="24"/>
        </w:rPr>
        <w:t xml:space="preserve"> prawny, ma </w:t>
      </w:r>
      <w:proofErr w:type="spellStart"/>
      <w:r w:rsidRPr="00F70477">
        <w:rPr>
          <w:rFonts w:eastAsia="Arial" w:cs="Arial"/>
          <w:sz w:val="24"/>
          <w:szCs w:val="24"/>
        </w:rPr>
        <w:t>możliwość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zgłoszenia</w:t>
      </w:r>
      <w:proofErr w:type="spellEnd"/>
      <w:r w:rsidRPr="00F70477">
        <w:rPr>
          <w:rFonts w:eastAsia="Arial" w:cs="Arial"/>
          <w:sz w:val="24"/>
          <w:szCs w:val="24"/>
        </w:rPr>
        <w:t xml:space="preserve"> do </w:t>
      </w:r>
      <w:proofErr w:type="spellStart"/>
      <w:r w:rsidRPr="00F70477">
        <w:rPr>
          <w:rFonts w:eastAsia="Arial" w:cs="Arial"/>
          <w:sz w:val="24"/>
          <w:szCs w:val="24"/>
        </w:rPr>
        <w:t>Instytucji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Zarządzającej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programem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Fundusze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Europejskie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dla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Pomorza</w:t>
      </w:r>
      <w:proofErr w:type="spellEnd"/>
      <w:r w:rsidRPr="00F70477">
        <w:rPr>
          <w:rFonts w:eastAsia="Arial" w:cs="Arial"/>
          <w:sz w:val="24"/>
          <w:szCs w:val="24"/>
        </w:rPr>
        <w:t xml:space="preserve"> 2021–2027 </w:t>
      </w:r>
      <w:proofErr w:type="spellStart"/>
      <w:r w:rsidRPr="00F70477">
        <w:rPr>
          <w:rFonts w:eastAsia="Arial" w:cs="Arial"/>
          <w:sz w:val="24"/>
          <w:szCs w:val="24"/>
        </w:rPr>
        <w:t>podejrzenia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niezgodności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projektu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lub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działań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Beneficjenta</w:t>
      </w:r>
      <w:proofErr w:type="spellEnd"/>
      <w:r w:rsidRPr="00F70477">
        <w:rPr>
          <w:rFonts w:eastAsia="Arial" w:cs="Arial"/>
          <w:sz w:val="24"/>
          <w:szCs w:val="24"/>
        </w:rPr>
        <w:t xml:space="preserve"> z </w:t>
      </w:r>
      <w:proofErr w:type="spellStart"/>
      <w:r w:rsidRPr="00F70477">
        <w:rPr>
          <w:rFonts w:eastAsia="Arial" w:cs="Arial"/>
          <w:sz w:val="24"/>
          <w:szCs w:val="24"/>
        </w:rPr>
        <w:t>postanowieniami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Konwencji</w:t>
      </w:r>
      <w:proofErr w:type="spellEnd"/>
      <w:r w:rsidRPr="00F70477">
        <w:rPr>
          <w:rFonts w:eastAsia="Arial" w:cs="Arial"/>
          <w:sz w:val="24"/>
          <w:szCs w:val="24"/>
        </w:rPr>
        <w:t xml:space="preserve"> o </w:t>
      </w:r>
      <w:proofErr w:type="spellStart"/>
      <w:r w:rsidRPr="00F70477">
        <w:rPr>
          <w:rFonts w:eastAsia="Arial" w:cs="Arial"/>
          <w:sz w:val="24"/>
          <w:szCs w:val="24"/>
        </w:rPr>
        <w:t>prawach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osób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niepełnosprawnych</w:t>
      </w:r>
      <w:proofErr w:type="spellEnd"/>
      <w:r w:rsidRPr="00F70477">
        <w:rPr>
          <w:rFonts w:eastAsia="Arial" w:cs="Arial"/>
          <w:sz w:val="24"/>
          <w:szCs w:val="24"/>
        </w:rPr>
        <w:t xml:space="preserve"> (KPON) </w:t>
      </w:r>
      <w:proofErr w:type="spellStart"/>
      <w:r w:rsidRPr="00F70477">
        <w:rPr>
          <w:rFonts w:eastAsia="Arial" w:cs="Arial"/>
          <w:sz w:val="24"/>
          <w:szCs w:val="24"/>
        </w:rPr>
        <w:t>lub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Karty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praw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podstawowych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Unii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Europejskiej</w:t>
      </w:r>
      <w:proofErr w:type="spellEnd"/>
      <w:r w:rsidRPr="00F70477">
        <w:rPr>
          <w:rFonts w:eastAsia="Arial" w:cs="Arial"/>
          <w:sz w:val="24"/>
          <w:szCs w:val="24"/>
        </w:rPr>
        <w:t xml:space="preserve"> (KPP), </w:t>
      </w:r>
      <w:proofErr w:type="spellStart"/>
      <w:r w:rsidRPr="00F70477">
        <w:rPr>
          <w:rFonts w:eastAsia="Arial" w:cs="Arial"/>
          <w:sz w:val="24"/>
          <w:szCs w:val="24"/>
        </w:rPr>
        <w:t>zgodnie</w:t>
      </w:r>
      <w:proofErr w:type="spellEnd"/>
      <w:r w:rsidRPr="00F70477">
        <w:rPr>
          <w:rFonts w:eastAsia="Arial" w:cs="Arial"/>
          <w:sz w:val="24"/>
          <w:szCs w:val="24"/>
        </w:rPr>
        <w:t xml:space="preserve"> z </w:t>
      </w:r>
      <w:proofErr w:type="spellStart"/>
      <w:r w:rsidRPr="00F70477">
        <w:rPr>
          <w:rFonts w:eastAsia="Arial" w:cs="Arial"/>
          <w:sz w:val="24"/>
          <w:szCs w:val="24"/>
        </w:rPr>
        <w:t>procedurami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obowiązującymi</w:t>
      </w:r>
      <w:proofErr w:type="spellEnd"/>
      <w:r w:rsidRPr="00F70477">
        <w:rPr>
          <w:rFonts w:eastAsia="Arial" w:cs="Arial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sz w:val="24"/>
          <w:szCs w:val="24"/>
        </w:rPr>
        <w:t>ramach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programu</w:t>
      </w:r>
      <w:proofErr w:type="spellEnd"/>
      <w:r w:rsidRPr="00F70477">
        <w:rPr>
          <w:rFonts w:eastAsia="Arial" w:cs="Arial"/>
          <w:sz w:val="24"/>
          <w:szCs w:val="24"/>
        </w:rPr>
        <w:t>.</w:t>
      </w:r>
    </w:p>
    <w:p w14:paraId="5A92ACA6" w14:textId="77777777" w:rsidR="00B8490F" w:rsidRPr="00B8490F" w:rsidRDefault="00B8490F" w:rsidP="00B8490F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  <w:proofErr w:type="spellStart"/>
      <w:r w:rsidRPr="00B8490F">
        <w:rPr>
          <w:rFonts w:eastAsia="Arial" w:cs="Arial"/>
          <w:b/>
          <w:sz w:val="24"/>
          <w:szCs w:val="24"/>
        </w:rPr>
        <w:t>Dokumenty</w:t>
      </w:r>
      <w:proofErr w:type="spellEnd"/>
      <w:r w:rsidRPr="00B8490F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/>
          <w:sz w:val="24"/>
          <w:szCs w:val="24"/>
        </w:rPr>
        <w:t>rekrutacyjne</w:t>
      </w:r>
      <w:proofErr w:type="spellEnd"/>
      <w:r w:rsidRPr="00B8490F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/>
          <w:sz w:val="24"/>
          <w:szCs w:val="24"/>
        </w:rPr>
        <w:t>można</w:t>
      </w:r>
      <w:proofErr w:type="spellEnd"/>
      <w:r w:rsidRPr="00B8490F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/>
          <w:sz w:val="24"/>
          <w:szCs w:val="24"/>
        </w:rPr>
        <w:t>złożyć</w:t>
      </w:r>
      <w:proofErr w:type="spellEnd"/>
      <w:r w:rsidRPr="00B8490F">
        <w:rPr>
          <w:rFonts w:eastAsia="Arial" w:cs="Arial"/>
          <w:b/>
          <w:sz w:val="24"/>
          <w:szCs w:val="24"/>
        </w:rPr>
        <w:t>:</w:t>
      </w:r>
    </w:p>
    <w:p w14:paraId="47F63D7D" w14:textId="77777777" w:rsidR="00B8490F" w:rsidRPr="00B8490F" w:rsidRDefault="00B8490F" w:rsidP="00B8490F">
      <w:pPr>
        <w:widowControl w:val="0"/>
        <w:spacing w:after="0" w:line="360" w:lineRule="auto"/>
        <w:rPr>
          <w:rFonts w:eastAsia="Arial" w:cs="Arial"/>
          <w:bCs/>
          <w:sz w:val="24"/>
          <w:szCs w:val="24"/>
        </w:rPr>
      </w:pPr>
      <w:r w:rsidRPr="00B8490F">
        <w:rPr>
          <w:rFonts w:eastAsia="Arial" w:cs="Arial"/>
          <w:bCs/>
          <w:sz w:val="24"/>
          <w:szCs w:val="24"/>
        </w:rPr>
        <w:t xml:space="preserve">a) w </w:t>
      </w:r>
      <w:proofErr w:type="spellStart"/>
      <w:r w:rsidRPr="00B8490F">
        <w:rPr>
          <w:rFonts w:eastAsia="Arial" w:cs="Arial"/>
          <w:bCs/>
          <w:sz w:val="24"/>
          <w:szCs w:val="24"/>
        </w:rPr>
        <w:t>formie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papierowej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– w OWP </w:t>
      </w:r>
      <w:proofErr w:type="spellStart"/>
      <w:r w:rsidRPr="00B8490F">
        <w:rPr>
          <w:rFonts w:eastAsia="Arial" w:cs="Arial"/>
          <w:bCs/>
          <w:sz w:val="24"/>
          <w:szCs w:val="24"/>
        </w:rPr>
        <w:t>objętym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projektem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lub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w </w:t>
      </w:r>
      <w:proofErr w:type="spellStart"/>
      <w:r w:rsidRPr="00B8490F">
        <w:rPr>
          <w:rFonts w:eastAsia="Arial" w:cs="Arial"/>
          <w:bCs/>
          <w:sz w:val="24"/>
          <w:szCs w:val="24"/>
        </w:rPr>
        <w:t>Urzędzie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Gminy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Luzino</w:t>
      </w:r>
      <w:proofErr w:type="spellEnd"/>
      <w:r w:rsidRPr="00B8490F">
        <w:rPr>
          <w:rFonts w:eastAsia="Arial" w:cs="Arial"/>
          <w:bCs/>
          <w:sz w:val="24"/>
          <w:szCs w:val="24"/>
        </w:rPr>
        <w:t>;</w:t>
      </w:r>
    </w:p>
    <w:p w14:paraId="19E16888" w14:textId="71ADEA35" w:rsidR="00924811" w:rsidRPr="00B8490F" w:rsidRDefault="00B8490F" w:rsidP="00B8490F">
      <w:pPr>
        <w:widowControl w:val="0"/>
        <w:spacing w:after="0" w:line="360" w:lineRule="auto"/>
        <w:rPr>
          <w:rFonts w:eastAsia="Arial" w:cs="Arial"/>
          <w:bCs/>
          <w:sz w:val="24"/>
          <w:szCs w:val="24"/>
        </w:rPr>
      </w:pPr>
      <w:r w:rsidRPr="00B8490F">
        <w:rPr>
          <w:rFonts w:eastAsia="Arial" w:cs="Arial"/>
          <w:bCs/>
          <w:sz w:val="24"/>
          <w:szCs w:val="24"/>
        </w:rPr>
        <w:t xml:space="preserve">b) w </w:t>
      </w:r>
      <w:proofErr w:type="spellStart"/>
      <w:r w:rsidRPr="00B8490F">
        <w:rPr>
          <w:rFonts w:eastAsia="Arial" w:cs="Arial"/>
          <w:bCs/>
          <w:sz w:val="24"/>
          <w:szCs w:val="24"/>
        </w:rPr>
        <w:t>formie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elektronicznej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– w </w:t>
      </w:r>
      <w:proofErr w:type="spellStart"/>
      <w:r w:rsidRPr="00B8490F">
        <w:rPr>
          <w:rFonts w:eastAsia="Arial" w:cs="Arial"/>
          <w:bCs/>
          <w:sz w:val="24"/>
          <w:szCs w:val="24"/>
        </w:rPr>
        <w:t>postaci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skanu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podpisanej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i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opatrzonej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datą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dokumentacji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, </w:t>
      </w:r>
      <w:proofErr w:type="spellStart"/>
      <w:r w:rsidRPr="00B8490F">
        <w:rPr>
          <w:rFonts w:eastAsia="Arial" w:cs="Arial"/>
          <w:bCs/>
          <w:sz w:val="24"/>
          <w:szCs w:val="24"/>
        </w:rPr>
        <w:t>przesłanego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na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adres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e-mail </w:t>
      </w:r>
      <w:proofErr w:type="spellStart"/>
      <w:r w:rsidRPr="00B8490F">
        <w:rPr>
          <w:rFonts w:eastAsia="Arial" w:cs="Arial"/>
          <w:bCs/>
          <w:sz w:val="24"/>
          <w:szCs w:val="24"/>
        </w:rPr>
        <w:t>Gminy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Luzino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: sekretariat@luzino.pl. </w:t>
      </w:r>
      <w:proofErr w:type="spellStart"/>
      <w:r w:rsidRPr="00B8490F">
        <w:rPr>
          <w:rFonts w:eastAsia="Arial" w:cs="Arial"/>
          <w:bCs/>
          <w:sz w:val="24"/>
          <w:szCs w:val="24"/>
        </w:rPr>
        <w:t>Dokumentacja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przesłana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w </w:t>
      </w:r>
      <w:proofErr w:type="spellStart"/>
      <w:r w:rsidRPr="00B8490F">
        <w:rPr>
          <w:rFonts w:eastAsia="Arial" w:cs="Arial"/>
          <w:bCs/>
          <w:sz w:val="24"/>
          <w:szCs w:val="24"/>
        </w:rPr>
        <w:t>formie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skanu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nie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wymaga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opatrzenia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pliku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dodatkowym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podpisem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elektronicznym</w:t>
      </w:r>
      <w:proofErr w:type="spellEnd"/>
      <w:r w:rsidRPr="00B8490F">
        <w:rPr>
          <w:rFonts w:eastAsia="Arial" w:cs="Arial"/>
          <w:bCs/>
          <w:sz w:val="24"/>
          <w:szCs w:val="24"/>
        </w:rPr>
        <w:t>.</w:t>
      </w:r>
    </w:p>
    <w:p w14:paraId="37FEE632" w14:textId="77777777" w:rsidR="00B8490F" w:rsidRPr="00F70477" w:rsidRDefault="00B8490F" w:rsidP="00B8490F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0D0391AA" w14:textId="10928E81" w:rsidR="00A777B0" w:rsidRDefault="00A777B0">
      <w:pPr>
        <w:widowControl w:val="0"/>
        <w:spacing w:after="0" w:line="360" w:lineRule="auto"/>
        <w:rPr>
          <w:rFonts w:eastAsia="Arial" w:cs="Arial"/>
          <w:i/>
          <w:sz w:val="24"/>
        </w:rPr>
      </w:pPr>
      <w:proofErr w:type="spellStart"/>
      <w:r w:rsidRPr="00A777B0">
        <w:rPr>
          <w:rFonts w:eastAsia="Arial" w:cs="Arial"/>
          <w:i/>
          <w:sz w:val="24"/>
        </w:rPr>
        <w:t>Potwierdzam</w:t>
      </w:r>
      <w:proofErr w:type="spellEnd"/>
      <w:r w:rsidRPr="00A777B0">
        <w:rPr>
          <w:rFonts w:eastAsia="Arial" w:cs="Arial"/>
          <w:i/>
          <w:sz w:val="24"/>
        </w:rPr>
        <w:t xml:space="preserve">, </w:t>
      </w:r>
      <w:proofErr w:type="spellStart"/>
      <w:r w:rsidRPr="00A777B0">
        <w:rPr>
          <w:rFonts w:eastAsia="Arial" w:cs="Arial"/>
          <w:i/>
          <w:sz w:val="24"/>
        </w:rPr>
        <w:t>że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dane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i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oświadczenia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81BD7">
        <w:rPr>
          <w:rFonts w:eastAsia="Arial" w:cs="Arial"/>
          <w:i/>
          <w:sz w:val="24"/>
        </w:rPr>
        <w:t>dotyczące</w:t>
      </w:r>
      <w:proofErr w:type="spellEnd"/>
      <w:r w:rsidRPr="00A81BD7">
        <w:rPr>
          <w:rFonts w:eastAsia="Arial" w:cs="Arial"/>
          <w:i/>
          <w:sz w:val="24"/>
        </w:rPr>
        <w:t xml:space="preserve"> </w:t>
      </w:r>
      <w:proofErr w:type="spellStart"/>
      <w:r w:rsidRPr="00A81BD7">
        <w:rPr>
          <w:rFonts w:eastAsia="Arial" w:cs="Arial"/>
          <w:i/>
          <w:sz w:val="24"/>
        </w:rPr>
        <w:t>rekrutacji</w:t>
      </w:r>
      <w:proofErr w:type="spellEnd"/>
      <w:r w:rsidRPr="00A81BD7">
        <w:rPr>
          <w:rFonts w:eastAsia="Arial" w:cs="Arial"/>
          <w:i/>
          <w:sz w:val="24"/>
        </w:rPr>
        <w:t xml:space="preserve"> </w:t>
      </w:r>
      <w:proofErr w:type="spellStart"/>
      <w:r w:rsidRPr="00A81BD7">
        <w:rPr>
          <w:rFonts w:eastAsia="Arial" w:cs="Arial"/>
          <w:i/>
          <w:sz w:val="24"/>
        </w:rPr>
        <w:t>i</w:t>
      </w:r>
      <w:proofErr w:type="spellEnd"/>
      <w:r w:rsidRPr="00A81BD7">
        <w:rPr>
          <w:rFonts w:eastAsia="Arial" w:cs="Arial"/>
          <w:i/>
          <w:sz w:val="24"/>
        </w:rPr>
        <w:t xml:space="preserve"> </w:t>
      </w:r>
      <w:proofErr w:type="spellStart"/>
      <w:r w:rsidRPr="00A81BD7">
        <w:rPr>
          <w:rFonts w:eastAsia="Arial" w:cs="Arial"/>
          <w:i/>
          <w:sz w:val="24"/>
        </w:rPr>
        <w:t>udziału</w:t>
      </w:r>
      <w:proofErr w:type="spellEnd"/>
      <w:r w:rsidRPr="00A81BD7">
        <w:rPr>
          <w:rFonts w:eastAsia="Arial" w:cs="Arial"/>
          <w:i/>
          <w:sz w:val="24"/>
        </w:rPr>
        <w:t xml:space="preserve"> </w:t>
      </w:r>
      <w:proofErr w:type="spellStart"/>
      <w:r w:rsidRPr="00A81BD7">
        <w:rPr>
          <w:rFonts w:eastAsia="Arial" w:cs="Arial"/>
          <w:i/>
          <w:sz w:val="24"/>
        </w:rPr>
        <w:t>dziecka</w:t>
      </w:r>
      <w:proofErr w:type="spellEnd"/>
      <w:r w:rsidRPr="00A81BD7">
        <w:rPr>
          <w:rFonts w:eastAsia="Arial" w:cs="Arial"/>
          <w:i/>
          <w:sz w:val="24"/>
        </w:rPr>
        <w:t xml:space="preserve"> w </w:t>
      </w:r>
      <w:proofErr w:type="spellStart"/>
      <w:r w:rsidRPr="00A81BD7">
        <w:rPr>
          <w:rFonts w:eastAsia="Arial" w:cs="Arial"/>
          <w:i/>
          <w:sz w:val="24"/>
        </w:rPr>
        <w:t>projekcie</w:t>
      </w:r>
      <w:proofErr w:type="spellEnd"/>
      <w:r w:rsidRPr="00A81BD7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zawarte</w:t>
      </w:r>
      <w:proofErr w:type="spellEnd"/>
      <w:r w:rsidRPr="00A777B0">
        <w:rPr>
          <w:rFonts w:eastAsia="Arial" w:cs="Arial"/>
          <w:i/>
          <w:sz w:val="24"/>
        </w:rPr>
        <w:t xml:space="preserve"> w </w:t>
      </w:r>
      <w:proofErr w:type="spellStart"/>
      <w:r w:rsidRPr="00A777B0">
        <w:rPr>
          <w:rFonts w:eastAsia="Arial" w:cs="Arial"/>
          <w:i/>
          <w:sz w:val="24"/>
        </w:rPr>
        <w:t>częściach</w:t>
      </w:r>
      <w:proofErr w:type="spellEnd"/>
      <w:r w:rsidRPr="00A777B0">
        <w:rPr>
          <w:rFonts w:eastAsia="Arial" w:cs="Arial"/>
          <w:i/>
          <w:sz w:val="24"/>
        </w:rPr>
        <w:t xml:space="preserve"> A–I </w:t>
      </w:r>
      <w:proofErr w:type="spellStart"/>
      <w:r w:rsidRPr="00A777B0">
        <w:rPr>
          <w:rFonts w:eastAsia="Arial" w:cs="Arial"/>
          <w:i/>
          <w:sz w:val="24"/>
        </w:rPr>
        <w:t>formularza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są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zgodne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ze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stanem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faktycznym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i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zostały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przeze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mnie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złożone</w:t>
      </w:r>
      <w:proofErr w:type="spellEnd"/>
      <w:r w:rsidRPr="00A777B0">
        <w:rPr>
          <w:rFonts w:eastAsia="Arial" w:cs="Arial"/>
          <w:i/>
          <w:sz w:val="24"/>
        </w:rPr>
        <w:t xml:space="preserve"> w </w:t>
      </w:r>
      <w:proofErr w:type="spellStart"/>
      <w:r w:rsidRPr="00A777B0">
        <w:rPr>
          <w:rFonts w:eastAsia="Arial" w:cs="Arial"/>
          <w:i/>
          <w:sz w:val="24"/>
        </w:rPr>
        <w:t>dniu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wskazanym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poniżej</w:t>
      </w:r>
      <w:proofErr w:type="spellEnd"/>
      <w:r w:rsidRPr="00A777B0">
        <w:rPr>
          <w:rFonts w:eastAsia="Arial" w:cs="Arial"/>
          <w:i/>
          <w:sz w:val="24"/>
        </w:rPr>
        <w:t>.</w:t>
      </w:r>
    </w:p>
    <w:p w14:paraId="3E6732C9" w14:textId="77777777" w:rsidR="00A81BD7" w:rsidRDefault="00A81BD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7366E5B6" w14:textId="77777777" w:rsidR="00924811" w:rsidRDefault="00935E87">
      <w:pPr>
        <w:widowControl w:val="0"/>
        <w:spacing w:after="0" w:line="360" w:lineRule="auto"/>
        <w:rPr>
          <w:rFonts w:eastAsia="Arial" w:cs="Arial"/>
          <w:sz w:val="24"/>
        </w:rPr>
      </w:pPr>
      <w:proofErr w:type="spellStart"/>
      <w:r>
        <w:rPr>
          <w:rFonts w:eastAsia="Arial" w:cs="Arial"/>
          <w:sz w:val="24"/>
        </w:rPr>
        <w:t>Miejscowość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data </w:t>
      </w:r>
      <w:proofErr w:type="spellStart"/>
      <w:r>
        <w:rPr>
          <w:rFonts w:eastAsia="Arial" w:cs="Arial"/>
          <w:sz w:val="24"/>
        </w:rPr>
        <w:t>wypełnienia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oraz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podpisania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formularza</w:t>
      </w:r>
      <w:proofErr w:type="spellEnd"/>
      <w:r>
        <w:rPr>
          <w:rFonts w:eastAsia="Arial" w:cs="Arial"/>
          <w:sz w:val="24"/>
        </w:rPr>
        <w:t xml:space="preserve">: </w:t>
      </w:r>
    </w:p>
    <w:p w14:paraId="60979AEE" w14:textId="77777777" w:rsidR="00924811" w:rsidRDefault="00924811">
      <w:pPr>
        <w:widowControl w:val="0"/>
        <w:spacing w:after="0" w:line="360" w:lineRule="auto"/>
        <w:rPr>
          <w:rFonts w:eastAsia="Arial" w:cs="Arial"/>
          <w:sz w:val="24"/>
        </w:rPr>
      </w:pPr>
    </w:p>
    <w:p w14:paraId="5DC46332" w14:textId="77777777" w:rsidR="00924811" w:rsidRDefault="00924811">
      <w:pPr>
        <w:widowControl w:val="0"/>
        <w:spacing w:after="0" w:line="360" w:lineRule="auto"/>
        <w:rPr>
          <w:rFonts w:eastAsia="Arial" w:cs="Arial"/>
          <w:sz w:val="24"/>
        </w:rPr>
      </w:pPr>
    </w:p>
    <w:p w14:paraId="73CC439A" w14:textId="331F95D9" w:rsidR="009B6187" w:rsidRDefault="00935E87">
      <w:pPr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eastAsia="Arial" w:cs="Arial"/>
          <w:sz w:val="24"/>
        </w:rPr>
        <w:t>................................................................................</w:t>
      </w:r>
    </w:p>
    <w:p w14:paraId="7E4A678C" w14:textId="77777777" w:rsidR="0015168D" w:rsidRPr="00F70477" w:rsidRDefault="0015168D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077368C3" w14:textId="77777777" w:rsidR="0015168D" w:rsidRPr="00F70477" w:rsidRDefault="0015168D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7186C0E7" w14:textId="77777777" w:rsidR="0015168D" w:rsidRPr="00F70477" w:rsidRDefault="0015168D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eastAsia="Arial" w:cs="Arial"/>
          <w:sz w:val="24"/>
        </w:rPr>
        <w:t>........................................................</w:t>
      </w:r>
    </w:p>
    <w:p w14:paraId="59A3435F" w14:textId="77777777" w:rsidR="0015168D" w:rsidRPr="00F70477" w:rsidRDefault="006F36F7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>
        <w:rPr>
          <w:rFonts w:eastAsia="Arial" w:cs="Arial"/>
          <w:sz w:val="24"/>
        </w:rPr>
        <w:t>Czytelny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podpis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rodzica</w:t>
      </w:r>
      <w:proofErr w:type="spellEnd"/>
      <w:r>
        <w:rPr>
          <w:rFonts w:eastAsia="Arial" w:cs="Arial"/>
          <w:sz w:val="24"/>
        </w:rPr>
        <w:t>/</w:t>
      </w:r>
      <w:proofErr w:type="spellStart"/>
      <w:r>
        <w:rPr>
          <w:rFonts w:eastAsia="Arial" w:cs="Arial"/>
          <w:sz w:val="24"/>
        </w:rPr>
        <w:t>opiekuna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prawnego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składającego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formularz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oświadczenia</w:t>
      </w:r>
      <w:proofErr w:type="spellEnd"/>
    </w:p>
    <w:p w14:paraId="675C6B40" w14:textId="030C1457" w:rsidR="009B6187" w:rsidRDefault="009B6187">
      <w:pPr>
        <w:spacing w:after="0" w:line="360" w:lineRule="auto"/>
        <w:rPr>
          <w:rFonts w:eastAsia="Arial" w:cs="Arial"/>
          <w:sz w:val="24"/>
        </w:rPr>
      </w:pPr>
    </w:p>
    <w:p w14:paraId="0174F279" w14:textId="7E86CD85" w:rsidR="0057711F" w:rsidRDefault="0057711F">
      <w:pPr>
        <w:spacing w:after="0" w:line="360" w:lineRule="auto"/>
        <w:rPr>
          <w:rFonts w:eastAsia="Arial" w:cs="Arial"/>
          <w:sz w:val="24"/>
        </w:rPr>
      </w:pPr>
    </w:p>
    <w:p w14:paraId="148755AF" w14:textId="26EED04D" w:rsidR="0057711F" w:rsidRDefault="0057711F">
      <w:pPr>
        <w:spacing w:after="0" w:line="360" w:lineRule="auto"/>
        <w:rPr>
          <w:rFonts w:eastAsia="Arial" w:cs="Arial"/>
          <w:sz w:val="24"/>
        </w:rPr>
      </w:pPr>
    </w:p>
    <w:p w14:paraId="32B9D684" w14:textId="1E6756CE" w:rsidR="0057711F" w:rsidRDefault="0057711F">
      <w:pPr>
        <w:spacing w:after="0" w:line="360" w:lineRule="auto"/>
        <w:rPr>
          <w:rFonts w:eastAsia="Arial" w:cs="Arial"/>
          <w:sz w:val="24"/>
        </w:rPr>
      </w:pPr>
    </w:p>
    <w:p w14:paraId="7D79CFEF" w14:textId="452AFF62" w:rsidR="0057711F" w:rsidRDefault="0057711F">
      <w:pPr>
        <w:spacing w:after="0" w:line="360" w:lineRule="auto"/>
        <w:rPr>
          <w:rFonts w:eastAsia="Arial" w:cs="Arial"/>
          <w:sz w:val="24"/>
        </w:rPr>
      </w:pPr>
    </w:p>
    <w:p w14:paraId="1D941A4F" w14:textId="55C21C05" w:rsidR="0057711F" w:rsidRDefault="0057711F">
      <w:pPr>
        <w:spacing w:after="0" w:line="360" w:lineRule="auto"/>
        <w:rPr>
          <w:rFonts w:eastAsia="Arial" w:cs="Arial"/>
          <w:sz w:val="24"/>
        </w:rPr>
      </w:pPr>
    </w:p>
    <w:p w14:paraId="12B9C50F" w14:textId="7BC990BC" w:rsidR="0057711F" w:rsidRDefault="0057711F">
      <w:pPr>
        <w:spacing w:after="0" w:line="360" w:lineRule="auto"/>
        <w:rPr>
          <w:rFonts w:eastAsia="Arial" w:cs="Arial"/>
          <w:sz w:val="24"/>
        </w:rPr>
      </w:pPr>
    </w:p>
    <w:p w14:paraId="530770A6" w14:textId="5C769133" w:rsidR="0057711F" w:rsidRPr="00330A96" w:rsidRDefault="0057711F" w:rsidP="0057711F">
      <w:pPr>
        <w:keepNext/>
        <w:spacing w:before="120" w:after="120" w:line="360" w:lineRule="auto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J. </w:t>
      </w:r>
      <w:r w:rsidRPr="00330A96">
        <w:rPr>
          <w:b/>
          <w:sz w:val="24"/>
          <w:szCs w:val="24"/>
        </w:rPr>
        <w:t>DOBROWOLNA ZGODA NA UTRWALANIE</w:t>
      </w:r>
      <w:r>
        <w:rPr>
          <w:b/>
          <w:sz w:val="24"/>
          <w:szCs w:val="24"/>
        </w:rPr>
        <w:t xml:space="preserve"> </w:t>
      </w:r>
      <w:r w:rsidRPr="00330A96">
        <w:rPr>
          <w:b/>
          <w:sz w:val="24"/>
          <w:szCs w:val="24"/>
        </w:rPr>
        <w:t>I ROZPOWSZECHNIANIE WIZERUNKU DZIECKA</w:t>
      </w:r>
    </w:p>
    <w:p w14:paraId="5F7962CD" w14:textId="4F2312C6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  <w:r w:rsidRPr="00330A96">
        <w:rPr>
          <w:sz w:val="24"/>
          <w:szCs w:val="24"/>
        </w:rPr>
        <w:t xml:space="preserve">w </w:t>
      </w:r>
      <w:proofErr w:type="spellStart"/>
      <w:r w:rsidRPr="00330A96">
        <w:rPr>
          <w:sz w:val="24"/>
          <w:szCs w:val="24"/>
        </w:rPr>
        <w:t>projekcie</w:t>
      </w:r>
      <w:proofErr w:type="spellEnd"/>
      <w:r w:rsidRPr="00330A96">
        <w:rPr>
          <w:sz w:val="24"/>
          <w:szCs w:val="24"/>
        </w:rPr>
        <w:t xml:space="preserve"> „</w:t>
      </w:r>
      <w:proofErr w:type="spellStart"/>
      <w:r w:rsidRPr="00330A96">
        <w:rPr>
          <w:sz w:val="24"/>
          <w:szCs w:val="24"/>
        </w:rPr>
        <w:t>Rozwój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edukacji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przedszkolnej</w:t>
      </w:r>
      <w:proofErr w:type="spellEnd"/>
      <w:r w:rsidRPr="00330A96">
        <w:rPr>
          <w:sz w:val="24"/>
          <w:szCs w:val="24"/>
        </w:rPr>
        <w:t xml:space="preserve"> w </w:t>
      </w:r>
      <w:proofErr w:type="spellStart"/>
      <w:r w:rsidRPr="00330A96">
        <w:rPr>
          <w:sz w:val="24"/>
          <w:szCs w:val="24"/>
        </w:rPr>
        <w:t>Gminie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Luzino</w:t>
      </w:r>
      <w:proofErr w:type="spellEnd"/>
      <w:r w:rsidRPr="00330A96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Pr="00330A96">
        <w:rPr>
          <w:sz w:val="24"/>
          <w:szCs w:val="24"/>
        </w:rPr>
        <w:t>nr FEPM.05.07-IZ.00-0013/26</w:t>
      </w:r>
    </w:p>
    <w:p w14:paraId="4ED02BC9" w14:textId="77777777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  <w:proofErr w:type="spellStart"/>
      <w:r w:rsidRPr="00330A96">
        <w:rPr>
          <w:sz w:val="24"/>
          <w:szCs w:val="24"/>
        </w:rPr>
        <w:t>Imię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nazwisko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dziecka</w:t>
      </w:r>
      <w:proofErr w:type="spellEnd"/>
      <w:r w:rsidRPr="00330A96">
        <w:rPr>
          <w:sz w:val="24"/>
          <w:szCs w:val="24"/>
        </w:rPr>
        <w:t>: ........................................................................................................................</w:t>
      </w:r>
    </w:p>
    <w:p w14:paraId="232CABA4" w14:textId="77777777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  <w:proofErr w:type="spellStart"/>
      <w:r w:rsidRPr="00330A96">
        <w:rPr>
          <w:sz w:val="24"/>
          <w:szCs w:val="24"/>
        </w:rPr>
        <w:t>Imię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nazwisko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rodzica</w:t>
      </w:r>
      <w:proofErr w:type="spellEnd"/>
      <w:r w:rsidRPr="00330A96">
        <w:rPr>
          <w:sz w:val="24"/>
          <w:szCs w:val="24"/>
        </w:rPr>
        <w:t>/</w:t>
      </w:r>
      <w:proofErr w:type="spellStart"/>
      <w:r w:rsidRPr="00330A96">
        <w:rPr>
          <w:sz w:val="24"/>
          <w:szCs w:val="24"/>
        </w:rPr>
        <w:t>opiekuna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prawnego</w:t>
      </w:r>
      <w:proofErr w:type="spellEnd"/>
      <w:r w:rsidRPr="00330A96">
        <w:rPr>
          <w:sz w:val="24"/>
          <w:szCs w:val="24"/>
        </w:rPr>
        <w:t>: .......................................................................................</w:t>
      </w:r>
    </w:p>
    <w:p w14:paraId="03C18275" w14:textId="77777777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  <w:r w:rsidRPr="00330A96">
        <w:rPr>
          <w:sz w:val="24"/>
          <w:szCs w:val="24"/>
        </w:rPr>
        <w:t xml:space="preserve">OWP:   ☐ w </w:t>
      </w:r>
      <w:proofErr w:type="spellStart"/>
      <w:r w:rsidRPr="00330A96">
        <w:rPr>
          <w:sz w:val="24"/>
          <w:szCs w:val="24"/>
        </w:rPr>
        <w:t>Sychowie</w:t>
      </w:r>
      <w:proofErr w:type="spellEnd"/>
      <w:r w:rsidRPr="00330A96">
        <w:rPr>
          <w:sz w:val="24"/>
          <w:szCs w:val="24"/>
        </w:rPr>
        <w:t xml:space="preserve">        ☐ w </w:t>
      </w:r>
      <w:proofErr w:type="spellStart"/>
      <w:r w:rsidRPr="00330A96">
        <w:rPr>
          <w:sz w:val="24"/>
          <w:szCs w:val="24"/>
        </w:rPr>
        <w:t>Kębłowie</w:t>
      </w:r>
      <w:proofErr w:type="spellEnd"/>
    </w:p>
    <w:p w14:paraId="31B667BF" w14:textId="77777777" w:rsidR="0057711F" w:rsidRPr="00330A96" w:rsidRDefault="0057711F" w:rsidP="0057711F">
      <w:pPr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330A96">
        <w:rPr>
          <w:sz w:val="24"/>
          <w:szCs w:val="24"/>
        </w:rPr>
        <w:t>Jako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rodzic</w:t>
      </w:r>
      <w:proofErr w:type="spellEnd"/>
      <w:r w:rsidRPr="00330A96">
        <w:rPr>
          <w:sz w:val="24"/>
          <w:szCs w:val="24"/>
        </w:rPr>
        <w:t>/</w:t>
      </w:r>
      <w:proofErr w:type="spellStart"/>
      <w:r w:rsidRPr="00330A96">
        <w:rPr>
          <w:sz w:val="24"/>
          <w:szCs w:val="24"/>
        </w:rPr>
        <w:t>opiekun</w:t>
      </w:r>
      <w:proofErr w:type="spellEnd"/>
      <w:r w:rsidRPr="00330A96">
        <w:rPr>
          <w:sz w:val="24"/>
          <w:szCs w:val="24"/>
        </w:rPr>
        <w:t xml:space="preserve"> prawny </w:t>
      </w:r>
      <w:proofErr w:type="spellStart"/>
      <w:r w:rsidRPr="00330A96">
        <w:rPr>
          <w:sz w:val="24"/>
          <w:szCs w:val="24"/>
        </w:rPr>
        <w:t>wyrażam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dobrowolną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nieodpłatną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zgodę</w:t>
      </w:r>
      <w:proofErr w:type="spellEnd"/>
      <w:r w:rsidRPr="00330A96">
        <w:rPr>
          <w:sz w:val="24"/>
          <w:szCs w:val="24"/>
        </w:rPr>
        <w:t xml:space="preserve"> - </w:t>
      </w:r>
      <w:proofErr w:type="spellStart"/>
      <w:r w:rsidRPr="00330A96">
        <w:rPr>
          <w:sz w:val="24"/>
          <w:szCs w:val="24"/>
        </w:rPr>
        <w:t>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podstawie</w:t>
      </w:r>
      <w:proofErr w:type="spellEnd"/>
      <w:r w:rsidRPr="00330A96">
        <w:rPr>
          <w:sz w:val="24"/>
          <w:szCs w:val="24"/>
        </w:rPr>
        <w:t xml:space="preserve"> art. 6 </w:t>
      </w:r>
      <w:proofErr w:type="spellStart"/>
      <w:r w:rsidRPr="00330A96">
        <w:rPr>
          <w:sz w:val="24"/>
          <w:szCs w:val="24"/>
        </w:rPr>
        <w:t>ust</w:t>
      </w:r>
      <w:proofErr w:type="spellEnd"/>
      <w:r w:rsidRPr="00330A96">
        <w:rPr>
          <w:sz w:val="24"/>
          <w:szCs w:val="24"/>
        </w:rPr>
        <w:t xml:space="preserve">. 1 lit. a RODO </w:t>
      </w:r>
      <w:proofErr w:type="spellStart"/>
      <w:r w:rsidRPr="00330A96">
        <w:rPr>
          <w:sz w:val="24"/>
          <w:szCs w:val="24"/>
        </w:rPr>
        <w:t>oraz</w:t>
      </w:r>
      <w:proofErr w:type="spellEnd"/>
      <w:r w:rsidRPr="00330A96">
        <w:rPr>
          <w:sz w:val="24"/>
          <w:szCs w:val="24"/>
        </w:rPr>
        <w:t xml:space="preserve"> art. 81 </w:t>
      </w:r>
      <w:proofErr w:type="spellStart"/>
      <w:r w:rsidRPr="00330A96">
        <w:rPr>
          <w:sz w:val="24"/>
          <w:szCs w:val="24"/>
        </w:rPr>
        <w:t>ust</w:t>
      </w:r>
      <w:proofErr w:type="spellEnd"/>
      <w:r w:rsidRPr="00330A96">
        <w:rPr>
          <w:sz w:val="24"/>
          <w:szCs w:val="24"/>
        </w:rPr>
        <w:t xml:space="preserve">. 1 </w:t>
      </w:r>
      <w:proofErr w:type="spellStart"/>
      <w:r w:rsidRPr="00330A96">
        <w:rPr>
          <w:sz w:val="24"/>
          <w:szCs w:val="24"/>
        </w:rPr>
        <w:t>ustawy</w:t>
      </w:r>
      <w:proofErr w:type="spellEnd"/>
      <w:r w:rsidRPr="00330A96">
        <w:rPr>
          <w:sz w:val="24"/>
          <w:szCs w:val="24"/>
        </w:rPr>
        <w:t xml:space="preserve"> o </w:t>
      </w:r>
      <w:proofErr w:type="spellStart"/>
      <w:r w:rsidRPr="00330A96">
        <w:rPr>
          <w:sz w:val="24"/>
          <w:szCs w:val="24"/>
        </w:rPr>
        <w:t>prawie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autorskim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prawach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pokrewnych</w:t>
      </w:r>
      <w:proofErr w:type="spellEnd"/>
      <w:r w:rsidRPr="00330A96">
        <w:rPr>
          <w:sz w:val="24"/>
          <w:szCs w:val="24"/>
        </w:rPr>
        <w:t xml:space="preserve"> - </w:t>
      </w:r>
      <w:proofErr w:type="spellStart"/>
      <w:r w:rsidRPr="00330A96">
        <w:rPr>
          <w:sz w:val="24"/>
          <w:szCs w:val="24"/>
        </w:rPr>
        <w:t>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utrwalanie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wizerunku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dziecka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podczas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działań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projektowych</w:t>
      </w:r>
      <w:proofErr w:type="spellEnd"/>
      <w:r w:rsidRPr="00330A96">
        <w:rPr>
          <w:sz w:val="24"/>
          <w:szCs w:val="24"/>
        </w:rPr>
        <w:t xml:space="preserve"> w </w:t>
      </w:r>
      <w:proofErr w:type="spellStart"/>
      <w:r w:rsidRPr="00330A96">
        <w:rPr>
          <w:sz w:val="24"/>
          <w:szCs w:val="24"/>
        </w:rPr>
        <w:t>formie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fotografii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nagrań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wideo</w:t>
      </w:r>
      <w:proofErr w:type="spellEnd"/>
      <w:r w:rsidRPr="00330A96">
        <w:rPr>
          <w:sz w:val="24"/>
          <w:szCs w:val="24"/>
        </w:rPr>
        <w:t xml:space="preserve"> (w </w:t>
      </w:r>
      <w:proofErr w:type="spellStart"/>
      <w:r w:rsidRPr="00330A96">
        <w:rPr>
          <w:sz w:val="24"/>
          <w:szCs w:val="24"/>
        </w:rPr>
        <w:t>tym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głosu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jeżeli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zostanie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zarejestrowany</w:t>
      </w:r>
      <w:proofErr w:type="spellEnd"/>
      <w:r w:rsidRPr="00330A96">
        <w:rPr>
          <w:sz w:val="24"/>
          <w:szCs w:val="24"/>
        </w:rPr>
        <w:t xml:space="preserve">) </w:t>
      </w:r>
      <w:proofErr w:type="spellStart"/>
      <w:r w:rsidRPr="00330A96">
        <w:rPr>
          <w:sz w:val="24"/>
          <w:szCs w:val="24"/>
        </w:rPr>
        <w:t>oraz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jego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rozpowszechnianie</w:t>
      </w:r>
      <w:proofErr w:type="spellEnd"/>
      <w:r w:rsidRPr="00330A96">
        <w:rPr>
          <w:sz w:val="24"/>
          <w:szCs w:val="24"/>
        </w:rPr>
        <w:t xml:space="preserve"> w </w:t>
      </w:r>
      <w:proofErr w:type="spellStart"/>
      <w:r w:rsidRPr="00330A96">
        <w:rPr>
          <w:sz w:val="24"/>
          <w:szCs w:val="24"/>
        </w:rPr>
        <w:t>zaznaczonych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poniżej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kanałach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wyłącznie</w:t>
      </w:r>
      <w:proofErr w:type="spellEnd"/>
      <w:r w:rsidRPr="00330A96">
        <w:rPr>
          <w:sz w:val="24"/>
          <w:szCs w:val="24"/>
        </w:rPr>
        <w:t xml:space="preserve"> w </w:t>
      </w:r>
      <w:proofErr w:type="spellStart"/>
      <w:r w:rsidRPr="00330A96">
        <w:rPr>
          <w:sz w:val="24"/>
          <w:szCs w:val="24"/>
        </w:rPr>
        <w:t>celu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dokumentowania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informowania</w:t>
      </w:r>
      <w:proofErr w:type="spellEnd"/>
      <w:r w:rsidRPr="00330A96">
        <w:rPr>
          <w:sz w:val="24"/>
          <w:szCs w:val="24"/>
        </w:rPr>
        <w:t xml:space="preserve"> o </w:t>
      </w:r>
      <w:proofErr w:type="spellStart"/>
      <w:r w:rsidRPr="00330A96">
        <w:rPr>
          <w:sz w:val="24"/>
          <w:szCs w:val="24"/>
        </w:rPr>
        <w:t>realizacji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promocji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projektu</w:t>
      </w:r>
      <w:proofErr w:type="spellEnd"/>
      <w:r w:rsidRPr="00330A96">
        <w:rPr>
          <w:sz w:val="24"/>
          <w:szCs w:val="24"/>
        </w:rPr>
        <w:t>.</w:t>
      </w:r>
    </w:p>
    <w:p w14:paraId="3DB6C86E" w14:textId="77777777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  <w:proofErr w:type="spellStart"/>
      <w:r w:rsidRPr="00330A96">
        <w:rPr>
          <w:b/>
          <w:sz w:val="24"/>
          <w:szCs w:val="24"/>
        </w:rPr>
        <w:t>Proszę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zaznaczyć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wybrane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kanały</w:t>
      </w:r>
      <w:proofErr w:type="spellEnd"/>
      <w:r w:rsidRPr="00330A96">
        <w:rPr>
          <w:b/>
          <w:sz w:val="24"/>
          <w:szCs w:val="24"/>
        </w:rPr>
        <w:t xml:space="preserve">. </w:t>
      </w:r>
      <w:proofErr w:type="spellStart"/>
      <w:r w:rsidRPr="00330A96">
        <w:rPr>
          <w:b/>
          <w:sz w:val="24"/>
          <w:szCs w:val="24"/>
        </w:rPr>
        <w:t>Brak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zaznaczenia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pola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oznacza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niewyrażenie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zgody</w:t>
      </w:r>
      <w:proofErr w:type="spellEnd"/>
      <w:r w:rsidRPr="00330A96">
        <w:rPr>
          <w:b/>
          <w:sz w:val="24"/>
          <w:szCs w:val="24"/>
        </w:rPr>
        <w:t xml:space="preserve"> w </w:t>
      </w:r>
      <w:proofErr w:type="spellStart"/>
      <w:r w:rsidRPr="00330A96">
        <w:rPr>
          <w:b/>
          <w:sz w:val="24"/>
          <w:szCs w:val="24"/>
        </w:rPr>
        <w:t>danym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zakresie</w:t>
      </w:r>
      <w:proofErr w:type="spellEnd"/>
      <w:r w:rsidRPr="00330A96">
        <w:rPr>
          <w:b/>
          <w:sz w:val="24"/>
          <w:szCs w:val="24"/>
        </w:rPr>
        <w:t>.</w:t>
      </w:r>
    </w:p>
    <w:p w14:paraId="2833E6B9" w14:textId="77777777" w:rsidR="0057711F" w:rsidRPr="00330A96" w:rsidRDefault="0057711F" w:rsidP="0057711F">
      <w:pPr>
        <w:spacing w:before="120" w:after="120" w:line="360" w:lineRule="auto"/>
        <w:ind w:left="312" w:hanging="227"/>
        <w:rPr>
          <w:sz w:val="24"/>
          <w:szCs w:val="24"/>
        </w:rPr>
      </w:pPr>
      <w:r w:rsidRPr="00330A96">
        <w:rPr>
          <w:sz w:val="24"/>
          <w:szCs w:val="24"/>
        </w:rPr>
        <w:t xml:space="preserve">☐ </w:t>
      </w:r>
      <w:proofErr w:type="spellStart"/>
      <w:r w:rsidRPr="00330A96">
        <w:rPr>
          <w:sz w:val="24"/>
          <w:szCs w:val="24"/>
        </w:rPr>
        <w:t>strona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internetowa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Gminy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Luzino</w:t>
      </w:r>
      <w:proofErr w:type="spellEnd"/>
      <w:r w:rsidRPr="00330A96">
        <w:rPr>
          <w:sz w:val="24"/>
          <w:szCs w:val="24"/>
        </w:rPr>
        <w:t>;</w:t>
      </w:r>
    </w:p>
    <w:p w14:paraId="6A271AFA" w14:textId="77777777" w:rsidR="0057711F" w:rsidRPr="00330A96" w:rsidRDefault="0057711F" w:rsidP="0057711F">
      <w:pPr>
        <w:spacing w:before="120" w:after="120" w:line="360" w:lineRule="auto"/>
        <w:ind w:left="312" w:hanging="227"/>
        <w:rPr>
          <w:sz w:val="24"/>
          <w:szCs w:val="24"/>
        </w:rPr>
      </w:pPr>
      <w:r w:rsidRPr="00330A96">
        <w:rPr>
          <w:sz w:val="24"/>
          <w:szCs w:val="24"/>
        </w:rPr>
        <w:t xml:space="preserve">☐ </w:t>
      </w:r>
      <w:proofErr w:type="spellStart"/>
      <w:r w:rsidRPr="00330A96">
        <w:rPr>
          <w:sz w:val="24"/>
          <w:szCs w:val="24"/>
        </w:rPr>
        <w:t>strona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internetowa</w:t>
      </w:r>
      <w:proofErr w:type="spellEnd"/>
      <w:r w:rsidRPr="00330A96">
        <w:rPr>
          <w:sz w:val="24"/>
          <w:szCs w:val="24"/>
        </w:rPr>
        <w:t xml:space="preserve"> OWP, do </w:t>
      </w:r>
      <w:proofErr w:type="spellStart"/>
      <w:r w:rsidRPr="00330A96">
        <w:rPr>
          <w:sz w:val="24"/>
          <w:szCs w:val="24"/>
        </w:rPr>
        <w:t>którego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uczęszcza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dziecko</w:t>
      </w:r>
      <w:proofErr w:type="spellEnd"/>
      <w:r w:rsidRPr="00330A96">
        <w:rPr>
          <w:sz w:val="24"/>
          <w:szCs w:val="24"/>
        </w:rPr>
        <w:t>;</w:t>
      </w:r>
    </w:p>
    <w:p w14:paraId="7942C581" w14:textId="77777777" w:rsidR="0057711F" w:rsidRPr="00330A96" w:rsidRDefault="0057711F" w:rsidP="0057711F">
      <w:pPr>
        <w:spacing w:before="120" w:after="120" w:line="360" w:lineRule="auto"/>
        <w:ind w:left="312" w:hanging="227"/>
        <w:rPr>
          <w:sz w:val="24"/>
          <w:szCs w:val="24"/>
        </w:rPr>
      </w:pPr>
      <w:r w:rsidRPr="00330A96">
        <w:rPr>
          <w:sz w:val="24"/>
          <w:szCs w:val="24"/>
        </w:rPr>
        <w:t xml:space="preserve">☐ </w:t>
      </w:r>
      <w:proofErr w:type="spellStart"/>
      <w:r w:rsidRPr="00330A96">
        <w:rPr>
          <w:sz w:val="24"/>
          <w:szCs w:val="24"/>
        </w:rPr>
        <w:t>oficjalne</w:t>
      </w:r>
      <w:proofErr w:type="spellEnd"/>
      <w:r w:rsidRPr="00330A96">
        <w:rPr>
          <w:sz w:val="24"/>
          <w:szCs w:val="24"/>
        </w:rPr>
        <w:t xml:space="preserve"> profile </w:t>
      </w:r>
      <w:proofErr w:type="spellStart"/>
      <w:r w:rsidRPr="00330A96">
        <w:rPr>
          <w:sz w:val="24"/>
          <w:szCs w:val="24"/>
        </w:rPr>
        <w:t>Gminy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Luzino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lub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właściwego</w:t>
      </w:r>
      <w:proofErr w:type="spellEnd"/>
      <w:r w:rsidRPr="00330A96">
        <w:rPr>
          <w:sz w:val="24"/>
          <w:szCs w:val="24"/>
        </w:rPr>
        <w:t xml:space="preserve"> OWP w </w:t>
      </w:r>
      <w:proofErr w:type="spellStart"/>
      <w:r w:rsidRPr="00330A96">
        <w:rPr>
          <w:sz w:val="24"/>
          <w:szCs w:val="24"/>
        </w:rPr>
        <w:t>mediach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społecznościowych</w:t>
      </w:r>
      <w:proofErr w:type="spellEnd"/>
      <w:r w:rsidRPr="00330A96">
        <w:rPr>
          <w:sz w:val="24"/>
          <w:szCs w:val="24"/>
        </w:rPr>
        <w:t>;</w:t>
      </w:r>
    </w:p>
    <w:p w14:paraId="119FDA28" w14:textId="77777777" w:rsidR="0057711F" w:rsidRPr="00330A96" w:rsidRDefault="0057711F" w:rsidP="0057711F">
      <w:pPr>
        <w:spacing w:before="120" w:after="120" w:line="360" w:lineRule="auto"/>
        <w:ind w:left="312" w:hanging="227"/>
        <w:rPr>
          <w:sz w:val="24"/>
          <w:szCs w:val="24"/>
        </w:rPr>
      </w:pPr>
      <w:r w:rsidRPr="00330A96">
        <w:rPr>
          <w:sz w:val="24"/>
          <w:szCs w:val="24"/>
        </w:rPr>
        <w:t xml:space="preserve">☐ </w:t>
      </w:r>
      <w:proofErr w:type="spellStart"/>
      <w:r w:rsidRPr="00330A96">
        <w:rPr>
          <w:sz w:val="24"/>
          <w:szCs w:val="24"/>
        </w:rPr>
        <w:t>materiały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informacyjne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promocyjne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projektu</w:t>
      </w:r>
      <w:proofErr w:type="spellEnd"/>
      <w:r w:rsidRPr="00330A96">
        <w:rPr>
          <w:sz w:val="24"/>
          <w:szCs w:val="24"/>
        </w:rPr>
        <w:t xml:space="preserve">, w </w:t>
      </w:r>
      <w:proofErr w:type="spellStart"/>
      <w:r w:rsidRPr="00330A96">
        <w:rPr>
          <w:sz w:val="24"/>
          <w:szCs w:val="24"/>
        </w:rPr>
        <w:t>tym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prezentacje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publikacje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sprawozdania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oraz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materiały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drukowane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lub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elektroniczne</w:t>
      </w:r>
      <w:proofErr w:type="spellEnd"/>
      <w:r w:rsidRPr="00330A96">
        <w:rPr>
          <w:sz w:val="24"/>
          <w:szCs w:val="24"/>
        </w:rPr>
        <w:t>.</w:t>
      </w:r>
    </w:p>
    <w:p w14:paraId="3C80E069" w14:textId="77777777" w:rsidR="0057711F" w:rsidRPr="00330A96" w:rsidRDefault="0057711F" w:rsidP="0057711F">
      <w:pPr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330A96">
        <w:rPr>
          <w:b/>
          <w:sz w:val="24"/>
          <w:szCs w:val="24"/>
        </w:rPr>
        <w:t>Zgoda</w:t>
      </w:r>
      <w:proofErr w:type="spellEnd"/>
      <w:r w:rsidRPr="00330A96">
        <w:rPr>
          <w:b/>
          <w:sz w:val="24"/>
          <w:szCs w:val="24"/>
        </w:rPr>
        <w:t xml:space="preserve"> jest </w:t>
      </w:r>
      <w:proofErr w:type="spellStart"/>
      <w:r w:rsidRPr="00330A96">
        <w:rPr>
          <w:b/>
          <w:sz w:val="24"/>
          <w:szCs w:val="24"/>
        </w:rPr>
        <w:t>dobrowolna</w:t>
      </w:r>
      <w:proofErr w:type="spellEnd"/>
      <w:r w:rsidRPr="00330A96">
        <w:rPr>
          <w:b/>
          <w:sz w:val="24"/>
          <w:szCs w:val="24"/>
        </w:rPr>
        <w:t xml:space="preserve">. </w:t>
      </w:r>
      <w:proofErr w:type="spellStart"/>
      <w:r w:rsidRPr="00330A96">
        <w:rPr>
          <w:b/>
          <w:sz w:val="24"/>
          <w:szCs w:val="24"/>
        </w:rPr>
        <w:t>Jej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niewyrażenie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albo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późniejsze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wycofanie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nie</w:t>
      </w:r>
      <w:proofErr w:type="spellEnd"/>
      <w:r w:rsidRPr="00330A96">
        <w:rPr>
          <w:b/>
          <w:sz w:val="24"/>
          <w:szCs w:val="24"/>
        </w:rPr>
        <w:t xml:space="preserve"> ma </w:t>
      </w:r>
      <w:proofErr w:type="spellStart"/>
      <w:r w:rsidRPr="00330A96">
        <w:rPr>
          <w:b/>
          <w:sz w:val="24"/>
          <w:szCs w:val="24"/>
        </w:rPr>
        <w:t>wpływu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na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rekrutację</w:t>
      </w:r>
      <w:proofErr w:type="spellEnd"/>
      <w:r w:rsidRPr="00330A96">
        <w:rPr>
          <w:b/>
          <w:sz w:val="24"/>
          <w:szCs w:val="24"/>
        </w:rPr>
        <w:t xml:space="preserve">, </w:t>
      </w:r>
      <w:proofErr w:type="spellStart"/>
      <w:r w:rsidRPr="00330A96">
        <w:rPr>
          <w:b/>
          <w:sz w:val="24"/>
          <w:szCs w:val="24"/>
        </w:rPr>
        <w:t>udział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dziecka</w:t>
      </w:r>
      <w:proofErr w:type="spellEnd"/>
      <w:r w:rsidRPr="00330A96">
        <w:rPr>
          <w:b/>
          <w:sz w:val="24"/>
          <w:szCs w:val="24"/>
        </w:rPr>
        <w:t xml:space="preserve"> w </w:t>
      </w:r>
      <w:proofErr w:type="spellStart"/>
      <w:r w:rsidRPr="00330A96">
        <w:rPr>
          <w:b/>
          <w:sz w:val="24"/>
          <w:szCs w:val="24"/>
        </w:rPr>
        <w:t>projekcie</w:t>
      </w:r>
      <w:proofErr w:type="spellEnd"/>
      <w:r w:rsidRPr="00330A96">
        <w:rPr>
          <w:b/>
          <w:sz w:val="24"/>
          <w:szCs w:val="24"/>
        </w:rPr>
        <w:t xml:space="preserve"> ani </w:t>
      </w:r>
      <w:proofErr w:type="spellStart"/>
      <w:r w:rsidRPr="00330A96">
        <w:rPr>
          <w:b/>
          <w:sz w:val="24"/>
          <w:szCs w:val="24"/>
        </w:rPr>
        <w:t>zakres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udzielanego</w:t>
      </w:r>
      <w:proofErr w:type="spellEnd"/>
      <w:r w:rsidRPr="00330A96">
        <w:rPr>
          <w:b/>
          <w:sz w:val="24"/>
          <w:szCs w:val="24"/>
        </w:rPr>
        <w:t xml:space="preserve"> mu </w:t>
      </w:r>
      <w:proofErr w:type="spellStart"/>
      <w:r w:rsidRPr="00330A96">
        <w:rPr>
          <w:b/>
          <w:sz w:val="24"/>
          <w:szCs w:val="24"/>
        </w:rPr>
        <w:t>wsparcia</w:t>
      </w:r>
      <w:proofErr w:type="spellEnd"/>
      <w:r w:rsidRPr="00330A96">
        <w:rPr>
          <w:b/>
          <w:sz w:val="24"/>
          <w:szCs w:val="24"/>
        </w:rPr>
        <w:t>.</w:t>
      </w:r>
    </w:p>
    <w:p w14:paraId="372DF89B" w14:textId="77777777" w:rsidR="0057711F" w:rsidRPr="00330A96" w:rsidRDefault="0057711F" w:rsidP="0057711F">
      <w:pPr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330A96">
        <w:rPr>
          <w:sz w:val="24"/>
          <w:szCs w:val="24"/>
        </w:rPr>
        <w:t>Wizerunek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będzie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wykorzystywany</w:t>
      </w:r>
      <w:proofErr w:type="spellEnd"/>
      <w:r w:rsidRPr="00330A96">
        <w:rPr>
          <w:sz w:val="24"/>
          <w:szCs w:val="24"/>
        </w:rPr>
        <w:t xml:space="preserve"> bez </w:t>
      </w:r>
      <w:proofErr w:type="spellStart"/>
      <w:r w:rsidRPr="00330A96">
        <w:rPr>
          <w:sz w:val="24"/>
          <w:szCs w:val="24"/>
        </w:rPr>
        <w:t>podawania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imienia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nazwiska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dziecka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chyba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że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zostanie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uzyskana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odrębna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zgoda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oraz</w:t>
      </w:r>
      <w:proofErr w:type="spellEnd"/>
      <w:r w:rsidRPr="00330A96">
        <w:rPr>
          <w:sz w:val="24"/>
          <w:szCs w:val="24"/>
        </w:rPr>
        <w:t xml:space="preserve"> w </w:t>
      </w:r>
      <w:proofErr w:type="spellStart"/>
      <w:r w:rsidRPr="00330A96">
        <w:rPr>
          <w:sz w:val="24"/>
          <w:szCs w:val="24"/>
        </w:rPr>
        <w:t>sposób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nienaruszający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jego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godności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dobrego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imienia</w:t>
      </w:r>
      <w:proofErr w:type="spellEnd"/>
      <w:r w:rsidRPr="00330A96">
        <w:rPr>
          <w:sz w:val="24"/>
          <w:szCs w:val="24"/>
        </w:rPr>
        <w:t xml:space="preserve">. </w:t>
      </w:r>
      <w:proofErr w:type="spellStart"/>
      <w:r w:rsidRPr="00330A96">
        <w:rPr>
          <w:sz w:val="24"/>
          <w:szCs w:val="24"/>
        </w:rPr>
        <w:t>Publikacja</w:t>
      </w:r>
      <w:proofErr w:type="spellEnd"/>
      <w:r w:rsidRPr="00330A96">
        <w:rPr>
          <w:sz w:val="24"/>
          <w:szCs w:val="24"/>
        </w:rPr>
        <w:t xml:space="preserve"> w </w:t>
      </w:r>
      <w:proofErr w:type="spellStart"/>
      <w:r w:rsidRPr="00330A96">
        <w:rPr>
          <w:sz w:val="24"/>
          <w:szCs w:val="24"/>
        </w:rPr>
        <w:t>Internecie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oznacza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dostęp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dla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nieograniczonego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kręgu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odbiorców</w:t>
      </w:r>
      <w:proofErr w:type="spellEnd"/>
      <w:r w:rsidRPr="00330A96">
        <w:rPr>
          <w:sz w:val="24"/>
          <w:szCs w:val="24"/>
        </w:rPr>
        <w:t xml:space="preserve">. </w:t>
      </w:r>
      <w:r w:rsidRPr="00330A96">
        <w:rPr>
          <w:sz w:val="24"/>
          <w:szCs w:val="24"/>
        </w:rPr>
        <w:lastRenderedPageBreak/>
        <w:t xml:space="preserve">Operator </w:t>
      </w:r>
      <w:proofErr w:type="spellStart"/>
      <w:r w:rsidRPr="00330A96">
        <w:rPr>
          <w:sz w:val="24"/>
          <w:szCs w:val="24"/>
        </w:rPr>
        <w:t>serwisu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społecznościowego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może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przetwarzać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dane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zasadach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własnej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polityki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prywatności</w:t>
      </w:r>
      <w:proofErr w:type="spellEnd"/>
      <w:r w:rsidRPr="00330A96">
        <w:rPr>
          <w:sz w:val="24"/>
          <w:szCs w:val="24"/>
        </w:rPr>
        <w:t xml:space="preserve">, w </w:t>
      </w:r>
      <w:proofErr w:type="spellStart"/>
      <w:r w:rsidRPr="00330A96">
        <w:rPr>
          <w:sz w:val="24"/>
          <w:szCs w:val="24"/>
        </w:rPr>
        <w:t>tym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poza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Europejskim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Obszarem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Gospodarczym</w:t>
      </w:r>
      <w:proofErr w:type="spellEnd"/>
      <w:r w:rsidRPr="00330A96">
        <w:rPr>
          <w:sz w:val="24"/>
          <w:szCs w:val="24"/>
        </w:rPr>
        <w:t>.</w:t>
      </w:r>
    </w:p>
    <w:p w14:paraId="79A731B0" w14:textId="48BE6C0E" w:rsidR="0057711F" w:rsidRPr="00330A96" w:rsidRDefault="00AA2366" w:rsidP="0057711F">
      <w:pPr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AA2366">
        <w:rPr>
          <w:sz w:val="24"/>
          <w:szCs w:val="24"/>
        </w:rPr>
        <w:t>Zgoda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obowiązuje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od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dnia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jej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podpisania</w:t>
      </w:r>
      <w:proofErr w:type="spellEnd"/>
      <w:r w:rsidRPr="00AA2366">
        <w:rPr>
          <w:sz w:val="24"/>
          <w:szCs w:val="24"/>
        </w:rPr>
        <w:t xml:space="preserve"> do </w:t>
      </w:r>
      <w:proofErr w:type="spellStart"/>
      <w:r w:rsidRPr="00AA2366">
        <w:rPr>
          <w:sz w:val="24"/>
          <w:szCs w:val="24"/>
        </w:rPr>
        <w:t>dnia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zakończenia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realizacji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projektu</w:t>
      </w:r>
      <w:proofErr w:type="spellEnd"/>
      <w:r w:rsidRPr="00AA2366">
        <w:rPr>
          <w:sz w:val="24"/>
          <w:szCs w:val="24"/>
        </w:rPr>
        <w:t xml:space="preserve">, </w:t>
      </w:r>
      <w:proofErr w:type="spellStart"/>
      <w:r w:rsidRPr="00AA2366">
        <w:rPr>
          <w:sz w:val="24"/>
          <w:szCs w:val="24"/>
        </w:rPr>
        <w:t>chyba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że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zostanie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wcześniej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wycofana</w:t>
      </w:r>
      <w:proofErr w:type="spellEnd"/>
      <w:r w:rsidRPr="00AA2366">
        <w:rPr>
          <w:sz w:val="24"/>
          <w:szCs w:val="24"/>
        </w:rPr>
        <w:t>.</w:t>
      </w:r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Można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ją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wycofać</w:t>
      </w:r>
      <w:proofErr w:type="spellEnd"/>
      <w:r w:rsidR="0057711F" w:rsidRPr="00330A96">
        <w:rPr>
          <w:sz w:val="24"/>
          <w:szCs w:val="24"/>
        </w:rPr>
        <w:t xml:space="preserve"> w </w:t>
      </w:r>
      <w:proofErr w:type="spellStart"/>
      <w:r w:rsidR="0057711F" w:rsidRPr="00330A96">
        <w:rPr>
          <w:sz w:val="24"/>
          <w:szCs w:val="24"/>
        </w:rPr>
        <w:t>całości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albo</w:t>
      </w:r>
      <w:proofErr w:type="spellEnd"/>
      <w:r w:rsidR="0057711F" w:rsidRPr="00330A96">
        <w:rPr>
          <w:sz w:val="24"/>
          <w:szCs w:val="24"/>
        </w:rPr>
        <w:t xml:space="preserve"> w </w:t>
      </w:r>
      <w:proofErr w:type="spellStart"/>
      <w:r w:rsidR="0057711F" w:rsidRPr="00330A96">
        <w:rPr>
          <w:sz w:val="24"/>
          <w:szCs w:val="24"/>
        </w:rPr>
        <w:t>odniesieniu</w:t>
      </w:r>
      <w:proofErr w:type="spellEnd"/>
      <w:r w:rsidR="0057711F" w:rsidRPr="00330A96">
        <w:rPr>
          <w:sz w:val="24"/>
          <w:szCs w:val="24"/>
        </w:rPr>
        <w:t xml:space="preserve"> do </w:t>
      </w:r>
      <w:proofErr w:type="spellStart"/>
      <w:r w:rsidR="0057711F" w:rsidRPr="00330A96">
        <w:rPr>
          <w:sz w:val="24"/>
          <w:szCs w:val="24"/>
        </w:rPr>
        <w:t>wybranego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kanału</w:t>
      </w:r>
      <w:proofErr w:type="spellEnd"/>
      <w:r w:rsidR="0057711F" w:rsidRPr="00330A96">
        <w:rPr>
          <w:sz w:val="24"/>
          <w:szCs w:val="24"/>
        </w:rPr>
        <w:t xml:space="preserve">, </w:t>
      </w:r>
      <w:proofErr w:type="spellStart"/>
      <w:r w:rsidR="0057711F" w:rsidRPr="00330A96">
        <w:rPr>
          <w:sz w:val="24"/>
          <w:szCs w:val="24"/>
        </w:rPr>
        <w:t>składając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oświadczenie</w:t>
      </w:r>
      <w:proofErr w:type="spellEnd"/>
      <w:r w:rsidR="0057711F" w:rsidRPr="00330A96">
        <w:rPr>
          <w:sz w:val="24"/>
          <w:szCs w:val="24"/>
        </w:rPr>
        <w:t xml:space="preserve"> w OWP </w:t>
      </w:r>
      <w:proofErr w:type="spellStart"/>
      <w:r w:rsidR="0057711F" w:rsidRPr="00330A96">
        <w:rPr>
          <w:sz w:val="24"/>
          <w:szCs w:val="24"/>
        </w:rPr>
        <w:t>lub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wysyłając</w:t>
      </w:r>
      <w:proofErr w:type="spellEnd"/>
      <w:r w:rsidR="0057711F" w:rsidRPr="00330A96">
        <w:rPr>
          <w:sz w:val="24"/>
          <w:szCs w:val="24"/>
        </w:rPr>
        <w:t xml:space="preserve"> je </w:t>
      </w:r>
      <w:proofErr w:type="spellStart"/>
      <w:r w:rsidR="0057711F" w:rsidRPr="00330A96">
        <w:rPr>
          <w:sz w:val="24"/>
          <w:szCs w:val="24"/>
        </w:rPr>
        <w:t>na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adres</w:t>
      </w:r>
      <w:proofErr w:type="spellEnd"/>
      <w:r w:rsidR="0057711F" w:rsidRPr="00330A96">
        <w:rPr>
          <w:sz w:val="24"/>
          <w:szCs w:val="24"/>
        </w:rPr>
        <w:t xml:space="preserve"> sekretariat@luzino.pl. </w:t>
      </w:r>
      <w:proofErr w:type="spellStart"/>
      <w:r w:rsidR="0057711F" w:rsidRPr="00330A96">
        <w:rPr>
          <w:sz w:val="24"/>
          <w:szCs w:val="24"/>
        </w:rPr>
        <w:t>Wycofanie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nie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wpływa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na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zgodność</w:t>
      </w:r>
      <w:proofErr w:type="spellEnd"/>
      <w:r w:rsidR="0057711F" w:rsidRPr="00330A96">
        <w:rPr>
          <w:sz w:val="24"/>
          <w:szCs w:val="24"/>
        </w:rPr>
        <w:t xml:space="preserve"> z </w:t>
      </w:r>
      <w:proofErr w:type="spellStart"/>
      <w:r w:rsidR="0057711F" w:rsidRPr="00330A96">
        <w:rPr>
          <w:sz w:val="24"/>
          <w:szCs w:val="24"/>
        </w:rPr>
        <w:t>prawem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działań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dokonanych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wcześniej</w:t>
      </w:r>
      <w:proofErr w:type="spellEnd"/>
      <w:r w:rsidR="0057711F" w:rsidRPr="00330A96">
        <w:rPr>
          <w:sz w:val="24"/>
          <w:szCs w:val="24"/>
        </w:rPr>
        <w:t xml:space="preserve">. Po </w:t>
      </w:r>
      <w:proofErr w:type="spellStart"/>
      <w:r w:rsidR="0057711F" w:rsidRPr="00330A96">
        <w:rPr>
          <w:sz w:val="24"/>
          <w:szCs w:val="24"/>
        </w:rPr>
        <w:t>jego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otrzymaniu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nie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będą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dokonywane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nowe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publikacje</w:t>
      </w:r>
      <w:proofErr w:type="spellEnd"/>
      <w:r w:rsidR="0057711F" w:rsidRPr="00330A96">
        <w:rPr>
          <w:sz w:val="24"/>
          <w:szCs w:val="24"/>
        </w:rPr>
        <w:t xml:space="preserve">, a </w:t>
      </w:r>
      <w:proofErr w:type="spellStart"/>
      <w:r w:rsidR="0057711F" w:rsidRPr="00330A96">
        <w:rPr>
          <w:sz w:val="24"/>
          <w:szCs w:val="24"/>
        </w:rPr>
        <w:t>materiały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internetowe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pozostające</w:t>
      </w:r>
      <w:proofErr w:type="spellEnd"/>
      <w:r w:rsidR="0057711F" w:rsidRPr="00330A96">
        <w:rPr>
          <w:sz w:val="24"/>
          <w:szCs w:val="24"/>
        </w:rPr>
        <w:t xml:space="preserve"> pod </w:t>
      </w:r>
      <w:proofErr w:type="spellStart"/>
      <w:r w:rsidR="0057711F" w:rsidRPr="00330A96">
        <w:rPr>
          <w:sz w:val="24"/>
          <w:szCs w:val="24"/>
        </w:rPr>
        <w:t>kontrolą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Gminy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Luzino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lub</w:t>
      </w:r>
      <w:proofErr w:type="spellEnd"/>
      <w:r w:rsidR="0057711F" w:rsidRPr="00330A96">
        <w:rPr>
          <w:sz w:val="24"/>
          <w:szCs w:val="24"/>
        </w:rPr>
        <w:t xml:space="preserve"> OWP </w:t>
      </w:r>
      <w:proofErr w:type="spellStart"/>
      <w:r w:rsidR="0057711F" w:rsidRPr="00330A96">
        <w:rPr>
          <w:sz w:val="24"/>
          <w:szCs w:val="24"/>
        </w:rPr>
        <w:t>zostaną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usunięte</w:t>
      </w:r>
      <w:proofErr w:type="spellEnd"/>
      <w:r w:rsidR="0057711F" w:rsidRPr="00330A96">
        <w:rPr>
          <w:sz w:val="24"/>
          <w:szCs w:val="24"/>
        </w:rPr>
        <w:t xml:space="preserve"> w </w:t>
      </w:r>
      <w:proofErr w:type="spellStart"/>
      <w:r w:rsidR="0057711F" w:rsidRPr="00330A96">
        <w:rPr>
          <w:sz w:val="24"/>
          <w:szCs w:val="24"/>
        </w:rPr>
        <w:t>zakresie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technicznie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i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organizacyjnie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możliwym</w:t>
      </w:r>
      <w:proofErr w:type="spellEnd"/>
      <w:r w:rsidR="0057711F" w:rsidRPr="00330A96">
        <w:rPr>
          <w:sz w:val="24"/>
          <w:szCs w:val="24"/>
        </w:rPr>
        <w:t xml:space="preserve">. </w:t>
      </w:r>
      <w:proofErr w:type="spellStart"/>
      <w:r w:rsidR="0057711F" w:rsidRPr="00330A96">
        <w:rPr>
          <w:sz w:val="24"/>
          <w:szCs w:val="24"/>
        </w:rPr>
        <w:t>Kopie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zapisane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lub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udostępnione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wcześniej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przez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osoby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trzecie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oraz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materiały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drukowane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już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rozpowszechnione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mogą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pozostać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poza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kontrolą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administratora</w:t>
      </w:r>
      <w:proofErr w:type="spellEnd"/>
      <w:r w:rsidR="0057711F" w:rsidRPr="00330A96">
        <w:rPr>
          <w:sz w:val="24"/>
          <w:szCs w:val="24"/>
        </w:rPr>
        <w:t>.</w:t>
      </w:r>
    </w:p>
    <w:p w14:paraId="1E2A35E9" w14:textId="77777777" w:rsidR="0057711F" w:rsidRPr="00330A96" w:rsidRDefault="0057711F" w:rsidP="0057711F">
      <w:pPr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330A96">
        <w:rPr>
          <w:sz w:val="24"/>
          <w:szCs w:val="24"/>
        </w:rPr>
        <w:t>Administratorem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danych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przetwarzanych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podstawie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niniejszej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zgody</w:t>
      </w:r>
      <w:proofErr w:type="spellEnd"/>
      <w:r w:rsidRPr="00330A96">
        <w:rPr>
          <w:sz w:val="24"/>
          <w:szCs w:val="24"/>
        </w:rPr>
        <w:t xml:space="preserve"> jest </w:t>
      </w:r>
      <w:proofErr w:type="spellStart"/>
      <w:r w:rsidRPr="00330A96">
        <w:rPr>
          <w:sz w:val="24"/>
          <w:szCs w:val="24"/>
        </w:rPr>
        <w:t>Wójt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Gminy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Luzino</w:t>
      </w:r>
      <w:proofErr w:type="spellEnd"/>
      <w:r w:rsidRPr="00330A96">
        <w:rPr>
          <w:sz w:val="24"/>
          <w:szCs w:val="24"/>
        </w:rPr>
        <w:t xml:space="preserve">. </w:t>
      </w:r>
      <w:proofErr w:type="spellStart"/>
      <w:r w:rsidRPr="00330A96">
        <w:rPr>
          <w:sz w:val="24"/>
          <w:szCs w:val="24"/>
        </w:rPr>
        <w:t>Szczegółowe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informacje</w:t>
      </w:r>
      <w:proofErr w:type="spellEnd"/>
      <w:r w:rsidRPr="00330A96">
        <w:rPr>
          <w:sz w:val="24"/>
          <w:szCs w:val="24"/>
        </w:rPr>
        <w:t xml:space="preserve"> o </w:t>
      </w:r>
      <w:proofErr w:type="spellStart"/>
      <w:r w:rsidRPr="00330A96">
        <w:rPr>
          <w:sz w:val="24"/>
          <w:szCs w:val="24"/>
        </w:rPr>
        <w:t>przetwarzaniu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danych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prawach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osoby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której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dane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dotyczą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oraz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danych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kontaktowych</w:t>
      </w:r>
      <w:proofErr w:type="spellEnd"/>
      <w:r w:rsidRPr="00330A96">
        <w:rPr>
          <w:sz w:val="24"/>
          <w:szCs w:val="24"/>
        </w:rPr>
        <w:t xml:space="preserve"> IOD </w:t>
      </w:r>
      <w:proofErr w:type="spellStart"/>
      <w:r w:rsidRPr="00330A96">
        <w:rPr>
          <w:sz w:val="24"/>
          <w:szCs w:val="24"/>
        </w:rPr>
        <w:t>zawiera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Załącznik</w:t>
      </w:r>
      <w:proofErr w:type="spellEnd"/>
      <w:r w:rsidRPr="00330A96">
        <w:rPr>
          <w:sz w:val="24"/>
          <w:szCs w:val="24"/>
        </w:rPr>
        <w:t xml:space="preserve"> nr 4.</w:t>
      </w:r>
    </w:p>
    <w:p w14:paraId="704FF758" w14:textId="0B22C63E" w:rsidR="0057711F" w:rsidRDefault="00104042" w:rsidP="00104042">
      <w:pPr>
        <w:spacing w:before="120" w:after="120" w:line="360" w:lineRule="auto"/>
        <w:rPr>
          <w:sz w:val="24"/>
          <w:szCs w:val="24"/>
        </w:rPr>
      </w:pPr>
      <w:proofErr w:type="spellStart"/>
      <w:r w:rsidRPr="00104042">
        <w:rPr>
          <w:sz w:val="24"/>
          <w:szCs w:val="24"/>
        </w:rPr>
        <w:t>Podpisując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część</w:t>
      </w:r>
      <w:proofErr w:type="spellEnd"/>
      <w:r w:rsidRPr="00104042">
        <w:rPr>
          <w:sz w:val="24"/>
          <w:szCs w:val="24"/>
        </w:rPr>
        <w:t xml:space="preserve"> J </w:t>
      </w:r>
      <w:proofErr w:type="spellStart"/>
      <w:r w:rsidRPr="00104042">
        <w:rPr>
          <w:sz w:val="24"/>
          <w:szCs w:val="24"/>
        </w:rPr>
        <w:t>formularza</w:t>
      </w:r>
      <w:proofErr w:type="spellEnd"/>
      <w:r w:rsidRPr="00104042">
        <w:rPr>
          <w:sz w:val="24"/>
          <w:szCs w:val="24"/>
        </w:rPr>
        <w:t xml:space="preserve">, </w:t>
      </w:r>
      <w:proofErr w:type="spellStart"/>
      <w:r w:rsidRPr="00104042">
        <w:rPr>
          <w:sz w:val="24"/>
          <w:szCs w:val="24"/>
        </w:rPr>
        <w:t>potwierdzam</w:t>
      </w:r>
      <w:proofErr w:type="spellEnd"/>
      <w:r w:rsidRPr="00104042">
        <w:rPr>
          <w:sz w:val="24"/>
          <w:szCs w:val="24"/>
        </w:rPr>
        <w:t xml:space="preserve">, </w:t>
      </w:r>
      <w:proofErr w:type="spellStart"/>
      <w:r w:rsidRPr="00104042">
        <w:rPr>
          <w:sz w:val="24"/>
          <w:szCs w:val="24"/>
        </w:rPr>
        <w:t>że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zapoznałem</w:t>
      </w:r>
      <w:proofErr w:type="spellEnd"/>
      <w:r w:rsidRPr="00104042">
        <w:rPr>
          <w:sz w:val="24"/>
          <w:szCs w:val="24"/>
        </w:rPr>
        <w:t xml:space="preserve">/am </w:t>
      </w:r>
      <w:proofErr w:type="spellStart"/>
      <w:r w:rsidRPr="00104042">
        <w:rPr>
          <w:sz w:val="24"/>
          <w:szCs w:val="24"/>
        </w:rPr>
        <w:t>się</w:t>
      </w:r>
      <w:proofErr w:type="spellEnd"/>
      <w:r w:rsidRPr="00104042">
        <w:rPr>
          <w:sz w:val="24"/>
          <w:szCs w:val="24"/>
        </w:rPr>
        <w:t xml:space="preserve"> z </w:t>
      </w:r>
      <w:proofErr w:type="spellStart"/>
      <w:r w:rsidRPr="00104042">
        <w:rPr>
          <w:sz w:val="24"/>
          <w:szCs w:val="24"/>
        </w:rPr>
        <w:t>jej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treścią</w:t>
      </w:r>
      <w:proofErr w:type="spellEnd"/>
      <w:r w:rsidRPr="00104042">
        <w:rPr>
          <w:sz w:val="24"/>
          <w:szCs w:val="24"/>
        </w:rPr>
        <w:t xml:space="preserve">, </w:t>
      </w:r>
      <w:proofErr w:type="spellStart"/>
      <w:r w:rsidRPr="00104042">
        <w:rPr>
          <w:sz w:val="24"/>
          <w:szCs w:val="24"/>
        </w:rPr>
        <w:t>rozumiem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dobrowolny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charakter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zgody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i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jestem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uprawniony</w:t>
      </w:r>
      <w:proofErr w:type="spellEnd"/>
      <w:r w:rsidRPr="00104042">
        <w:rPr>
          <w:sz w:val="24"/>
          <w:szCs w:val="24"/>
        </w:rPr>
        <w:t xml:space="preserve">/a do </w:t>
      </w:r>
      <w:proofErr w:type="spellStart"/>
      <w:r w:rsidRPr="00104042">
        <w:rPr>
          <w:sz w:val="24"/>
          <w:szCs w:val="24"/>
        </w:rPr>
        <w:t>jej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wyrażenia</w:t>
      </w:r>
      <w:proofErr w:type="spellEnd"/>
      <w:r w:rsidRPr="00104042">
        <w:rPr>
          <w:sz w:val="24"/>
          <w:szCs w:val="24"/>
        </w:rPr>
        <w:t xml:space="preserve"> w </w:t>
      </w:r>
      <w:proofErr w:type="spellStart"/>
      <w:r w:rsidRPr="00104042">
        <w:rPr>
          <w:sz w:val="24"/>
          <w:szCs w:val="24"/>
        </w:rPr>
        <w:t>imieniu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dziecka</w:t>
      </w:r>
      <w:proofErr w:type="spellEnd"/>
      <w:r w:rsidRPr="00104042">
        <w:rPr>
          <w:sz w:val="24"/>
          <w:szCs w:val="24"/>
        </w:rPr>
        <w:t xml:space="preserve"> w </w:t>
      </w:r>
      <w:proofErr w:type="spellStart"/>
      <w:r w:rsidRPr="00104042">
        <w:rPr>
          <w:sz w:val="24"/>
          <w:szCs w:val="24"/>
        </w:rPr>
        <w:t>zakresie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zaznaczonych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kanałów</w:t>
      </w:r>
      <w:proofErr w:type="spellEnd"/>
      <w:r w:rsidRPr="00104042">
        <w:rPr>
          <w:sz w:val="24"/>
          <w:szCs w:val="24"/>
        </w:rPr>
        <w:t>.</w:t>
      </w:r>
    </w:p>
    <w:p w14:paraId="501BE6E7" w14:textId="77777777" w:rsidR="00104042" w:rsidRPr="00330A96" w:rsidRDefault="00104042" w:rsidP="00104042">
      <w:pPr>
        <w:spacing w:before="120" w:after="120" w:line="360" w:lineRule="auto"/>
        <w:rPr>
          <w:sz w:val="24"/>
          <w:szCs w:val="24"/>
        </w:rPr>
      </w:pPr>
    </w:p>
    <w:p w14:paraId="46D0E507" w14:textId="77777777" w:rsidR="0057711F" w:rsidRDefault="0057711F" w:rsidP="0057711F">
      <w:pPr>
        <w:spacing w:before="120" w:after="120" w:line="360" w:lineRule="auto"/>
        <w:rPr>
          <w:sz w:val="24"/>
          <w:szCs w:val="24"/>
        </w:rPr>
      </w:pPr>
      <w:r w:rsidRPr="00330A96">
        <w:rPr>
          <w:sz w:val="24"/>
          <w:szCs w:val="24"/>
        </w:rPr>
        <w:t>Data: ........................................................................</w:t>
      </w:r>
    </w:p>
    <w:p w14:paraId="56EF1356" w14:textId="77777777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</w:p>
    <w:p w14:paraId="2CC5A342" w14:textId="77777777" w:rsidR="0057711F" w:rsidRDefault="0057711F" w:rsidP="0057711F">
      <w:pPr>
        <w:spacing w:before="120" w:after="120" w:line="360" w:lineRule="auto"/>
        <w:rPr>
          <w:sz w:val="24"/>
          <w:szCs w:val="24"/>
        </w:rPr>
      </w:pPr>
      <w:proofErr w:type="spellStart"/>
      <w:r w:rsidRPr="00330A96">
        <w:rPr>
          <w:sz w:val="24"/>
          <w:szCs w:val="24"/>
        </w:rPr>
        <w:t>Czytelny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podpis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rodzica</w:t>
      </w:r>
      <w:proofErr w:type="spellEnd"/>
      <w:r w:rsidRPr="00330A96">
        <w:rPr>
          <w:sz w:val="24"/>
          <w:szCs w:val="24"/>
        </w:rPr>
        <w:t>/</w:t>
      </w:r>
      <w:proofErr w:type="spellStart"/>
      <w:r w:rsidRPr="00330A96">
        <w:rPr>
          <w:sz w:val="24"/>
          <w:szCs w:val="24"/>
        </w:rPr>
        <w:t>opiekuna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prawnego</w:t>
      </w:r>
      <w:proofErr w:type="spellEnd"/>
      <w:r w:rsidRPr="00330A96">
        <w:rPr>
          <w:sz w:val="24"/>
          <w:szCs w:val="24"/>
        </w:rPr>
        <w:t xml:space="preserve">: </w:t>
      </w:r>
    </w:p>
    <w:p w14:paraId="3514ECB9" w14:textId="77777777" w:rsidR="0057711F" w:rsidRDefault="0057711F" w:rsidP="0057711F">
      <w:pPr>
        <w:spacing w:before="120" w:after="120" w:line="360" w:lineRule="auto"/>
        <w:rPr>
          <w:sz w:val="24"/>
          <w:szCs w:val="24"/>
        </w:rPr>
      </w:pPr>
    </w:p>
    <w:p w14:paraId="7ECA5590" w14:textId="77777777" w:rsidR="0057711F" w:rsidRDefault="0057711F" w:rsidP="0057711F">
      <w:pPr>
        <w:spacing w:before="120" w:after="120" w:line="360" w:lineRule="auto"/>
        <w:rPr>
          <w:sz w:val="24"/>
          <w:szCs w:val="24"/>
        </w:rPr>
      </w:pPr>
    </w:p>
    <w:p w14:paraId="334165C8" w14:textId="77777777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  <w:r w:rsidRPr="00330A96">
        <w:rPr>
          <w:sz w:val="24"/>
          <w:szCs w:val="24"/>
        </w:rPr>
        <w:t>............................................................................................</w:t>
      </w:r>
    </w:p>
    <w:p w14:paraId="0F2DBEFA" w14:textId="3FBC467D" w:rsidR="0057711F" w:rsidRDefault="0057711F">
      <w:pPr>
        <w:spacing w:after="0" w:line="360" w:lineRule="auto"/>
      </w:pPr>
    </w:p>
    <w:p w14:paraId="34E9002E" w14:textId="69B8A539" w:rsidR="0057711F" w:rsidRDefault="0057711F">
      <w:pPr>
        <w:spacing w:after="0" w:line="360" w:lineRule="auto"/>
      </w:pPr>
    </w:p>
    <w:p w14:paraId="6BA7649B" w14:textId="0FCB738A" w:rsidR="0057711F" w:rsidRDefault="0057711F">
      <w:pPr>
        <w:spacing w:after="0" w:line="360" w:lineRule="auto"/>
      </w:pPr>
    </w:p>
    <w:p w14:paraId="0B1C37E6" w14:textId="54991FF6" w:rsidR="0057711F" w:rsidRDefault="0057711F">
      <w:pPr>
        <w:spacing w:after="0" w:line="360" w:lineRule="auto"/>
      </w:pPr>
    </w:p>
    <w:p w14:paraId="116BFD0F" w14:textId="76D7D002" w:rsidR="0057711F" w:rsidRDefault="0057711F">
      <w:pPr>
        <w:spacing w:after="0" w:line="360" w:lineRule="auto"/>
      </w:pPr>
    </w:p>
    <w:p w14:paraId="5053D955" w14:textId="77777777" w:rsidR="0057711F" w:rsidRDefault="0057711F">
      <w:pPr>
        <w:spacing w:after="0" w:line="360" w:lineRule="auto"/>
      </w:pPr>
    </w:p>
    <w:p w14:paraId="5F8B6AFD" w14:textId="21DBF58F" w:rsidR="007702C4" w:rsidRPr="00F70477" w:rsidRDefault="00B17887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eastAsia="Arial" w:cs="Arial"/>
          <w:b/>
          <w:sz w:val="24"/>
        </w:rPr>
        <w:lastRenderedPageBreak/>
        <w:t>K</w:t>
      </w:r>
      <w:r w:rsidR="007702C4">
        <w:rPr>
          <w:rFonts w:eastAsia="Arial" w:cs="Arial"/>
          <w:b/>
          <w:sz w:val="24"/>
        </w:rPr>
        <w:t>. POTWIERDZENIE WERYFIKACJI DOKUMENTACJI DZIECKA – PONIŻSZĄ CZĘŚĆ WYPEŁNIA WYŁĄCZNIE UPOWAŻNIONY PRACOWNIK OWP</w:t>
      </w:r>
    </w:p>
    <w:p w14:paraId="0294459A" w14:textId="77777777" w:rsidR="00A15506" w:rsidRPr="00F70477" w:rsidRDefault="00A15506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 w:rsidRPr="00F70477">
        <w:rPr>
          <w:rFonts w:eastAsia="Arial" w:cs="Arial"/>
          <w:sz w:val="24"/>
          <w:szCs w:val="24"/>
        </w:rPr>
        <w:t>Potwierdzam</w:t>
      </w:r>
      <w:proofErr w:type="spellEnd"/>
      <w:r w:rsidRPr="00F70477">
        <w:rPr>
          <w:rFonts w:eastAsia="Arial" w:cs="Arial"/>
          <w:sz w:val="24"/>
          <w:szCs w:val="24"/>
        </w:rPr>
        <w:t xml:space="preserve">, </w:t>
      </w:r>
      <w:proofErr w:type="spellStart"/>
      <w:r w:rsidRPr="00F70477">
        <w:rPr>
          <w:rFonts w:eastAsia="Arial" w:cs="Arial"/>
          <w:sz w:val="24"/>
          <w:szCs w:val="24"/>
        </w:rPr>
        <w:t>że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na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podstawie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dokumentacji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załączonej</w:t>
      </w:r>
      <w:proofErr w:type="spellEnd"/>
      <w:r w:rsidRPr="00F70477">
        <w:rPr>
          <w:rFonts w:eastAsia="Arial" w:cs="Arial"/>
          <w:sz w:val="24"/>
          <w:szCs w:val="24"/>
        </w:rPr>
        <w:t xml:space="preserve"> do </w:t>
      </w:r>
      <w:proofErr w:type="spellStart"/>
      <w:r w:rsidRPr="00F70477">
        <w:rPr>
          <w:rFonts w:eastAsia="Arial" w:cs="Arial"/>
          <w:sz w:val="24"/>
          <w:szCs w:val="24"/>
        </w:rPr>
        <w:t>formularza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lub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znajdującej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się</w:t>
      </w:r>
      <w:proofErr w:type="spellEnd"/>
      <w:r w:rsidRPr="00F70477">
        <w:rPr>
          <w:rFonts w:eastAsia="Arial" w:cs="Arial"/>
          <w:sz w:val="24"/>
          <w:szCs w:val="24"/>
        </w:rPr>
        <w:t xml:space="preserve"> w OWP </w:t>
      </w:r>
      <w:proofErr w:type="spellStart"/>
      <w:r w:rsidRPr="00F70477">
        <w:rPr>
          <w:rFonts w:eastAsia="Arial" w:cs="Arial"/>
          <w:sz w:val="24"/>
          <w:szCs w:val="24"/>
        </w:rPr>
        <w:t>zweryfikowano</w:t>
      </w:r>
      <w:proofErr w:type="spellEnd"/>
      <w:r w:rsidRPr="00F70477">
        <w:rPr>
          <w:rFonts w:eastAsia="Arial" w:cs="Arial"/>
          <w:sz w:val="24"/>
          <w:szCs w:val="24"/>
        </w:rPr>
        <w:t xml:space="preserve">, </w:t>
      </w:r>
      <w:proofErr w:type="spellStart"/>
      <w:r w:rsidRPr="00F70477">
        <w:rPr>
          <w:rFonts w:eastAsia="Arial" w:cs="Arial"/>
          <w:sz w:val="24"/>
          <w:szCs w:val="24"/>
        </w:rPr>
        <w:t>że</w:t>
      </w:r>
      <w:proofErr w:type="spellEnd"/>
      <w:r w:rsidRPr="00F70477">
        <w:rPr>
          <w:rFonts w:eastAsia="Arial" w:cs="Arial"/>
          <w:sz w:val="24"/>
          <w:szCs w:val="24"/>
        </w:rPr>
        <w:t>:</w:t>
      </w:r>
    </w:p>
    <w:p w14:paraId="0D3EE8AF" w14:textId="77777777" w:rsidR="00A15506" w:rsidRPr="00F70477" w:rsidRDefault="00A15506" w:rsidP="00F70477">
      <w:pPr>
        <w:pStyle w:val="Akapitzlist"/>
        <w:widowControl w:val="0"/>
        <w:numPr>
          <w:ilvl w:val="0"/>
          <w:numId w:val="10"/>
        </w:numPr>
        <w:spacing w:after="0" w:line="360" w:lineRule="auto"/>
        <w:rPr>
          <w:rFonts w:cs="Arial"/>
          <w:sz w:val="24"/>
          <w:szCs w:val="24"/>
        </w:rPr>
      </w:pPr>
      <w:proofErr w:type="spellStart"/>
      <w:r w:rsidRPr="00F70477">
        <w:rPr>
          <w:rFonts w:eastAsia="Arial" w:cs="Arial"/>
          <w:sz w:val="24"/>
          <w:szCs w:val="24"/>
        </w:rPr>
        <w:t>dziecko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uczęszcza</w:t>
      </w:r>
      <w:proofErr w:type="spellEnd"/>
      <w:r w:rsidRPr="00F70477">
        <w:rPr>
          <w:rFonts w:eastAsia="Arial" w:cs="Arial"/>
          <w:sz w:val="24"/>
          <w:szCs w:val="24"/>
        </w:rPr>
        <w:t xml:space="preserve"> do OWP </w:t>
      </w:r>
      <w:proofErr w:type="spellStart"/>
      <w:r w:rsidRPr="00F70477">
        <w:rPr>
          <w:rFonts w:eastAsia="Arial" w:cs="Arial"/>
          <w:sz w:val="24"/>
          <w:szCs w:val="24"/>
        </w:rPr>
        <w:t>objętego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projektem</w:t>
      </w:r>
      <w:proofErr w:type="spellEnd"/>
      <w:r w:rsidRPr="00F70477">
        <w:rPr>
          <w:rFonts w:eastAsia="Arial" w:cs="Arial"/>
          <w:sz w:val="24"/>
          <w:szCs w:val="24"/>
        </w:rPr>
        <w:t xml:space="preserve">: </w:t>
      </w:r>
    </w:p>
    <w:p w14:paraId="41713CD8" w14:textId="77777777" w:rsidR="00A15506" w:rsidRPr="00F70477" w:rsidRDefault="00A15506" w:rsidP="00F70477">
      <w:pPr>
        <w:keepLines/>
        <w:widowControl w:val="0"/>
        <w:spacing w:after="0" w:line="360" w:lineRule="auto"/>
        <w:ind w:firstLine="720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OWP w </w:t>
      </w:r>
      <w:proofErr w:type="spellStart"/>
      <w:r w:rsidRPr="00F70477">
        <w:rPr>
          <w:rFonts w:eastAsia="Arial" w:cs="Arial"/>
          <w:sz w:val="24"/>
          <w:szCs w:val="24"/>
        </w:rPr>
        <w:t>Sychowie</w:t>
      </w:r>
      <w:proofErr w:type="spellEnd"/>
      <w:r w:rsidRPr="00F70477">
        <w:rPr>
          <w:rFonts w:eastAsia="Arial" w:cs="Arial"/>
          <w:sz w:val="24"/>
          <w:szCs w:val="24"/>
        </w:rPr>
        <w:t> </w:t>
      </w: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OWP w </w:t>
      </w:r>
      <w:proofErr w:type="spellStart"/>
      <w:r w:rsidRPr="00F70477">
        <w:rPr>
          <w:rFonts w:eastAsia="Arial" w:cs="Arial"/>
          <w:sz w:val="24"/>
          <w:szCs w:val="24"/>
        </w:rPr>
        <w:t>Kębłowie</w:t>
      </w:r>
      <w:proofErr w:type="spellEnd"/>
    </w:p>
    <w:p w14:paraId="30380EF1" w14:textId="77777777" w:rsidR="00A15506" w:rsidRPr="00F70477" w:rsidRDefault="00A15506" w:rsidP="00F70477">
      <w:pPr>
        <w:pStyle w:val="Akapitzlist"/>
        <w:widowControl w:val="0"/>
        <w:numPr>
          <w:ilvl w:val="0"/>
          <w:numId w:val="10"/>
        </w:numPr>
        <w:spacing w:after="0" w:line="360" w:lineRule="auto"/>
        <w:rPr>
          <w:rFonts w:cs="Arial"/>
          <w:sz w:val="24"/>
          <w:szCs w:val="24"/>
        </w:rPr>
      </w:pPr>
      <w:proofErr w:type="spellStart"/>
      <w:r>
        <w:rPr>
          <w:rFonts w:eastAsia="Arial" w:cs="Arial"/>
          <w:sz w:val="24"/>
        </w:rPr>
        <w:t>dziecko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posiada</w:t>
      </w:r>
      <w:proofErr w:type="spellEnd"/>
      <w:r>
        <w:rPr>
          <w:rFonts w:eastAsia="Arial" w:cs="Arial"/>
          <w:sz w:val="24"/>
        </w:rPr>
        <w:t xml:space="preserve"> co </w:t>
      </w:r>
      <w:proofErr w:type="spellStart"/>
      <w:r>
        <w:rPr>
          <w:rFonts w:eastAsia="Arial" w:cs="Arial"/>
          <w:sz w:val="24"/>
        </w:rPr>
        <w:t>najmniej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jedną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rozpoznaną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udokumentowaną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trudność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potrzebę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rozwojową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odpowiadającą</w:t>
      </w:r>
      <w:proofErr w:type="spellEnd"/>
      <w:r>
        <w:rPr>
          <w:rFonts w:eastAsia="Arial" w:cs="Arial"/>
          <w:sz w:val="24"/>
        </w:rPr>
        <w:t xml:space="preserve"> co </w:t>
      </w:r>
      <w:proofErr w:type="spellStart"/>
      <w:r>
        <w:rPr>
          <w:rFonts w:eastAsia="Arial" w:cs="Arial"/>
          <w:sz w:val="24"/>
        </w:rPr>
        <w:t>najmniej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jednej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formie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wsparcia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przewidzianej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projekcie</w:t>
      </w:r>
      <w:proofErr w:type="spellEnd"/>
      <w:r>
        <w:rPr>
          <w:rFonts w:eastAsia="Arial" w:cs="Arial"/>
          <w:sz w:val="24"/>
        </w:rPr>
        <w:t>:</w:t>
      </w:r>
    </w:p>
    <w:p w14:paraId="71A1EDFE" w14:textId="77777777" w:rsidR="00A15506" w:rsidRPr="00F70477" w:rsidRDefault="00A15506" w:rsidP="00F70477">
      <w:pPr>
        <w:keepLines/>
        <w:widowControl w:val="0"/>
        <w:spacing w:after="0" w:line="360" w:lineRule="auto"/>
        <w:ind w:firstLine="720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TAK    </w:t>
      </w: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NIE    </w:t>
      </w:r>
    </w:p>
    <w:p w14:paraId="6C341D2F" w14:textId="77777777" w:rsidR="00A15506" w:rsidRPr="00F70477" w:rsidRDefault="00A15506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26509447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 w:rsidRPr="00F70477">
        <w:rPr>
          <w:rFonts w:eastAsia="Arial" w:cs="Arial"/>
          <w:sz w:val="24"/>
          <w:szCs w:val="24"/>
        </w:rPr>
        <w:t>Podstawa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weryfikacji</w:t>
      </w:r>
      <w:proofErr w:type="spellEnd"/>
      <w:r w:rsidRPr="00F70477">
        <w:rPr>
          <w:rFonts w:eastAsia="Arial" w:cs="Arial"/>
          <w:sz w:val="24"/>
          <w:szCs w:val="24"/>
        </w:rPr>
        <w:t>:</w:t>
      </w:r>
    </w:p>
    <w:p w14:paraId="7C553989" w14:textId="77777777" w:rsidR="007702C4" w:rsidRPr="00F70477" w:rsidRDefault="007702C4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orzeczenie</w:t>
      </w:r>
      <w:proofErr w:type="spellEnd"/>
      <w:r w:rsidRPr="00F70477">
        <w:rPr>
          <w:rFonts w:eastAsia="Arial" w:cs="Arial"/>
          <w:sz w:val="24"/>
          <w:szCs w:val="24"/>
        </w:rPr>
        <w:t xml:space="preserve"> o </w:t>
      </w:r>
      <w:proofErr w:type="spellStart"/>
      <w:r w:rsidRPr="00F70477">
        <w:rPr>
          <w:rFonts w:eastAsia="Arial" w:cs="Arial"/>
          <w:sz w:val="24"/>
          <w:szCs w:val="24"/>
        </w:rPr>
        <w:t>potrzebie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kształcenia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specjalnego</w:t>
      </w:r>
      <w:proofErr w:type="spellEnd"/>
      <w:r w:rsidRPr="00F70477">
        <w:rPr>
          <w:rFonts w:eastAsia="Arial" w:cs="Arial"/>
          <w:sz w:val="24"/>
          <w:szCs w:val="24"/>
        </w:rPr>
        <w:t xml:space="preserve"> (OPKS)</w:t>
      </w:r>
    </w:p>
    <w:p w14:paraId="6C8D437D" w14:textId="77777777" w:rsidR="007702C4" w:rsidRPr="00F70477" w:rsidRDefault="007702C4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opinia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poradni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psychologiczno-pedagogicznej</w:t>
      </w:r>
      <w:proofErr w:type="spellEnd"/>
    </w:p>
    <w:p w14:paraId="02630308" w14:textId="77777777" w:rsidR="007702C4" w:rsidRPr="00F70477" w:rsidRDefault="007702C4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IPET</w:t>
      </w:r>
    </w:p>
    <w:p w14:paraId="2B77FDAF" w14:textId="77777777" w:rsidR="007702C4" w:rsidRPr="00F70477" w:rsidRDefault="007702C4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diagnoza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funkcjonalna</w:t>
      </w:r>
      <w:proofErr w:type="spellEnd"/>
    </w:p>
    <w:p w14:paraId="354BE9C2" w14:textId="77777777" w:rsidR="007702C4" w:rsidRPr="00F70477" w:rsidRDefault="007702C4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udokumentowana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obserwacja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pedagogiczna</w:t>
      </w:r>
      <w:proofErr w:type="spellEnd"/>
    </w:p>
    <w:p w14:paraId="3C539763" w14:textId="77777777" w:rsidR="007702C4" w:rsidRPr="00F70477" w:rsidRDefault="007702C4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inna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datowana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dokumentacja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prowadzona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albo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przechowywana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przez</w:t>
      </w:r>
      <w:proofErr w:type="spellEnd"/>
      <w:r>
        <w:rPr>
          <w:rFonts w:eastAsia="Arial" w:cs="Arial"/>
          <w:sz w:val="24"/>
        </w:rPr>
        <w:t xml:space="preserve"> OWP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przedstawiona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przez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rodzica</w:t>
      </w:r>
      <w:proofErr w:type="spellEnd"/>
      <w:r>
        <w:rPr>
          <w:rFonts w:eastAsia="Arial" w:cs="Arial"/>
          <w:sz w:val="24"/>
        </w:rPr>
        <w:t>/</w:t>
      </w:r>
      <w:proofErr w:type="spellStart"/>
      <w:r>
        <w:rPr>
          <w:rFonts w:eastAsia="Arial" w:cs="Arial"/>
          <w:sz w:val="24"/>
        </w:rPr>
        <w:t>opiekuna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prawnego</w:t>
      </w:r>
      <w:proofErr w:type="spellEnd"/>
      <w:r>
        <w:rPr>
          <w:rFonts w:eastAsia="Arial" w:cs="Arial"/>
          <w:sz w:val="24"/>
        </w:rPr>
        <w:t>: ................................</w:t>
      </w:r>
    </w:p>
    <w:p w14:paraId="6DE3779F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4A70F39D" w14:textId="77777777" w:rsidR="007A2AA3" w:rsidRPr="00F70477" w:rsidRDefault="007A2AA3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sz w:val="24"/>
          <w:szCs w:val="24"/>
        </w:rPr>
        <w:t xml:space="preserve">Na </w:t>
      </w:r>
      <w:proofErr w:type="spellStart"/>
      <w:r w:rsidRPr="00F70477">
        <w:rPr>
          <w:rFonts w:eastAsia="Arial" w:cs="Arial"/>
          <w:sz w:val="24"/>
          <w:szCs w:val="24"/>
        </w:rPr>
        <w:t>podstawie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zweryfikowanej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dokumentacji</w:t>
      </w:r>
      <w:proofErr w:type="spellEnd"/>
      <w:r w:rsidRPr="00F70477">
        <w:rPr>
          <w:rFonts w:eastAsia="Arial" w:cs="Arial"/>
          <w:sz w:val="24"/>
          <w:szCs w:val="24"/>
        </w:rPr>
        <w:t>:</w:t>
      </w:r>
    </w:p>
    <w:p w14:paraId="6A3EBAC1" w14:textId="77777777" w:rsidR="007A2AA3" w:rsidRPr="00F70477" w:rsidRDefault="007A2AA3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dziecko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posiada</w:t>
      </w:r>
      <w:proofErr w:type="spellEnd"/>
      <w:r w:rsidRPr="00F70477">
        <w:rPr>
          <w:rFonts w:eastAsia="Arial" w:cs="Arial"/>
          <w:sz w:val="24"/>
          <w:szCs w:val="24"/>
        </w:rPr>
        <w:t xml:space="preserve"> OPKS</w:t>
      </w:r>
    </w:p>
    <w:p w14:paraId="038F6D76" w14:textId="77777777" w:rsidR="007702C4" w:rsidRPr="00F70477" w:rsidRDefault="007A2AA3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u </w:t>
      </w:r>
      <w:proofErr w:type="spellStart"/>
      <w:r>
        <w:rPr>
          <w:rFonts w:eastAsia="Arial" w:cs="Arial"/>
          <w:sz w:val="24"/>
        </w:rPr>
        <w:t>dziecka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występuje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inna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rozpoznana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udokumentowana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trudność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potrzeba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rozwojowa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odpowiadająca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wsparciu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przewidzianemu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projekcie</w:t>
      </w:r>
      <w:proofErr w:type="spellEnd"/>
    </w:p>
    <w:p w14:paraId="3066F832" w14:textId="77777777" w:rsidR="009B6187" w:rsidRDefault="00935E87">
      <w:pPr>
        <w:keepNext/>
        <w:keepLines/>
        <w:pageBreakBefore/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>
        <w:rPr>
          <w:rFonts w:eastAsia="Arial" w:cs="Arial"/>
          <w:sz w:val="24"/>
        </w:rPr>
        <w:lastRenderedPageBreak/>
        <w:t>Rozpoznana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udokumentowana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trudność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potrzeba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rozwojowa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dziecka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odpowiada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następującej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formie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formom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wsparcia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przewidzianym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projekcie</w:t>
      </w:r>
      <w:proofErr w:type="spellEnd"/>
      <w:r>
        <w:rPr>
          <w:rFonts w:eastAsia="Arial" w:cs="Arial"/>
          <w:sz w:val="24"/>
        </w:rPr>
        <w:t xml:space="preserve"> (</w:t>
      </w:r>
      <w:proofErr w:type="spellStart"/>
      <w:r>
        <w:rPr>
          <w:rFonts w:eastAsia="Arial" w:cs="Arial"/>
          <w:sz w:val="24"/>
        </w:rPr>
        <w:t>można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zaznaczyć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więcej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niż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jedną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odpowiedź</w:t>
      </w:r>
      <w:proofErr w:type="spellEnd"/>
      <w:r>
        <w:rPr>
          <w:rFonts w:eastAsia="Arial" w:cs="Arial"/>
          <w:sz w:val="24"/>
        </w:rPr>
        <w:t>):</w:t>
      </w:r>
    </w:p>
    <w:p w14:paraId="794C7612" w14:textId="52291D11" w:rsidR="009B6187" w:rsidRDefault="00935E87">
      <w:pPr>
        <w:keepLines/>
        <w:widowControl w:val="0"/>
        <w:spacing w:after="0" w:line="360" w:lineRule="auto"/>
        <w:rPr>
          <w:rFonts w:eastAsia="Arial" w:cs="Arial"/>
          <w:sz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indywidualne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zajęcia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rewalidacyjne</w:t>
      </w:r>
      <w:proofErr w:type="spellEnd"/>
      <w:r>
        <w:rPr>
          <w:rFonts w:eastAsia="Arial" w:cs="Arial"/>
          <w:sz w:val="24"/>
        </w:rPr>
        <w:t xml:space="preserve"> – </w:t>
      </w:r>
      <w:proofErr w:type="spellStart"/>
      <w:r>
        <w:rPr>
          <w:rFonts w:eastAsia="Arial" w:cs="Arial"/>
          <w:sz w:val="24"/>
        </w:rPr>
        <w:t>wyłącznie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dla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dziecka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posiadającego</w:t>
      </w:r>
      <w:proofErr w:type="spellEnd"/>
      <w:r>
        <w:rPr>
          <w:rFonts w:eastAsia="Arial" w:cs="Arial"/>
          <w:sz w:val="24"/>
        </w:rPr>
        <w:t xml:space="preserve"> OPKS</w:t>
      </w:r>
      <w:r>
        <w:rPr>
          <w:rFonts w:eastAsia="Arial" w:cs="Arial"/>
          <w:sz w:val="24"/>
        </w:rPr>
        <w:br/>
      </w: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grupowe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zajęcia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rozwijające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kompetencje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logiczno-matematyczne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oraz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umiejętność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planowania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rozwiązywania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problemów</w:t>
      </w:r>
      <w:proofErr w:type="spellEnd"/>
      <w:r>
        <w:rPr>
          <w:rFonts w:eastAsia="Arial" w:cs="Arial"/>
          <w:sz w:val="24"/>
        </w:rPr>
        <w:br/>
      </w: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indywidualne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zajęcia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zakresie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wczesnego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wspierania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rozwoju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mowy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artykulacji</w:t>
      </w:r>
      <w:proofErr w:type="spellEnd"/>
      <w:r>
        <w:rPr>
          <w:rFonts w:eastAsia="Arial" w:cs="Arial"/>
          <w:sz w:val="24"/>
        </w:rPr>
        <w:br/>
      </w: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grupowe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zajęcia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wspierające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rozwój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kompetencji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społeczno-emocjonalnych</w:t>
      </w:r>
      <w:proofErr w:type="spellEnd"/>
    </w:p>
    <w:p w14:paraId="0E4CEA86" w14:textId="77777777" w:rsidR="00097CC1" w:rsidRDefault="00097CC1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</w:p>
    <w:p w14:paraId="055A7D90" w14:textId="37CDC5E3" w:rsidR="009B6187" w:rsidRDefault="00935E87">
      <w:pPr>
        <w:keepLines/>
        <w:widowControl w:val="0"/>
        <w:spacing w:after="0" w:line="360" w:lineRule="auto"/>
        <w:rPr>
          <w:rFonts w:eastAsia="Arial" w:cs="Arial"/>
          <w:i/>
          <w:sz w:val="24"/>
        </w:rPr>
      </w:pPr>
      <w:proofErr w:type="spellStart"/>
      <w:r>
        <w:rPr>
          <w:rFonts w:eastAsia="Arial" w:cs="Arial"/>
          <w:i/>
          <w:sz w:val="24"/>
        </w:rPr>
        <w:t>Potwierdzenie</w:t>
      </w:r>
      <w:proofErr w:type="spellEnd"/>
      <w:r>
        <w:rPr>
          <w:rFonts w:eastAsia="Arial" w:cs="Arial"/>
          <w:i/>
          <w:sz w:val="24"/>
        </w:rPr>
        <w:t xml:space="preserve"> w </w:t>
      </w:r>
      <w:proofErr w:type="spellStart"/>
      <w:r>
        <w:rPr>
          <w:rFonts w:eastAsia="Arial" w:cs="Arial"/>
          <w:i/>
          <w:sz w:val="24"/>
        </w:rPr>
        <w:t>tej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części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nie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stanowi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decyzji</w:t>
      </w:r>
      <w:proofErr w:type="spellEnd"/>
      <w:r>
        <w:rPr>
          <w:rFonts w:eastAsia="Arial" w:cs="Arial"/>
          <w:i/>
          <w:sz w:val="24"/>
        </w:rPr>
        <w:t xml:space="preserve"> o </w:t>
      </w:r>
      <w:proofErr w:type="spellStart"/>
      <w:r>
        <w:rPr>
          <w:rFonts w:eastAsia="Arial" w:cs="Arial"/>
          <w:i/>
          <w:sz w:val="24"/>
        </w:rPr>
        <w:t>zakwalifikowaniu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dziecka</w:t>
      </w:r>
      <w:proofErr w:type="spellEnd"/>
      <w:r>
        <w:rPr>
          <w:rFonts w:eastAsia="Arial" w:cs="Arial"/>
          <w:i/>
          <w:sz w:val="24"/>
        </w:rPr>
        <w:t xml:space="preserve">. </w:t>
      </w:r>
      <w:proofErr w:type="spellStart"/>
      <w:r>
        <w:rPr>
          <w:rFonts w:eastAsia="Arial" w:cs="Arial"/>
          <w:i/>
          <w:sz w:val="24"/>
        </w:rPr>
        <w:t>Oceny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kryteriów</w:t>
      </w:r>
      <w:proofErr w:type="spellEnd"/>
      <w:r>
        <w:rPr>
          <w:rFonts w:eastAsia="Arial" w:cs="Arial"/>
          <w:i/>
          <w:sz w:val="24"/>
        </w:rPr>
        <w:t xml:space="preserve">, </w:t>
      </w:r>
      <w:proofErr w:type="spellStart"/>
      <w:r>
        <w:rPr>
          <w:rFonts w:eastAsia="Arial" w:cs="Arial"/>
          <w:i/>
          <w:sz w:val="24"/>
        </w:rPr>
        <w:t>przyznania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punktów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i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kwalifikacji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dokonuje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Komisja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Rekrutacyjna</w:t>
      </w:r>
      <w:proofErr w:type="spellEnd"/>
      <w:r>
        <w:rPr>
          <w:rFonts w:eastAsia="Arial" w:cs="Arial"/>
          <w:i/>
          <w:sz w:val="24"/>
        </w:rPr>
        <w:t xml:space="preserve"> w </w:t>
      </w:r>
      <w:proofErr w:type="spellStart"/>
      <w:r>
        <w:rPr>
          <w:rFonts w:eastAsia="Arial" w:cs="Arial"/>
          <w:i/>
          <w:sz w:val="24"/>
        </w:rPr>
        <w:t>protokole</w:t>
      </w:r>
      <w:proofErr w:type="spellEnd"/>
      <w:r>
        <w:rPr>
          <w:rFonts w:eastAsia="Arial" w:cs="Arial"/>
          <w:i/>
          <w:sz w:val="24"/>
        </w:rPr>
        <w:t>.</w:t>
      </w:r>
    </w:p>
    <w:p w14:paraId="6C2D5993" w14:textId="22D23A84" w:rsidR="00097CC1" w:rsidRDefault="00097CC1">
      <w:pPr>
        <w:keepLines/>
        <w:widowControl w:val="0"/>
        <w:spacing w:after="0" w:line="360" w:lineRule="auto"/>
        <w:rPr>
          <w:rFonts w:eastAsia="Arial" w:cs="Arial"/>
          <w:i/>
          <w:sz w:val="24"/>
        </w:rPr>
      </w:pPr>
    </w:p>
    <w:p w14:paraId="761B92D2" w14:textId="77777777" w:rsidR="00097CC1" w:rsidRDefault="00097CC1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</w:p>
    <w:p w14:paraId="7B8FBBE0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sz w:val="24"/>
          <w:szCs w:val="24"/>
        </w:rPr>
        <w:t>........................................................</w:t>
      </w:r>
    </w:p>
    <w:p w14:paraId="542773EA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 w:rsidRPr="00F70477">
        <w:rPr>
          <w:rFonts w:eastAsia="Arial" w:cs="Arial"/>
          <w:sz w:val="24"/>
          <w:szCs w:val="24"/>
        </w:rPr>
        <w:t>imię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nazwisko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oraz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funkcja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osoby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dokonującej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weryfikacji</w:t>
      </w:r>
      <w:proofErr w:type="spellEnd"/>
    </w:p>
    <w:p w14:paraId="0896B572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18BB9D4D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708E4000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sz w:val="24"/>
          <w:szCs w:val="24"/>
        </w:rPr>
        <w:t>........................................................</w:t>
      </w:r>
    </w:p>
    <w:p w14:paraId="1C3A4693" w14:textId="77777777" w:rsidR="0015168D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sz w:val="24"/>
          <w:szCs w:val="24"/>
        </w:rPr>
        <w:t xml:space="preserve">data </w:t>
      </w:r>
      <w:proofErr w:type="spellStart"/>
      <w:r w:rsidRPr="00F70477">
        <w:rPr>
          <w:rFonts w:eastAsia="Arial" w:cs="Arial"/>
          <w:sz w:val="24"/>
          <w:szCs w:val="24"/>
        </w:rPr>
        <w:t>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podpis</w:t>
      </w:r>
      <w:proofErr w:type="spellEnd"/>
    </w:p>
    <w:sectPr w:rsidR="0015168D" w:rsidRPr="00F70477" w:rsidSect="00034616">
      <w:headerReference w:type="default" r:id="rId8"/>
      <w:footerReference w:type="default" r:id="rId9"/>
      <w:pgSz w:w="12240" w:h="15840"/>
      <w:pgMar w:top="907" w:right="1077" w:bottom="907" w:left="119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F8B0E" w14:textId="77777777" w:rsidR="005A6CB4" w:rsidRDefault="005A6CB4">
      <w:pPr>
        <w:spacing w:after="0"/>
      </w:pPr>
      <w:r>
        <w:separator/>
      </w:r>
    </w:p>
  </w:endnote>
  <w:endnote w:type="continuationSeparator" w:id="0">
    <w:p w14:paraId="126ED7E9" w14:textId="77777777" w:rsidR="005A6CB4" w:rsidRDefault="005A6C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2004623632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848893" w14:textId="530498C0" w:rsidR="009712D2" w:rsidRPr="009712D2" w:rsidRDefault="009712D2">
            <w:pPr>
              <w:pStyle w:val="Stopka"/>
              <w:jc w:val="right"/>
              <w:rPr>
                <w:sz w:val="22"/>
              </w:rPr>
            </w:pPr>
            <w:r w:rsidRPr="009712D2">
              <w:rPr>
                <w:sz w:val="22"/>
                <w:lang w:val="pl-PL"/>
              </w:rPr>
              <w:t xml:space="preserve">Strona </w:t>
            </w:r>
            <w:r w:rsidRPr="009712D2">
              <w:rPr>
                <w:b/>
                <w:bCs/>
                <w:sz w:val="22"/>
              </w:rPr>
              <w:fldChar w:fldCharType="begin"/>
            </w:r>
            <w:r w:rsidRPr="009712D2">
              <w:rPr>
                <w:b/>
                <w:bCs/>
                <w:sz w:val="22"/>
              </w:rPr>
              <w:instrText>PAGE</w:instrText>
            </w:r>
            <w:r w:rsidRPr="009712D2">
              <w:rPr>
                <w:b/>
                <w:bCs/>
                <w:sz w:val="22"/>
              </w:rPr>
              <w:fldChar w:fldCharType="separate"/>
            </w:r>
            <w:r w:rsidRPr="009712D2">
              <w:rPr>
                <w:b/>
                <w:bCs/>
                <w:sz w:val="22"/>
                <w:lang w:val="pl-PL"/>
              </w:rPr>
              <w:t>2</w:t>
            </w:r>
            <w:r w:rsidRPr="009712D2">
              <w:rPr>
                <w:b/>
                <w:bCs/>
                <w:sz w:val="22"/>
              </w:rPr>
              <w:fldChar w:fldCharType="end"/>
            </w:r>
            <w:r w:rsidRPr="009712D2">
              <w:rPr>
                <w:sz w:val="22"/>
                <w:lang w:val="pl-PL"/>
              </w:rPr>
              <w:t xml:space="preserve"> z </w:t>
            </w:r>
            <w:r w:rsidRPr="009712D2">
              <w:rPr>
                <w:b/>
                <w:bCs/>
                <w:sz w:val="22"/>
              </w:rPr>
              <w:fldChar w:fldCharType="begin"/>
            </w:r>
            <w:r w:rsidRPr="009712D2">
              <w:rPr>
                <w:b/>
                <w:bCs/>
                <w:sz w:val="22"/>
              </w:rPr>
              <w:instrText>NUMPAGES</w:instrText>
            </w:r>
            <w:r w:rsidRPr="009712D2">
              <w:rPr>
                <w:b/>
                <w:bCs/>
                <w:sz w:val="22"/>
              </w:rPr>
              <w:fldChar w:fldCharType="separate"/>
            </w:r>
            <w:r w:rsidRPr="009712D2">
              <w:rPr>
                <w:b/>
                <w:bCs/>
                <w:sz w:val="22"/>
                <w:lang w:val="pl-PL"/>
              </w:rPr>
              <w:t>2</w:t>
            </w:r>
            <w:r w:rsidRPr="009712D2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4D108431" w14:textId="77777777" w:rsidR="009712D2" w:rsidRPr="009712D2" w:rsidRDefault="009712D2" w:rsidP="009712D2">
    <w:pPr>
      <w:pStyle w:val="Stopka"/>
      <w:jc w:val="center"/>
      <w:rPr>
        <w:sz w:val="24"/>
        <w:szCs w:val="32"/>
      </w:rPr>
    </w:pPr>
    <w:proofErr w:type="spellStart"/>
    <w:r w:rsidRPr="009712D2">
      <w:rPr>
        <w:sz w:val="24"/>
        <w:szCs w:val="32"/>
      </w:rPr>
      <w:t>Fundusze</w:t>
    </w:r>
    <w:proofErr w:type="spellEnd"/>
    <w:r w:rsidRPr="009712D2">
      <w:rPr>
        <w:sz w:val="24"/>
        <w:szCs w:val="32"/>
      </w:rPr>
      <w:t xml:space="preserve"> </w:t>
    </w:r>
    <w:proofErr w:type="spellStart"/>
    <w:r w:rsidRPr="009712D2">
      <w:rPr>
        <w:sz w:val="24"/>
        <w:szCs w:val="32"/>
      </w:rPr>
      <w:t>Europejskie</w:t>
    </w:r>
    <w:proofErr w:type="spellEnd"/>
    <w:r w:rsidRPr="009712D2">
      <w:rPr>
        <w:sz w:val="24"/>
        <w:szCs w:val="32"/>
      </w:rPr>
      <w:t xml:space="preserve"> </w:t>
    </w:r>
    <w:proofErr w:type="spellStart"/>
    <w:r w:rsidRPr="009712D2">
      <w:rPr>
        <w:sz w:val="24"/>
        <w:szCs w:val="32"/>
      </w:rPr>
      <w:t>dla</w:t>
    </w:r>
    <w:proofErr w:type="spellEnd"/>
    <w:r w:rsidRPr="009712D2">
      <w:rPr>
        <w:sz w:val="24"/>
        <w:szCs w:val="32"/>
      </w:rPr>
      <w:t xml:space="preserve"> </w:t>
    </w:r>
    <w:proofErr w:type="spellStart"/>
    <w:r w:rsidRPr="009712D2">
      <w:rPr>
        <w:sz w:val="24"/>
        <w:szCs w:val="32"/>
      </w:rPr>
      <w:t>Pomorza</w:t>
    </w:r>
    <w:proofErr w:type="spellEnd"/>
    <w:r w:rsidRPr="009712D2">
      <w:rPr>
        <w:sz w:val="24"/>
        <w:szCs w:val="32"/>
      </w:rPr>
      <w:t xml:space="preserve"> 2021-2027</w:t>
    </w:r>
  </w:p>
  <w:p w14:paraId="4C155DFB" w14:textId="558FF3B0" w:rsidR="006D6834" w:rsidRPr="006D6834" w:rsidRDefault="006D6834" w:rsidP="006D6834">
    <w:pPr>
      <w:pStyle w:val="Stopka"/>
      <w:jc w:val="center"/>
      <w:rPr>
        <w:rFonts w:cs="Arial"/>
        <w:sz w:val="22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B182D" w14:textId="77777777" w:rsidR="005A6CB4" w:rsidRDefault="005A6CB4">
      <w:pPr>
        <w:spacing w:after="0"/>
      </w:pPr>
      <w:r>
        <w:separator/>
      </w:r>
    </w:p>
  </w:footnote>
  <w:footnote w:type="continuationSeparator" w:id="0">
    <w:p w14:paraId="54F19D20" w14:textId="77777777" w:rsidR="005A6CB4" w:rsidRDefault="005A6C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E95B3" w14:textId="77777777" w:rsidR="006D6834" w:rsidRDefault="006D6834">
    <w:pPr>
      <w:pStyle w:val="Nagwek"/>
    </w:pPr>
    <w:r>
      <w:rPr>
        <w:noProof/>
      </w:rPr>
      <w:drawing>
        <wp:inline distT="0" distB="0" distL="0" distR="0" wp14:anchorId="2045C696" wp14:editId="2FE01EBE">
          <wp:extent cx="5760720" cy="669925"/>
          <wp:effectExtent l="0" t="0" r="0" b="0"/>
          <wp:docPr id="3" name="Obraz 3" descr="Logotypy Funduszy Europejskich dla Pomorza, Unii Europejskiej i Urzędu Marszałkowskiego Województwa Pomorskiego" title="Logotypy instytucji finansujących projek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69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C1E7DE" w14:textId="77777777" w:rsidR="006D6834" w:rsidRDefault="006D68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D1042F4"/>
    <w:multiLevelType w:val="hybridMultilevel"/>
    <w:tmpl w:val="72C44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D00"/>
    <w:rsid w:val="00034616"/>
    <w:rsid w:val="0006063C"/>
    <w:rsid w:val="00097CC1"/>
    <w:rsid w:val="000A0C05"/>
    <w:rsid w:val="00104042"/>
    <w:rsid w:val="001306E1"/>
    <w:rsid w:val="00140D70"/>
    <w:rsid w:val="0015074B"/>
    <w:rsid w:val="0015168D"/>
    <w:rsid w:val="001B093F"/>
    <w:rsid w:val="001C0E03"/>
    <w:rsid w:val="001E6FFB"/>
    <w:rsid w:val="00224EE3"/>
    <w:rsid w:val="00250609"/>
    <w:rsid w:val="0029639D"/>
    <w:rsid w:val="002E07D4"/>
    <w:rsid w:val="002F6F46"/>
    <w:rsid w:val="00326F90"/>
    <w:rsid w:val="00334B36"/>
    <w:rsid w:val="00341558"/>
    <w:rsid w:val="00373835"/>
    <w:rsid w:val="00380593"/>
    <w:rsid w:val="003A7654"/>
    <w:rsid w:val="003E3F68"/>
    <w:rsid w:val="00465C2E"/>
    <w:rsid w:val="00524C23"/>
    <w:rsid w:val="00525619"/>
    <w:rsid w:val="00531BBA"/>
    <w:rsid w:val="00531F91"/>
    <w:rsid w:val="005501AB"/>
    <w:rsid w:val="00557E5B"/>
    <w:rsid w:val="00560FDE"/>
    <w:rsid w:val="0057711F"/>
    <w:rsid w:val="005A6CB4"/>
    <w:rsid w:val="005E3274"/>
    <w:rsid w:val="005F009C"/>
    <w:rsid w:val="0066036E"/>
    <w:rsid w:val="00666007"/>
    <w:rsid w:val="00685C09"/>
    <w:rsid w:val="006A699D"/>
    <w:rsid w:val="006B1367"/>
    <w:rsid w:val="006B5E33"/>
    <w:rsid w:val="006D6834"/>
    <w:rsid w:val="006E22FB"/>
    <w:rsid w:val="006F36F7"/>
    <w:rsid w:val="0070004B"/>
    <w:rsid w:val="0070524E"/>
    <w:rsid w:val="00736EB4"/>
    <w:rsid w:val="007702C4"/>
    <w:rsid w:val="007839C9"/>
    <w:rsid w:val="007A2AA3"/>
    <w:rsid w:val="007A3D03"/>
    <w:rsid w:val="0083005B"/>
    <w:rsid w:val="008E2342"/>
    <w:rsid w:val="009133C2"/>
    <w:rsid w:val="00924811"/>
    <w:rsid w:val="00935E87"/>
    <w:rsid w:val="009712D2"/>
    <w:rsid w:val="009B6187"/>
    <w:rsid w:val="009D4663"/>
    <w:rsid w:val="00A15506"/>
    <w:rsid w:val="00A25E9C"/>
    <w:rsid w:val="00A30110"/>
    <w:rsid w:val="00A41022"/>
    <w:rsid w:val="00A56CBC"/>
    <w:rsid w:val="00A777B0"/>
    <w:rsid w:val="00A81BD7"/>
    <w:rsid w:val="00AA1D8D"/>
    <w:rsid w:val="00AA2366"/>
    <w:rsid w:val="00AB6371"/>
    <w:rsid w:val="00AD56BE"/>
    <w:rsid w:val="00AE5193"/>
    <w:rsid w:val="00B17887"/>
    <w:rsid w:val="00B21CFC"/>
    <w:rsid w:val="00B47730"/>
    <w:rsid w:val="00B8490F"/>
    <w:rsid w:val="00C32B8C"/>
    <w:rsid w:val="00C4429F"/>
    <w:rsid w:val="00CB0664"/>
    <w:rsid w:val="00CC672C"/>
    <w:rsid w:val="00D006B7"/>
    <w:rsid w:val="00D04382"/>
    <w:rsid w:val="00D10067"/>
    <w:rsid w:val="00D36CED"/>
    <w:rsid w:val="00D42F97"/>
    <w:rsid w:val="00D64547"/>
    <w:rsid w:val="00D73062"/>
    <w:rsid w:val="00D87768"/>
    <w:rsid w:val="00DF76AA"/>
    <w:rsid w:val="00E0497B"/>
    <w:rsid w:val="00E2029F"/>
    <w:rsid w:val="00E40EA9"/>
    <w:rsid w:val="00E91B28"/>
    <w:rsid w:val="00EC629C"/>
    <w:rsid w:val="00EE1F86"/>
    <w:rsid w:val="00F70477"/>
    <w:rsid w:val="00FA6641"/>
    <w:rsid w:val="00FC693F"/>
    <w:rsid w:val="00FD175E"/>
    <w:rsid w:val="00FE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A5E88D"/>
  <w14:defaultImageDpi w14:val="300"/>
  <w15:docId w15:val="{8F3CA7F5-9724-4581-8FC4-5A0C7CC9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92481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4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8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10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7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087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10</Pages>
  <Words>1938</Words>
  <Characters>11631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– Formularz rekrutacyjny dziecka</dc:title>
  <dc:subject>Projekt Rozwój edukacji przedszkolnej w Gminie Luzino</dc:subject>
  <dc:creator>Gmina Luzino</dc:creator>
  <cp:keywords>EFS+, FEP 2021-2027, rekrutacja, dziecko, Luzino</cp:keywords>
  <dc:description>generated by python-docx</dc:description>
  <cp:lastModifiedBy>Dawid</cp:lastModifiedBy>
  <cp:revision>74</cp:revision>
  <dcterms:created xsi:type="dcterms:W3CDTF">2013-12-23T23:15:00Z</dcterms:created>
  <dcterms:modified xsi:type="dcterms:W3CDTF">2026-09-26T07:47:00Z</dcterms:modified>
  <cp:category/>
</cp:coreProperties>
</file>