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C840F" w14:textId="77777777" w:rsidR="00B14F83" w:rsidRPr="00812E92" w:rsidRDefault="006F5905" w:rsidP="00812E92">
      <w:pPr>
        <w:widowControl w:val="0"/>
        <w:spacing w:before="120" w:after="120"/>
        <w:jc w:val="center"/>
      </w:pPr>
      <w:r w:rsidRPr="00812E92">
        <w:rPr>
          <w:b/>
        </w:rPr>
        <w:t>REGULAMIN REKRUTACJI I UCZESTNICTWA W PROJEKCIE</w:t>
      </w:r>
    </w:p>
    <w:p w14:paraId="5463021F" w14:textId="77777777" w:rsidR="00B14F83" w:rsidRPr="00812E92" w:rsidRDefault="006F5905" w:rsidP="00812E92">
      <w:pPr>
        <w:widowControl w:val="0"/>
        <w:spacing w:before="120" w:after="120"/>
        <w:jc w:val="center"/>
      </w:pPr>
      <w:r w:rsidRPr="00812E92">
        <w:rPr>
          <w:b/>
        </w:rPr>
        <w:t>„</w:t>
      </w:r>
      <w:proofErr w:type="spellStart"/>
      <w:r w:rsidRPr="00812E92">
        <w:rPr>
          <w:b/>
        </w:rPr>
        <w:t>Rozwój</w:t>
      </w:r>
      <w:proofErr w:type="spellEnd"/>
      <w:r w:rsidRPr="00812E92">
        <w:rPr>
          <w:b/>
        </w:rPr>
        <w:t xml:space="preserve"> </w:t>
      </w:r>
      <w:proofErr w:type="spellStart"/>
      <w:r w:rsidRPr="00812E92">
        <w:rPr>
          <w:b/>
        </w:rPr>
        <w:t>edukacji</w:t>
      </w:r>
      <w:proofErr w:type="spellEnd"/>
      <w:r w:rsidRPr="00812E92">
        <w:rPr>
          <w:b/>
        </w:rPr>
        <w:t xml:space="preserve"> </w:t>
      </w:r>
      <w:proofErr w:type="spellStart"/>
      <w:r w:rsidRPr="00812E92">
        <w:rPr>
          <w:b/>
        </w:rPr>
        <w:t>przedszkolnej</w:t>
      </w:r>
      <w:proofErr w:type="spellEnd"/>
      <w:r w:rsidRPr="00812E92">
        <w:rPr>
          <w:b/>
        </w:rPr>
        <w:t xml:space="preserve"> w </w:t>
      </w:r>
      <w:proofErr w:type="spellStart"/>
      <w:r w:rsidRPr="00812E92">
        <w:rPr>
          <w:b/>
        </w:rPr>
        <w:t>Gminie</w:t>
      </w:r>
      <w:proofErr w:type="spellEnd"/>
      <w:r w:rsidRPr="00812E92">
        <w:rPr>
          <w:b/>
        </w:rPr>
        <w:t xml:space="preserve"> </w:t>
      </w:r>
      <w:proofErr w:type="spellStart"/>
      <w:r w:rsidRPr="00812E92">
        <w:rPr>
          <w:b/>
        </w:rPr>
        <w:t>Luzino</w:t>
      </w:r>
      <w:proofErr w:type="spellEnd"/>
      <w:r w:rsidRPr="00812E92">
        <w:rPr>
          <w:b/>
        </w:rPr>
        <w:t>”</w:t>
      </w:r>
    </w:p>
    <w:p w14:paraId="755554D2" w14:textId="77777777" w:rsidR="00B14F83" w:rsidRPr="00812E92" w:rsidRDefault="006F5905" w:rsidP="00812E92">
      <w:pPr>
        <w:widowControl w:val="0"/>
        <w:spacing w:before="120" w:after="120"/>
        <w:jc w:val="center"/>
      </w:pPr>
      <w:r w:rsidRPr="00812E92">
        <w:rPr>
          <w:b/>
        </w:rPr>
        <w:t>nr FEPM.05.07-IZ.00-0013/26</w:t>
      </w:r>
    </w:p>
    <w:p w14:paraId="65A3FC44" w14:textId="77777777" w:rsidR="00B14F83" w:rsidRPr="00812E92" w:rsidRDefault="006F5905" w:rsidP="00812E92">
      <w:pPr>
        <w:pStyle w:val="Nagwek1"/>
        <w:keepNext w:val="0"/>
        <w:keepLines w:val="0"/>
        <w:widowControl w:val="0"/>
        <w:spacing w:after="120"/>
      </w:pPr>
      <w:r w:rsidRPr="00812E92">
        <w:rPr>
          <w:rFonts w:ascii="Arial" w:eastAsia="Arial" w:hAnsi="Arial" w:cs="Arial"/>
        </w:rPr>
        <w:t>§ 1. POSTANOWIENIA OGÓLNE</w:t>
      </w:r>
    </w:p>
    <w:p w14:paraId="5F119FD5" w14:textId="77777777" w:rsidR="00B14F83" w:rsidRPr="00812E92" w:rsidRDefault="006F5905" w:rsidP="00812E92">
      <w:pPr>
        <w:widowControl w:val="0"/>
        <w:numPr>
          <w:ilvl w:val="0"/>
          <w:numId w:val="1"/>
        </w:numPr>
        <w:spacing w:before="120" w:after="120"/>
        <w:jc w:val="both"/>
      </w:pPr>
      <w:proofErr w:type="spellStart"/>
      <w:r w:rsidRPr="00812E92">
        <w:t>Regulamin</w:t>
      </w:r>
      <w:proofErr w:type="spellEnd"/>
      <w:r w:rsidRPr="00812E92">
        <w:t xml:space="preserve"> </w:t>
      </w:r>
      <w:proofErr w:type="spellStart"/>
      <w:r w:rsidRPr="00812E92">
        <w:t>określa</w:t>
      </w:r>
      <w:proofErr w:type="spellEnd"/>
      <w:r w:rsidRPr="00812E92">
        <w:t xml:space="preserve"> </w:t>
      </w:r>
      <w:proofErr w:type="spellStart"/>
      <w:r w:rsidRPr="00812E92">
        <w:t>zasady</w:t>
      </w:r>
      <w:proofErr w:type="spellEnd"/>
      <w:r w:rsidRPr="00812E92">
        <w:t xml:space="preserve"> </w:t>
      </w:r>
      <w:proofErr w:type="spellStart"/>
      <w:r w:rsidRPr="00812E92">
        <w:t>rekrutacji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uczestnictwa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 xml:space="preserve"> </w:t>
      </w:r>
      <w:proofErr w:type="spellStart"/>
      <w:r w:rsidRPr="00812E92">
        <w:t>pn</w:t>
      </w:r>
      <w:proofErr w:type="spellEnd"/>
      <w:r w:rsidRPr="00812E92">
        <w:t>. „</w:t>
      </w:r>
      <w:proofErr w:type="spellStart"/>
      <w:r w:rsidRPr="00812E92">
        <w:t>Rozwój</w:t>
      </w:r>
      <w:proofErr w:type="spellEnd"/>
      <w:r w:rsidRPr="00812E92">
        <w:t xml:space="preserve"> </w:t>
      </w:r>
      <w:proofErr w:type="spellStart"/>
      <w:r w:rsidRPr="00812E92">
        <w:t>edukacji</w:t>
      </w:r>
      <w:proofErr w:type="spellEnd"/>
      <w:r w:rsidRPr="00812E92">
        <w:t xml:space="preserve"> </w:t>
      </w:r>
      <w:proofErr w:type="spellStart"/>
      <w:r w:rsidRPr="00812E92">
        <w:t>przedszkolnej</w:t>
      </w:r>
      <w:proofErr w:type="spellEnd"/>
      <w:r w:rsidRPr="00812E92">
        <w:t xml:space="preserve"> w </w:t>
      </w:r>
      <w:proofErr w:type="spellStart"/>
      <w:r w:rsidRPr="00812E92">
        <w:t>Gminie</w:t>
      </w:r>
      <w:proofErr w:type="spellEnd"/>
      <w:r w:rsidRPr="00812E92">
        <w:t xml:space="preserve"> </w:t>
      </w:r>
      <w:proofErr w:type="spellStart"/>
      <w:r w:rsidRPr="00812E92">
        <w:t>Luzino</w:t>
      </w:r>
      <w:proofErr w:type="spellEnd"/>
      <w:r w:rsidRPr="00812E92">
        <w:t xml:space="preserve">”, nr FEPM.05.07-IZ.00-0013/26, </w:t>
      </w:r>
      <w:proofErr w:type="spellStart"/>
      <w:r w:rsidRPr="00812E92">
        <w:t>współfinansowanym</w:t>
      </w:r>
      <w:proofErr w:type="spellEnd"/>
      <w:r w:rsidRPr="00812E92">
        <w:t xml:space="preserve"> </w:t>
      </w:r>
      <w:proofErr w:type="spellStart"/>
      <w:r w:rsidRPr="00812E92">
        <w:t>ze</w:t>
      </w:r>
      <w:proofErr w:type="spellEnd"/>
      <w:r w:rsidRPr="00812E92">
        <w:t xml:space="preserve"> </w:t>
      </w:r>
      <w:proofErr w:type="spellStart"/>
      <w:r w:rsidRPr="00812E92">
        <w:t>środków</w:t>
      </w:r>
      <w:proofErr w:type="spellEnd"/>
      <w:r w:rsidRPr="00812E92">
        <w:t xml:space="preserve"> </w:t>
      </w:r>
      <w:proofErr w:type="spellStart"/>
      <w:r w:rsidRPr="00812E92">
        <w:t>Europejskiego</w:t>
      </w:r>
      <w:proofErr w:type="spellEnd"/>
      <w:r w:rsidRPr="00812E92">
        <w:t xml:space="preserve"> </w:t>
      </w:r>
      <w:proofErr w:type="spellStart"/>
      <w:r w:rsidRPr="00812E92">
        <w:t>Funduszu</w:t>
      </w:r>
      <w:proofErr w:type="spellEnd"/>
      <w:r w:rsidRPr="00812E92">
        <w:t xml:space="preserve"> </w:t>
      </w:r>
      <w:proofErr w:type="spellStart"/>
      <w:r w:rsidRPr="00812E92">
        <w:t>Społecznego</w:t>
      </w:r>
      <w:proofErr w:type="spellEnd"/>
      <w:r w:rsidRPr="00812E92">
        <w:t xml:space="preserve"> Plus w </w:t>
      </w:r>
      <w:proofErr w:type="spellStart"/>
      <w:r w:rsidRPr="00812E92">
        <w:t>ramach</w:t>
      </w:r>
      <w:proofErr w:type="spellEnd"/>
      <w:r w:rsidRPr="00812E92">
        <w:t xml:space="preserve"> </w:t>
      </w:r>
      <w:proofErr w:type="spellStart"/>
      <w:r w:rsidRPr="00812E92">
        <w:t>programu</w:t>
      </w:r>
      <w:proofErr w:type="spellEnd"/>
      <w:r w:rsidRPr="00812E92">
        <w:t xml:space="preserve"> </w:t>
      </w:r>
      <w:proofErr w:type="spellStart"/>
      <w:r w:rsidRPr="00812E92">
        <w:t>Fundusze</w:t>
      </w:r>
      <w:proofErr w:type="spellEnd"/>
      <w:r w:rsidRPr="00812E92">
        <w:t xml:space="preserve"> </w:t>
      </w:r>
      <w:proofErr w:type="spellStart"/>
      <w:r w:rsidRPr="00812E92">
        <w:t>Europejskie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Pomorza</w:t>
      </w:r>
      <w:proofErr w:type="spellEnd"/>
      <w:r w:rsidRPr="00812E92">
        <w:t xml:space="preserve"> 2021–2027, </w:t>
      </w:r>
      <w:proofErr w:type="spellStart"/>
      <w:r w:rsidRPr="00812E92">
        <w:t>Priorytet</w:t>
      </w:r>
      <w:proofErr w:type="spellEnd"/>
      <w:r w:rsidRPr="00812E92">
        <w:t xml:space="preserve"> 5 </w:t>
      </w:r>
      <w:proofErr w:type="spellStart"/>
      <w:r w:rsidRPr="00812E92">
        <w:t>Fundusze</w:t>
      </w:r>
      <w:proofErr w:type="spellEnd"/>
      <w:r w:rsidRPr="00812E92">
        <w:t xml:space="preserve"> </w:t>
      </w:r>
      <w:proofErr w:type="spellStart"/>
      <w:r w:rsidRPr="00812E92">
        <w:t>europejskie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silnego</w:t>
      </w:r>
      <w:proofErr w:type="spellEnd"/>
      <w:r w:rsidRPr="00812E92">
        <w:t xml:space="preserve"> </w:t>
      </w:r>
      <w:proofErr w:type="spellStart"/>
      <w:r w:rsidRPr="00812E92">
        <w:t>Pomorza</w:t>
      </w:r>
      <w:proofErr w:type="spellEnd"/>
      <w:r w:rsidRPr="00812E92">
        <w:t xml:space="preserve"> EFS+, </w:t>
      </w:r>
      <w:proofErr w:type="spellStart"/>
      <w:r w:rsidRPr="00812E92">
        <w:t>Działanie</w:t>
      </w:r>
      <w:proofErr w:type="spellEnd"/>
      <w:r w:rsidRPr="00812E92">
        <w:t xml:space="preserve"> 5.7 </w:t>
      </w:r>
      <w:proofErr w:type="spellStart"/>
      <w:r w:rsidRPr="00812E92">
        <w:t>Edukacja</w:t>
      </w:r>
      <w:proofErr w:type="spellEnd"/>
      <w:r w:rsidRPr="00812E92">
        <w:t xml:space="preserve"> </w:t>
      </w:r>
      <w:proofErr w:type="spellStart"/>
      <w:r w:rsidRPr="00812E92">
        <w:t>przedszkolna</w:t>
      </w:r>
      <w:proofErr w:type="spellEnd"/>
      <w:r w:rsidRPr="00812E92">
        <w:t>.</w:t>
      </w:r>
    </w:p>
    <w:p w14:paraId="422D9422" w14:textId="77777777" w:rsidR="00B14F83" w:rsidRPr="00812E92" w:rsidRDefault="006F5905" w:rsidP="00812E92">
      <w:pPr>
        <w:widowControl w:val="0"/>
        <w:numPr>
          <w:ilvl w:val="0"/>
          <w:numId w:val="1"/>
        </w:numPr>
        <w:spacing w:before="120" w:after="120"/>
        <w:jc w:val="both"/>
      </w:pPr>
      <w:proofErr w:type="spellStart"/>
      <w:r w:rsidRPr="00812E92">
        <w:t>Beneficjentem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jest </w:t>
      </w:r>
      <w:proofErr w:type="spellStart"/>
      <w:r w:rsidRPr="00812E92">
        <w:t>Gmina</w:t>
      </w:r>
      <w:proofErr w:type="spellEnd"/>
      <w:r w:rsidRPr="00812E92">
        <w:t xml:space="preserve"> </w:t>
      </w:r>
      <w:proofErr w:type="spellStart"/>
      <w:r w:rsidRPr="00812E92">
        <w:t>Luzino</w:t>
      </w:r>
      <w:proofErr w:type="spellEnd"/>
      <w:r w:rsidRPr="00812E92">
        <w:t xml:space="preserve">. </w:t>
      </w:r>
      <w:proofErr w:type="spellStart"/>
      <w:r w:rsidRPr="00812E92">
        <w:t>Projekt</w:t>
      </w:r>
      <w:proofErr w:type="spellEnd"/>
      <w:r w:rsidRPr="00812E92">
        <w:t xml:space="preserve"> </w:t>
      </w:r>
      <w:proofErr w:type="spellStart"/>
      <w:r w:rsidRPr="00812E92">
        <w:t>realizowany</w:t>
      </w:r>
      <w:proofErr w:type="spellEnd"/>
      <w:r w:rsidRPr="00812E92">
        <w:t xml:space="preserve"> jest w </w:t>
      </w:r>
      <w:proofErr w:type="spellStart"/>
      <w:r w:rsidRPr="00812E92">
        <w:t>partnerstwie</w:t>
      </w:r>
      <w:proofErr w:type="spellEnd"/>
      <w:r w:rsidRPr="00812E92">
        <w:t xml:space="preserve"> z </w:t>
      </w:r>
      <w:proofErr w:type="spellStart"/>
      <w:r w:rsidRPr="00812E92">
        <w:t>Nowa</w:t>
      </w:r>
      <w:proofErr w:type="spellEnd"/>
      <w:r w:rsidRPr="00812E92">
        <w:t xml:space="preserve"> </w:t>
      </w:r>
      <w:proofErr w:type="spellStart"/>
      <w:r w:rsidRPr="00812E92">
        <w:t>Perspektywa</w:t>
      </w:r>
      <w:proofErr w:type="spellEnd"/>
      <w:r w:rsidRPr="00812E92">
        <w:t xml:space="preserve"> Anna </w:t>
      </w:r>
      <w:proofErr w:type="spellStart"/>
      <w:r w:rsidRPr="00812E92">
        <w:t>Steffke</w:t>
      </w:r>
      <w:proofErr w:type="spellEnd"/>
      <w:r w:rsidRPr="00812E92">
        <w:t>.</w:t>
      </w:r>
    </w:p>
    <w:p w14:paraId="6998A973" w14:textId="77777777" w:rsidR="00B14F83" w:rsidRPr="00812E92" w:rsidRDefault="006F5905" w:rsidP="00812E92">
      <w:pPr>
        <w:widowControl w:val="0"/>
        <w:numPr>
          <w:ilvl w:val="0"/>
          <w:numId w:val="1"/>
        </w:numPr>
        <w:spacing w:before="120" w:after="120"/>
        <w:jc w:val="both"/>
      </w:pPr>
      <w:proofErr w:type="spellStart"/>
      <w:r w:rsidRPr="00812E92">
        <w:t>Okres</w:t>
      </w:r>
      <w:proofErr w:type="spellEnd"/>
      <w:r w:rsidRPr="00812E92">
        <w:t xml:space="preserve"> </w:t>
      </w:r>
      <w:proofErr w:type="spellStart"/>
      <w:r w:rsidRPr="00812E92">
        <w:t>realizacji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: od 23 </w:t>
      </w:r>
      <w:proofErr w:type="spellStart"/>
      <w:r w:rsidRPr="00812E92">
        <w:t>lutego</w:t>
      </w:r>
      <w:proofErr w:type="spellEnd"/>
      <w:r w:rsidRPr="00812E92">
        <w:t xml:space="preserve"> 2026 r. do 30 </w:t>
      </w:r>
      <w:proofErr w:type="spellStart"/>
      <w:r w:rsidRPr="00812E92">
        <w:t>czerwca</w:t>
      </w:r>
      <w:proofErr w:type="spellEnd"/>
      <w:r w:rsidRPr="00812E92">
        <w:t xml:space="preserve"> 2028 r.</w:t>
      </w:r>
    </w:p>
    <w:p w14:paraId="20A99D76" w14:textId="77777777" w:rsidR="00B14F83" w:rsidRPr="00812E92" w:rsidRDefault="006F5905" w:rsidP="00812E92">
      <w:pPr>
        <w:widowControl w:val="0"/>
        <w:numPr>
          <w:ilvl w:val="0"/>
          <w:numId w:val="1"/>
        </w:numPr>
        <w:spacing w:before="120" w:after="120"/>
        <w:jc w:val="both"/>
      </w:pPr>
      <w:proofErr w:type="spellStart"/>
      <w:r w:rsidRPr="00812E92">
        <w:t>Wsparcie</w:t>
      </w:r>
      <w:proofErr w:type="spellEnd"/>
      <w:r w:rsidRPr="00812E92">
        <w:t xml:space="preserve"> </w:t>
      </w:r>
      <w:proofErr w:type="spellStart"/>
      <w:r w:rsidRPr="00812E92">
        <w:t>skierowane</w:t>
      </w:r>
      <w:proofErr w:type="spellEnd"/>
      <w:r w:rsidRPr="00812E92">
        <w:t xml:space="preserve"> do </w:t>
      </w:r>
      <w:proofErr w:type="spellStart"/>
      <w:r w:rsidRPr="00812E92">
        <w:t>uczestników</w:t>
      </w:r>
      <w:proofErr w:type="spellEnd"/>
      <w:r w:rsidRPr="00812E92">
        <w:t xml:space="preserve"> </w:t>
      </w:r>
      <w:proofErr w:type="spellStart"/>
      <w:r w:rsidRPr="00812E92">
        <w:t>realizowane</w:t>
      </w:r>
      <w:proofErr w:type="spellEnd"/>
      <w:r w:rsidRPr="00812E92">
        <w:t xml:space="preserve"> jest w </w:t>
      </w:r>
      <w:proofErr w:type="spellStart"/>
      <w:r w:rsidRPr="00812E92">
        <w:t>ośrodkach</w:t>
      </w:r>
      <w:proofErr w:type="spellEnd"/>
      <w:r w:rsidRPr="00812E92">
        <w:t xml:space="preserve"> </w:t>
      </w:r>
      <w:proofErr w:type="spellStart"/>
      <w:r w:rsidRPr="00812E92">
        <w:t>wychowania</w:t>
      </w:r>
      <w:proofErr w:type="spellEnd"/>
      <w:r w:rsidRPr="00812E92">
        <w:t xml:space="preserve"> </w:t>
      </w:r>
      <w:proofErr w:type="spellStart"/>
      <w:r w:rsidRPr="00812E92">
        <w:t>przedszkolnego</w:t>
      </w:r>
      <w:proofErr w:type="spellEnd"/>
      <w:r w:rsidRPr="00812E92">
        <w:t xml:space="preserve"> </w:t>
      </w:r>
      <w:proofErr w:type="spellStart"/>
      <w:r w:rsidRPr="00812E92">
        <w:t>objętych</w:t>
      </w:r>
      <w:proofErr w:type="spellEnd"/>
      <w:r w:rsidRPr="00812E92">
        <w:t xml:space="preserve"> </w:t>
      </w:r>
      <w:proofErr w:type="spellStart"/>
      <w:r w:rsidRPr="00812E92">
        <w:t>projektem</w:t>
      </w:r>
      <w:proofErr w:type="spellEnd"/>
      <w:r w:rsidRPr="00812E92">
        <w:t xml:space="preserve"> w </w:t>
      </w:r>
      <w:proofErr w:type="spellStart"/>
      <w:r w:rsidRPr="00812E92">
        <w:t>Sychowie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Kębłowie</w:t>
      </w:r>
      <w:proofErr w:type="spellEnd"/>
      <w:r w:rsidRPr="00812E92">
        <w:t xml:space="preserve">, </w:t>
      </w:r>
      <w:proofErr w:type="spellStart"/>
      <w:r w:rsidRPr="00812E92">
        <w:t>zwanych</w:t>
      </w:r>
      <w:proofErr w:type="spellEnd"/>
      <w:r w:rsidRPr="00812E92">
        <w:t xml:space="preserve"> </w:t>
      </w:r>
      <w:proofErr w:type="spellStart"/>
      <w:r w:rsidRPr="00812E92">
        <w:t>dalej</w:t>
      </w:r>
      <w:proofErr w:type="spellEnd"/>
      <w:r w:rsidRPr="00812E92">
        <w:t xml:space="preserve"> „OWP”.</w:t>
      </w:r>
    </w:p>
    <w:p w14:paraId="260A74F0" w14:textId="77777777" w:rsidR="00B14F83" w:rsidRPr="00812E92" w:rsidRDefault="006F5905" w:rsidP="00812E92">
      <w:pPr>
        <w:widowControl w:val="0"/>
        <w:numPr>
          <w:ilvl w:val="0"/>
          <w:numId w:val="1"/>
        </w:numPr>
        <w:spacing w:before="120" w:after="120"/>
        <w:jc w:val="both"/>
      </w:pPr>
      <w:proofErr w:type="spellStart"/>
      <w:r w:rsidRPr="00812E92">
        <w:t>Celem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jest </w:t>
      </w:r>
      <w:proofErr w:type="spellStart"/>
      <w:r w:rsidRPr="00812E92">
        <w:t>utworzenie</w:t>
      </w:r>
      <w:proofErr w:type="spellEnd"/>
      <w:r w:rsidRPr="00812E92">
        <w:t xml:space="preserve"> 75 </w:t>
      </w:r>
      <w:proofErr w:type="spellStart"/>
      <w:r w:rsidRPr="00812E92">
        <w:t>trwałych</w:t>
      </w:r>
      <w:proofErr w:type="spellEnd"/>
      <w:r w:rsidRPr="00812E92">
        <w:t xml:space="preserve"> </w:t>
      </w:r>
      <w:proofErr w:type="spellStart"/>
      <w:r w:rsidRPr="00812E92">
        <w:t>miejsc</w:t>
      </w:r>
      <w:proofErr w:type="spellEnd"/>
      <w:r w:rsidRPr="00812E92">
        <w:t xml:space="preserve"> </w:t>
      </w:r>
      <w:proofErr w:type="spellStart"/>
      <w:r w:rsidRPr="00812E92">
        <w:t>wychowania</w:t>
      </w:r>
      <w:proofErr w:type="spellEnd"/>
      <w:r w:rsidRPr="00812E92">
        <w:t xml:space="preserve"> </w:t>
      </w:r>
      <w:proofErr w:type="spellStart"/>
      <w:r w:rsidRPr="00812E92">
        <w:t>przedszkolnego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poprawa</w:t>
      </w:r>
      <w:proofErr w:type="spellEnd"/>
      <w:r w:rsidRPr="00812E92">
        <w:t xml:space="preserve"> </w:t>
      </w:r>
      <w:proofErr w:type="spellStart"/>
      <w:r w:rsidRPr="00812E92">
        <w:t>jakości</w:t>
      </w:r>
      <w:proofErr w:type="spellEnd"/>
      <w:r w:rsidRPr="00812E92">
        <w:t xml:space="preserve"> </w:t>
      </w:r>
      <w:proofErr w:type="spellStart"/>
      <w:r w:rsidRPr="00812E92">
        <w:t>edukacji</w:t>
      </w:r>
      <w:proofErr w:type="spellEnd"/>
      <w:r w:rsidRPr="00812E92">
        <w:t xml:space="preserve"> </w:t>
      </w:r>
      <w:proofErr w:type="spellStart"/>
      <w:r w:rsidRPr="00812E92">
        <w:t>przedszkolnej</w:t>
      </w:r>
      <w:proofErr w:type="spellEnd"/>
      <w:r w:rsidRPr="00812E92">
        <w:t xml:space="preserve"> </w:t>
      </w:r>
      <w:proofErr w:type="spellStart"/>
      <w:r w:rsidRPr="00812E92">
        <w:t>poprzez</w:t>
      </w:r>
      <w:proofErr w:type="spellEnd"/>
      <w:r w:rsidRPr="00812E92">
        <w:t xml:space="preserve"> </w:t>
      </w:r>
      <w:proofErr w:type="spellStart"/>
      <w:r w:rsidRPr="00812E92">
        <w:t>realizację</w:t>
      </w:r>
      <w:proofErr w:type="spellEnd"/>
      <w:r w:rsidRPr="00812E92">
        <w:t xml:space="preserve"> </w:t>
      </w:r>
      <w:proofErr w:type="spellStart"/>
      <w:r w:rsidRPr="00812E92">
        <w:t>zajęć</w:t>
      </w:r>
      <w:proofErr w:type="spellEnd"/>
      <w:r w:rsidRPr="00812E92">
        <w:t xml:space="preserve"> </w:t>
      </w:r>
      <w:proofErr w:type="spellStart"/>
      <w:r w:rsidRPr="00812E92">
        <w:t>specjalistycznych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dzieci</w:t>
      </w:r>
      <w:proofErr w:type="spellEnd"/>
      <w:r w:rsidRPr="00812E92">
        <w:t xml:space="preserve">, </w:t>
      </w:r>
      <w:proofErr w:type="spellStart"/>
      <w:r w:rsidRPr="00812E92">
        <w:t>podniesienie</w:t>
      </w:r>
      <w:proofErr w:type="spellEnd"/>
      <w:r w:rsidRPr="00812E92">
        <w:t xml:space="preserve"> </w:t>
      </w:r>
      <w:proofErr w:type="spellStart"/>
      <w:r w:rsidRPr="00812E92">
        <w:t>kompetencji</w:t>
      </w:r>
      <w:proofErr w:type="spellEnd"/>
      <w:r w:rsidRPr="00812E92">
        <w:t xml:space="preserve"> </w:t>
      </w:r>
      <w:proofErr w:type="spellStart"/>
      <w:r w:rsidRPr="00812E92">
        <w:t>kadry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doposażenie</w:t>
      </w:r>
      <w:proofErr w:type="spellEnd"/>
      <w:r w:rsidRPr="00812E92">
        <w:t xml:space="preserve"> OWP.</w:t>
      </w:r>
    </w:p>
    <w:p w14:paraId="7A34D015" w14:textId="77777777" w:rsidR="00B14F83" w:rsidRPr="00812E92" w:rsidRDefault="006F5905" w:rsidP="00812E92">
      <w:pPr>
        <w:widowControl w:val="0"/>
        <w:numPr>
          <w:ilvl w:val="0"/>
          <w:numId w:val="1"/>
        </w:numPr>
        <w:spacing w:before="120" w:after="120"/>
        <w:jc w:val="both"/>
      </w:pPr>
      <w:proofErr w:type="spellStart"/>
      <w:r w:rsidRPr="00812E92">
        <w:t>Udział</w:t>
      </w:r>
      <w:proofErr w:type="spellEnd"/>
      <w:r w:rsidRPr="00812E92">
        <w:t xml:space="preserve"> w </w:t>
      </w:r>
      <w:proofErr w:type="spellStart"/>
      <w:r w:rsidRPr="00812E92">
        <w:t>formach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realizowanych</w:t>
      </w:r>
      <w:proofErr w:type="spellEnd"/>
      <w:r w:rsidRPr="00812E92">
        <w:t xml:space="preserve"> w </w:t>
      </w:r>
      <w:proofErr w:type="spellStart"/>
      <w:r w:rsidRPr="00812E92">
        <w:t>ramach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jest </w:t>
      </w:r>
      <w:proofErr w:type="spellStart"/>
      <w:r w:rsidRPr="00812E92">
        <w:t>bezpłatny</w:t>
      </w:r>
      <w:proofErr w:type="spellEnd"/>
      <w:r w:rsidRPr="00812E92">
        <w:t xml:space="preserve">. W </w:t>
      </w:r>
      <w:proofErr w:type="spellStart"/>
      <w:r w:rsidRPr="00812E92">
        <w:t>projekcie</w:t>
      </w:r>
      <w:proofErr w:type="spellEnd"/>
      <w:r w:rsidRPr="00812E92">
        <w:t xml:space="preserve">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przewidziano</w:t>
      </w:r>
      <w:proofErr w:type="spellEnd"/>
      <w:r w:rsidRPr="00812E92">
        <w:t xml:space="preserve"> </w:t>
      </w:r>
      <w:proofErr w:type="spellStart"/>
      <w:r w:rsidRPr="00812E92">
        <w:t>pobierania</w:t>
      </w:r>
      <w:proofErr w:type="spellEnd"/>
      <w:r w:rsidRPr="00812E92">
        <w:t xml:space="preserve"> </w:t>
      </w:r>
      <w:proofErr w:type="spellStart"/>
      <w:r w:rsidRPr="00812E92">
        <w:t>opłat</w:t>
      </w:r>
      <w:proofErr w:type="spellEnd"/>
      <w:r w:rsidRPr="00812E92">
        <w:t xml:space="preserve"> </w:t>
      </w:r>
      <w:proofErr w:type="spellStart"/>
      <w:r w:rsidRPr="00812E92">
        <w:t>od</w:t>
      </w:r>
      <w:proofErr w:type="spellEnd"/>
      <w:r w:rsidRPr="00812E92">
        <w:t xml:space="preserve"> </w:t>
      </w:r>
      <w:proofErr w:type="spellStart"/>
      <w:r w:rsidRPr="00812E92">
        <w:t>uczestników</w:t>
      </w:r>
      <w:proofErr w:type="spellEnd"/>
      <w:r w:rsidRPr="00812E92">
        <w:t>.</w:t>
      </w:r>
    </w:p>
    <w:p w14:paraId="571FBEF9" w14:textId="77777777" w:rsidR="00B14F83" w:rsidRPr="00812E92" w:rsidRDefault="006F5905" w:rsidP="00812E92">
      <w:pPr>
        <w:widowControl w:val="0"/>
        <w:numPr>
          <w:ilvl w:val="0"/>
          <w:numId w:val="1"/>
        </w:numPr>
        <w:spacing w:before="120" w:after="120"/>
        <w:jc w:val="both"/>
      </w:pPr>
      <w:proofErr w:type="spellStart"/>
      <w:r w:rsidRPr="00812E92">
        <w:t>Ilekroć</w:t>
      </w:r>
      <w:proofErr w:type="spellEnd"/>
      <w:r w:rsidRPr="00812E92">
        <w:t xml:space="preserve"> w </w:t>
      </w:r>
      <w:proofErr w:type="spellStart"/>
      <w:r w:rsidRPr="00812E92">
        <w:t>Regulaminie</w:t>
      </w:r>
      <w:proofErr w:type="spellEnd"/>
      <w:r w:rsidRPr="00812E92">
        <w:t xml:space="preserve"> jest </w:t>
      </w:r>
      <w:proofErr w:type="spellStart"/>
      <w:r w:rsidRPr="00812E92">
        <w:t>mowa</w:t>
      </w:r>
      <w:proofErr w:type="spellEnd"/>
      <w:r w:rsidRPr="00812E92">
        <w:t xml:space="preserve"> o:</w:t>
      </w:r>
    </w:p>
    <w:p w14:paraId="77EE2E58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r w:rsidRPr="00812E92">
        <w:t xml:space="preserve">OPKS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orzeczenie</w:t>
      </w:r>
      <w:proofErr w:type="spellEnd"/>
      <w:r w:rsidRPr="00812E92">
        <w:t xml:space="preserve"> o </w:t>
      </w:r>
      <w:proofErr w:type="spellStart"/>
      <w:r w:rsidRPr="00812E92">
        <w:t>potrzebie</w:t>
      </w:r>
      <w:proofErr w:type="spellEnd"/>
      <w:r w:rsidRPr="00812E92">
        <w:t xml:space="preserve"> </w:t>
      </w:r>
      <w:proofErr w:type="spellStart"/>
      <w:r w:rsidRPr="00812E92">
        <w:t>kształcenia</w:t>
      </w:r>
      <w:proofErr w:type="spellEnd"/>
      <w:r w:rsidRPr="00812E92">
        <w:t xml:space="preserve"> </w:t>
      </w:r>
      <w:proofErr w:type="spellStart"/>
      <w:r w:rsidRPr="00812E92">
        <w:t>specjalnego</w:t>
      </w:r>
      <w:proofErr w:type="spellEnd"/>
      <w:r w:rsidRPr="00812E92">
        <w:t>;</w:t>
      </w:r>
    </w:p>
    <w:p w14:paraId="0774E8A6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r w:rsidRPr="00812E92">
        <w:t xml:space="preserve">PPP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poradnię</w:t>
      </w:r>
      <w:proofErr w:type="spellEnd"/>
      <w:r w:rsidRPr="00812E92">
        <w:t xml:space="preserve"> </w:t>
      </w:r>
      <w:proofErr w:type="spellStart"/>
      <w:r w:rsidRPr="00812E92">
        <w:t>psychologiczno-pedagogiczną</w:t>
      </w:r>
      <w:proofErr w:type="spellEnd"/>
      <w:r w:rsidRPr="00812E92">
        <w:t>;</w:t>
      </w:r>
    </w:p>
    <w:p w14:paraId="2B0DD364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r w:rsidRPr="00812E92">
        <w:t xml:space="preserve">IPET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indywidualny</w:t>
      </w:r>
      <w:proofErr w:type="spellEnd"/>
      <w:r w:rsidRPr="00812E92">
        <w:t xml:space="preserve"> program </w:t>
      </w:r>
      <w:proofErr w:type="spellStart"/>
      <w:r w:rsidRPr="00812E92">
        <w:t>edukacyjno-terapeutyczny</w:t>
      </w:r>
      <w:proofErr w:type="spellEnd"/>
      <w:r w:rsidRPr="00812E92">
        <w:t>;</w:t>
      </w:r>
    </w:p>
    <w:p w14:paraId="4C7367D0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r w:rsidRPr="00812E92">
        <w:t xml:space="preserve">KPON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Konwencję</w:t>
      </w:r>
      <w:proofErr w:type="spellEnd"/>
      <w:r w:rsidRPr="00812E92">
        <w:t xml:space="preserve"> o </w:t>
      </w:r>
      <w:proofErr w:type="spellStart"/>
      <w:r w:rsidRPr="00812E92">
        <w:t>prawach</w:t>
      </w:r>
      <w:proofErr w:type="spellEnd"/>
      <w:r w:rsidRPr="00812E92">
        <w:t xml:space="preserve"> </w:t>
      </w:r>
      <w:proofErr w:type="spellStart"/>
      <w:r w:rsidRPr="00812E92">
        <w:t>osób</w:t>
      </w:r>
      <w:proofErr w:type="spellEnd"/>
      <w:r w:rsidRPr="00812E92">
        <w:t xml:space="preserve"> </w:t>
      </w:r>
      <w:proofErr w:type="spellStart"/>
      <w:r w:rsidRPr="00812E92">
        <w:t>niepełnosprawnych</w:t>
      </w:r>
      <w:proofErr w:type="spellEnd"/>
      <w:r w:rsidRPr="00812E92">
        <w:t>;</w:t>
      </w:r>
    </w:p>
    <w:p w14:paraId="02627128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r w:rsidRPr="00812E92">
        <w:lastRenderedPageBreak/>
        <w:t xml:space="preserve">KPP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Kartę</w:t>
      </w:r>
      <w:proofErr w:type="spellEnd"/>
      <w:r w:rsidRPr="00812E92">
        <w:t xml:space="preserve"> </w:t>
      </w:r>
      <w:proofErr w:type="spellStart"/>
      <w:r w:rsidRPr="00812E92">
        <w:t>praw</w:t>
      </w:r>
      <w:proofErr w:type="spellEnd"/>
      <w:r w:rsidRPr="00812E92">
        <w:t xml:space="preserve"> </w:t>
      </w:r>
      <w:proofErr w:type="spellStart"/>
      <w:r w:rsidRPr="00812E92">
        <w:t>podstawowych</w:t>
      </w:r>
      <w:proofErr w:type="spellEnd"/>
      <w:r w:rsidRPr="00812E92">
        <w:t xml:space="preserve"> </w:t>
      </w:r>
      <w:proofErr w:type="spellStart"/>
      <w:r w:rsidRPr="00812E92">
        <w:t>Unii</w:t>
      </w:r>
      <w:proofErr w:type="spellEnd"/>
      <w:r w:rsidRPr="00812E92">
        <w:t xml:space="preserve"> </w:t>
      </w:r>
      <w:proofErr w:type="spellStart"/>
      <w:r w:rsidRPr="00812E92">
        <w:t>Europejskiej</w:t>
      </w:r>
      <w:proofErr w:type="spellEnd"/>
      <w:r w:rsidRPr="00812E92">
        <w:t>;</w:t>
      </w:r>
    </w:p>
    <w:p w14:paraId="159BAFCD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proofErr w:type="spellStart"/>
      <w:r w:rsidRPr="00812E92">
        <w:t>kandydacie</w:t>
      </w:r>
      <w:proofErr w:type="spellEnd"/>
      <w:r w:rsidRPr="00812E92">
        <w:t xml:space="preserve">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dziecko</w:t>
      </w:r>
      <w:proofErr w:type="spellEnd"/>
      <w:r w:rsidRPr="00812E92">
        <w:t xml:space="preserve"> </w:t>
      </w:r>
      <w:proofErr w:type="spellStart"/>
      <w:r w:rsidRPr="00812E92">
        <w:t>albo</w:t>
      </w:r>
      <w:proofErr w:type="spellEnd"/>
      <w:r w:rsidRPr="00812E92">
        <w:t xml:space="preserve"> </w:t>
      </w:r>
      <w:proofErr w:type="spellStart"/>
      <w:r w:rsidRPr="00812E92">
        <w:t>nauczyciela</w:t>
      </w:r>
      <w:proofErr w:type="spellEnd"/>
      <w:r w:rsidRPr="00812E92">
        <w:t>/</w:t>
      </w:r>
      <w:proofErr w:type="spellStart"/>
      <w:r w:rsidRPr="00812E92">
        <w:t>nauczycielkę</w:t>
      </w:r>
      <w:proofErr w:type="spellEnd"/>
      <w:r w:rsidRPr="00812E92">
        <w:t xml:space="preserve"> </w:t>
      </w:r>
      <w:proofErr w:type="spellStart"/>
      <w:r w:rsidRPr="00812E92">
        <w:t>ubiegających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o </w:t>
      </w:r>
      <w:proofErr w:type="spellStart"/>
      <w:r w:rsidRPr="00812E92">
        <w:t>zakwalifikowanie</w:t>
      </w:r>
      <w:proofErr w:type="spellEnd"/>
      <w:r w:rsidRPr="00812E92">
        <w:t xml:space="preserve"> do </w:t>
      </w: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>;</w:t>
      </w:r>
    </w:p>
    <w:p w14:paraId="10B3FBA8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proofErr w:type="spellStart"/>
      <w:r w:rsidRPr="00812E92">
        <w:t>uczestniku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osobę</w:t>
      </w:r>
      <w:proofErr w:type="spellEnd"/>
      <w:r w:rsidRPr="00812E92">
        <w:t xml:space="preserve"> </w:t>
      </w:r>
      <w:proofErr w:type="spellStart"/>
      <w:r w:rsidRPr="00812E92">
        <w:t>zakwalifikowaną</w:t>
      </w:r>
      <w:proofErr w:type="spellEnd"/>
      <w:r w:rsidRPr="00812E92">
        <w:t xml:space="preserve"> do </w:t>
      </w:r>
      <w:proofErr w:type="spellStart"/>
      <w:r w:rsidRPr="00812E92">
        <w:t>projektu</w:t>
      </w:r>
      <w:proofErr w:type="spellEnd"/>
      <w:r w:rsidRPr="00812E92">
        <w:t xml:space="preserve">, </w:t>
      </w:r>
      <w:proofErr w:type="spellStart"/>
      <w:r w:rsidRPr="00812E92">
        <w:t>która</w:t>
      </w:r>
      <w:proofErr w:type="spellEnd"/>
      <w:r w:rsidRPr="00812E92">
        <w:t xml:space="preserve"> </w:t>
      </w:r>
      <w:proofErr w:type="spellStart"/>
      <w:r w:rsidRPr="00812E92">
        <w:t>rozpoczęła</w:t>
      </w:r>
      <w:proofErr w:type="spellEnd"/>
      <w:r w:rsidRPr="00812E92">
        <w:t xml:space="preserve"> </w:t>
      </w:r>
      <w:proofErr w:type="spellStart"/>
      <w:r w:rsidRPr="00812E92">
        <w:t>udział</w:t>
      </w:r>
      <w:proofErr w:type="spellEnd"/>
      <w:r w:rsidRPr="00812E92">
        <w:t xml:space="preserve"> w </w:t>
      </w:r>
      <w:proofErr w:type="spellStart"/>
      <w:r w:rsidRPr="00812E92">
        <w:t>pierwszej</w:t>
      </w:r>
      <w:proofErr w:type="spellEnd"/>
      <w:r w:rsidRPr="00812E92">
        <w:t xml:space="preserve"> </w:t>
      </w:r>
      <w:proofErr w:type="spellStart"/>
      <w:r w:rsidRPr="00812E92">
        <w:t>formie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>;</w:t>
      </w:r>
    </w:p>
    <w:p w14:paraId="63CA1EA4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proofErr w:type="spellStart"/>
      <w:r w:rsidRPr="00812E92">
        <w:t>kompletnej</w:t>
      </w:r>
      <w:proofErr w:type="spellEnd"/>
      <w:r w:rsidRPr="00812E92">
        <w:t xml:space="preserve"> </w:t>
      </w:r>
      <w:proofErr w:type="spellStart"/>
      <w:r w:rsidRPr="00812E92">
        <w:t>dokumentacji</w:t>
      </w:r>
      <w:proofErr w:type="spellEnd"/>
      <w:r w:rsidRPr="00812E92">
        <w:t xml:space="preserve"> </w:t>
      </w:r>
      <w:proofErr w:type="spellStart"/>
      <w:r w:rsidRPr="00812E92">
        <w:t>rekrutacyjnej</w:t>
      </w:r>
      <w:proofErr w:type="spellEnd"/>
      <w:r w:rsidRPr="00812E92">
        <w:t xml:space="preserve">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prawidłowo</w:t>
      </w:r>
      <w:proofErr w:type="spellEnd"/>
      <w:r w:rsidRPr="00812E92">
        <w:t xml:space="preserve"> </w:t>
      </w:r>
      <w:proofErr w:type="spellStart"/>
      <w:r w:rsidRPr="00812E92">
        <w:t>wypełniony</w:t>
      </w:r>
      <w:proofErr w:type="spellEnd"/>
      <w:r w:rsidRPr="00812E92">
        <w:t xml:space="preserve">, </w:t>
      </w:r>
      <w:proofErr w:type="spellStart"/>
      <w:r w:rsidRPr="00812E92">
        <w:t>podpisany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opatrzony</w:t>
      </w:r>
      <w:proofErr w:type="spellEnd"/>
      <w:r w:rsidRPr="00812E92">
        <w:t xml:space="preserve"> </w:t>
      </w:r>
      <w:proofErr w:type="spellStart"/>
      <w:r w:rsidRPr="00812E92">
        <w:t>datą</w:t>
      </w:r>
      <w:proofErr w:type="spellEnd"/>
      <w:r w:rsidRPr="00812E92">
        <w:t xml:space="preserve"> </w:t>
      </w:r>
      <w:proofErr w:type="spellStart"/>
      <w:r w:rsidRPr="00812E92">
        <w:t>formularz</w:t>
      </w:r>
      <w:proofErr w:type="spellEnd"/>
      <w:r w:rsidRPr="00812E92">
        <w:t xml:space="preserve"> </w:t>
      </w:r>
      <w:proofErr w:type="spellStart"/>
      <w:r w:rsidRPr="00812E92">
        <w:t>rekrutacyjny</w:t>
      </w:r>
      <w:proofErr w:type="spellEnd"/>
      <w:r w:rsidRPr="00812E92">
        <w:t xml:space="preserve"> </w:t>
      </w:r>
      <w:proofErr w:type="spellStart"/>
      <w:r w:rsidRPr="00812E92">
        <w:t>wraz</w:t>
      </w:r>
      <w:proofErr w:type="spellEnd"/>
      <w:r w:rsidRPr="00812E92">
        <w:t xml:space="preserve"> z </w:t>
      </w:r>
      <w:proofErr w:type="spellStart"/>
      <w:r w:rsidRPr="00812E92">
        <w:t>wymaganymi</w:t>
      </w:r>
      <w:proofErr w:type="spellEnd"/>
      <w:r w:rsidRPr="00812E92">
        <w:t xml:space="preserve"> </w:t>
      </w:r>
      <w:proofErr w:type="spellStart"/>
      <w:r w:rsidRPr="00812E92">
        <w:t>oświadczeniami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dokumentami</w:t>
      </w:r>
      <w:proofErr w:type="spellEnd"/>
      <w:r w:rsidRPr="00812E92">
        <w:t xml:space="preserve">, </w:t>
      </w:r>
      <w:proofErr w:type="spellStart"/>
      <w:r w:rsidRPr="00812E92">
        <w:t>których</w:t>
      </w:r>
      <w:proofErr w:type="spellEnd"/>
      <w:r w:rsidRPr="00812E92">
        <w:t xml:space="preserve"> </w:t>
      </w:r>
      <w:proofErr w:type="spellStart"/>
      <w:r w:rsidRPr="00812E92">
        <w:t>Beneficjent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OWP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posiada</w:t>
      </w:r>
      <w:proofErr w:type="spellEnd"/>
      <w:r w:rsidRPr="00812E92">
        <w:t xml:space="preserve"> w </w:t>
      </w:r>
      <w:proofErr w:type="spellStart"/>
      <w:r w:rsidRPr="00812E92">
        <w:t>prowadzonej</w:t>
      </w:r>
      <w:proofErr w:type="spellEnd"/>
      <w:r w:rsidRPr="00812E92">
        <w:t xml:space="preserve"> </w:t>
      </w:r>
      <w:proofErr w:type="spellStart"/>
      <w:r w:rsidRPr="00812E92">
        <w:t>dokumentacji</w:t>
      </w:r>
      <w:proofErr w:type="spellEnd"/>
      <w:r w:rsidRPr="00812E92">
        <w:t>;</w:t>
      </w:r>
    </w:p>
    <w:p w14:paraId="5C0665C6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proofErr w:type="spellStart"/>
      <w:r w:rsidRPr="00812E92">
        <w:t>pierwszej</w:t>
      </w:r>
      <w:proofErr w:type="spellEnd"/>
      <w:r w:rsidRPr="00812E92">
        <w:t xml:space="preserve"> </w:t>
      </w:r>
      <w:proofErr w:type="spellStart"/>
      <w:r w:rsidRPr="00812E92">
        <w:t>formie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pierwsze</w:t>
      </w:r>
      <w:proofErr w:type="spellEnd"/>
      <w:r w:rsidRPr="00812E92">
        <w:t xml:space="preserve"> </w:t>
      </w:r>
      <w:proofErr w:type="spellStart"/>
      <w:r w:rsidRPr="00812E92">
        <w:t>zajęcia</w:t>
      </w:r>
      <w:proofErr w:type="spellEnd"/>
      <w:r w:rsidRPr="00812E92">
        <w:t xml:space="preserve">, </w:t>
      </w:r>
      <w:proofErr w:type="spellStart"/>
      <w:r w:rsidRPr="00812E92">
        <w:t>szkolenie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inną</w:t>
      </w:r>
      <w:proofErr w:type="spellEnd"/>
      <w:r w:rsidRPr="00812E92">
        <w:t xml:space="preserve"> </w:t>
      </w:r>
      <w:proofErr w:type="spellStart"/>
      <w:r w:rsidRPr="00812E92">
        <w:t>formę</w:t>
      </w:r>
      <w:proofErr w:type="spellEnd"/>
      <w:r w:rsidRPr="00812E92">
        <w:t xml:space="preserve"> </w:t>
      </w:r>
      <w:proofErr w:type="spellStart"/>
      <w:r w:rsidRPr="00812E92">
        <w:t>pomocy</w:t>
      </w:r>
      <w:proofErr w:type="spellEnd"/>
      <w:r w:rsidRPr="00812E92">
        <w:t xml:space="preserve">, w </w:t>
      </w:r>
      <w:proofErr w:type="spellStart"/>
      <w:r w:rsidRPr="00812E92">
        <w:t>której</w:t>
      </w:r>
      <w:proofErr w:type="spellEnd"/>
      <w:r w:rsidRPr="00812E92">
        <w:t xml:space="preserve"> </w:t>
      </w:r>
      <w:proofErr w:type="spellStart"/>
      <w:r w:rsidRPr="00812E92">
        <w:t>uczestnik</w:t>
      </w:r>
      <w:proofErr w:type="spellEnd"/>
      <w:r w:rsidRPr="00812E92">
        <w:t xml:space="preserve"> </w:t>
      </w:r>
      <w:proofErr w:type="spellStart"/>
      <w:r w:rsidRPr="00812E92">
        <w:t>faktycznie</w:t>
      </w:r>
      <w:proofErr w:type="spellEnd"/>
      <w:r w:rsidRPr="00812E92">
        <w:t xml:space="preserve"> </w:t>
      </w:r>
      <w:proofErr w:type="spellStart"/>
      <w:r w:rsidRPr="00812E92">
        <w:t>wziął</w:t>
      </w:r>
      <w:proofErr w:type="spellEnd"/>
      <w:r w:rsidRPr="00812E92">
        <w:t xml:space="preserve"> </w:t>
      </w:r>
      <w:proofErr w:type="spellStart"/>
      <w:r w:rsidRPr="00812E92">
        <w:t>udział</w:t>
      </w:r>
      <w:proofErr w:type="spellEnd"/>
      <w:r w:rsidRPr="00812E92">
        <w:t xml:space="preserve"> w </w:t>
      </w:r>
      <w:proofErr w:type="spellStart"/>
      <w:r w:rsidRPr="00812E92">
        <w:t>ramach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>;</w:t>
      </w:r>
    </w:p>
    <w:p w14:paraId="7C7B41DB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proofErr w:type="spellStart"/>
      <w:r w:rsidRPr="00812E92">
        <w:t>trudności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potrzebie</w:t>
      </w:r>
      <w:proofErr w:type="spellEnd"/>
      <w:r w:rsidRPr="00812E92">
        <w:t xml:space="preserve"> </w:t>
      </w:r>
      <w:proofErr w:type="spellStart"/>
      <w:r w:rsidRPr="00812E92">
        <w:t>rozwojowej</w:t>
      </w:r>
      <w:proofErr w:type="spellEnd"/>
      <w:r w:rsidRPr="00812E92">
        <w:t xml:space="preserve">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rozpoznaną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udokumentowaną</w:t>
      </w:r>
      <w:proofErr w:type="spellEnd"/>
      <w:r w:rsidRPr="00812E92">
        <w:t xml:space="preserve"> </w:t>
      </w:r>
      <w:proofErr w:type="spellStart"/>
      <w:r w:rsidRPr="00812E92">
        <w:t>trudność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potrzebę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odpowiadającą</w:t>
      </w:r>
      <w:proofErr w:type="spellEnd"/>
      <w:r w:rsidRPr="00812E92">
        <w:t xml:space="preserve"> co </w:t>
      </w:r>
      <w:proofErr w:type="spellStart"/>
      <w:r w:rsidRPr="00812E92">
        <w:t>najmniej</w:t>
      </w:r>
      <w:proofErr w:type="spellEnd"/>
      <w:r w:rsidRPr="00812E92">
        <w:t xml:space="preserve"> </w:t>
      </w:r>
      <w:proofErr w:type="spellStart"/>
      <w:r w:rsidRPr="00812E92">
        <w:t>jednej</w:t>
      </w:r>
      <w:proofErr w:type="spellEnd"/>
      <w:r w:rsidRPr="00812E92">
        <w:t xml:space="preserve"> </w:t>
      </w:r>
      <w:proofErr w:type="spellStart"/>
      <w:r w:rsidRPr="00812E92">
        <w:t>formie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przewidzianej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>;</w:t>
      </w:r>
    </w:p>
    <w:p w14:paraId="1F9A621A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proofErr w:type="spellStart"/>
      <w:r w:rsidRPr="00812E92">
        <w:t>dokumentacji</w:t>
      </w:r>
      <w:proofErr w:type="spellEnd"/>
      <w:r w:rsidRPr="00812E92">
        <w:t xml:space="preserve"> OWP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dokumentację</w:t>
      </w:r>
      <w:proofErr w:type="spellEnd"/>
      <w:r w:rsidRPr="00812E92">
        <w:t xml:space="preserve"> </w:t>
      </w:r>
      <w:proofErr w:type="spellStart"/>
      <w:r w:rsidRPr="00812E92">
        <w:t>prowadzoną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przechowywaną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OWP, w </w:t>
      </w:r>
      <w:proofErr w:type="spellStart"/>
      <w:r w:rsidRPr="00812E92">
        <w:t>szczególności</w:t>
      </w:r>
      <w:proofErr w:type="spellEnd"/>
      <w:r w:rsidRPr="00812E92">
        <w:t xml:space="preserve"> OPKS, </w:t>
      </w:r>
      <w:proofErr w:type="spellStart"/>
      <w:r w:rsidRPr="00812E92">
        <w:t>opinię</w:t>
      </w:r>
      <w:proofErr w:type="spellEnd"/>
      <w:r w:rsidRPr="00812E92">
        <w:t xml:space="preserve"> PPP, IPET, </w:t>
      </w:r>
      <w:proofErr w:type="spellStart"/>
      <w:r w:rsidRPr="00812E92">
        <w:t>diagnozę</w:t>
      </w:r>
      <w:proofErr w:type="spellEnd"/>
      <w:r w:rsidRPr="00812E92">
        <w:t xml:space="preserve"> </w:t>
      </w:r>
      <w:proofErr w:type="spellStart"/>
      <w:r w:rsidRPr="00812E92">
        <w:t>funkcjonalną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udokumentowaną</w:t>
      </w:r>
      <w:proofErr w:type="spellEnd"/>
      <w:r w:rsidRPr="00812E92">
        <w:t xml:space="preserve"> </w:t>
      </w:r>
      <w:proofErr w:type="spellStart"/>
      <w:r w:rsidRPr="00812E92">
        <w:t>obserwację</w:t>
      </w:r>
      <w:proofErr w:type="spellEnd"/>
      <w:r w:rsidRPr="00812E92">
        <w:t xml:space="preserve"> </w:t>
      </w:r>
      <w:proofErr w:type="spellStart"/>
      <w:r w:rsidRPr="00812E92">
        <w:t>pedagogiczną</w:t>
      </w:r>
      <w:proofErr w:type="spellEnd"/>
      <w:r w:rsidRPr="00812E92">
        <w:t>;</w:t>
      </w:r>
    </w:p>
    <w:p w14:paraId="00B23686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proofErr w:type="spellStart"/>
      <w:r w:rsidRPr="00812E92">
        <w:t>doświadczeniu</w:t>
      </w:r>
      <w:proofErr w:type="spellEnd"/>
      <w:r w:rsidRPr="00812E92">
        <w:t xml:space="preserve"> </w:t>
      </w:r>
      <w:proofErr w:type="spellStart"/>
      <w:r w:rsidRPr="00812E92">
        <w:t>migracji</w:t>
      </w:r>
      <w:proofErr w:type="spellEnd"/>
      <w:r w:rsidRPr="00812E92">
        <w:t xml:space="preserve">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sytuację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, </w:t>
      </w:r>
      <w:proofErr w:type="spellStart"/>
      <w:r w:rsidRPr="00812E92">
        <w:t>które</w:t>
      </w:r>
      <w:proofErr w:type="spellEnd"/>
      <w:r w:rsidRPr="00812E92">
        <w:t xml:space="preserve"> w </w:t>
      </w:r>
      <w:proofErr w:type="spellStart"/>
      <w:r w:rsidRPr="00812E92">
        <w:t>związku</w:t>
      </w:r>
      <w:proofErr w:type="spellEnd"/>
      <w:r w:rsidRPr="00812E92">
        <w:t xml:space="preserve"> </w:t>
      </w:r>
      <w:proofErr w:type="spellStart"/>
      <w:r w:rsidRPr="00812E92">
        <w:t>ze</w:t>
      </w:r>
      <w:proofErr w:type="spellEnd"/>
      <w:r w:rsidRPr="00812E92">
        <w:t xml:space="preserve"> </w:t>
      </w:r>
      <w:proofErr w:type="spellStart"/>
      <w:r w:rsidRPr="00812E92">
        <w:t>zmianą</w:t>
      </w:r>
      <w:proofErr w:type="spellEnd"/>
      <w:r w:rsidRPr="00812E92">
        <w:t xml:space="preserve"> </w:t>
      </w:r>
      <w:proofErr w:type="spellStart"/>
      <w:r w:rsidRPr="00812E92">
        <w:t>kraju</w:t>
      </w:r>
      <w:proofErr w:type="spellEnd"/>
      <w:r w:rsidRPr="00812E92">
        <w:t xml:space="preserve"> </w:t>
      </w:r>
      <w:proofErr w:type="spellStart"/>
      <w:r w:rsidRPr="00812E92">
        <w:t>zamieszkania</w:t>
      </w:r>
      <w:proofErr w:type="spellEnd"/>
      <w:r w:rsidRPr="00812E92">
        <w:t xml:space="preserve"> </w:t>
      </w:r>
      <w:proofErr w:type="spellStart"/>
      <w:r w:rsidRPr="00812E92">
        <w:t>przybyło</w:t>
      </w:r>
      <w:proofErr w:type="spellEnd"/>
      <w:r w:rsidRPr="00812E92">
        <w:t xml:space="preserve"> do </w:t>
      </w:r>
      <w:proofErr w:type="spellStart"/>
      <w:r w:rsidRPr="00812E92">
        <w:t>Polski</w:t>
      </w:r>
      <w:proofErr w:type="spellEnd"/>
      <w:r w:rsidRPr="00812E92">
        <w:t xml:space="preserve"> z </w:t>
      </w:r>
      <w:proofErr w:type="spellStart"/>
      <w:r w:rsidRPr="00812E92">
        <w:t>innego</w:t>
      </w:r>
      <w:proofErr w:type="spellEnd"/>
      <w:r w:rsidRPr="00812E92">
        <w:t xml:space="preserve"> </w:t>
      </w:r>
      <w:proofErr w:type="spellStart"/>
      <w:r w:rsidRPr="00812E92">
        <w:t>państwa</w:t>
      </w:r>
      <w:proofErr w:type="spellEnd"/>
      <w:r w:rsidRPr="00812E92">
        <w:t xml:space="preserve">, </w:t>
      </w:r>
      <w:proofErr w:type="spellStart"/>
      <w:r w:rsidRPr="00812E92">
        <w:t>powróciło</w:t>
      </w:r>
      <w:proofErr w:type="spellEnd"/>
      <w:r w:rsidRPr="00812E92">
        <w:t xml:space="preserve"> do </w:t>
      </w:r>
      <w:proofErr w:type="spellStart"/>
      <w:r w:rsidRPr="00812E92">
        <w:t>Polski</w:t>
      </w:r>
      <w:proofErr w:type="spellEnd"/>
      <w:r w:rsidRPr="00812E92">
        <w:t xml:space="preserve"> po </w:t>
      </w:r>
      <w:proofErr w:type="spellStart"/>
      <w:r w:rsidRPr="00812E92">
        <w:t>okresie</w:t>
      </w:r>
      <w:proofErr w:type="spellEnd"/>
      <w:r w:rsidRPr="00812E92">
        <w:t xml:space="preserve"> </w:t>
      </w:r>
      <w:proofErr w:type="spellStart"/>
      <w:r w:rsidRPr="00812E92">
        <w:t>zamieszkiwania</w:t>
      </w:r>
      <w:proofErr w:type="spellEnd"/>
      <w:r w:rsidRPr="00812E92">
        <w:t xml:space="preserve"> za </w:t>
      </w:r>
      <w:proofErr w:type="spellStart"/>
      <w:r w:rsidRPr="00812E92">
        <w:t>granicą</w:t>
      </w:r>
      <w:proofErr w:type="spellEnd"/>
      <w:r w:rsidRPr="00812E92">
        <w:t xml:space="preserve"> </w:t>
      </w:r>
      <w:proofErr w:type="spellStart"/>
      <w:r w:rsidRPr="00812E92">
        <w:t>albo</w:t>
      </w:r>
      <w:proofErr w:type="spellEnd"/>
      <w:r w:rsidRPr="00812E92">
        <w:t xml:space="preserve"> </w:t>
      </w:r>
      <w:proofErr w:type="spellStart"/>
      <w:r w:rsidRPr="00812E92">
        <w:t>przybyło</w:t>
      </w:r>
      <w:proofErr w:type="spellEnd"/>
      <w:r w:rsidRPr="00812E92">
        <w:t xml:space="preserve"> do </w:t>
      </w:r>
      <w:proofErr w:type="spellStart"/>
      <w:r w:rsidRPr="00812E92">
        <w:t>Polski</w:t>
      </w:r>
      <w:proofErr w:type="spellEnd"/>
      <w:r w:rsidRPr="00812E92">
        <w:t xml:space="preserve"> w </w:t>
      </w:r>
      <w:proofErr w:type="spellStart"/>
      <w:r w:rsidRPr="00812E92">
        <w:t>ramach</w:t>
      </w:r>
      <w:proofErr w:type="spellEnd"/>
      <w:r w:rsidRPr="00812E92">
        <w:t xml:space="preserve"> </w:t>
      </w:r>
      <w:proofErr w:type="spellStart"/>
      <w:r w:rsidRPr="00812E92">
        <w:t>repatriacji</w:t>
      </w:r>
      <w:proofErr w:type="spellEnd"/>
      <w:r w:rsidRPr="00812E92">
        <w:t xml:space="preserve">, </w:t>
      </w:r>
      <w:proofErr w:type="spellStart"/>
      <w:r w:rsidRPr="00812E92">
        <w:t>niezależnie</w:t>
      </w:r>
      <w:proofErr w:type="spellEnd"/>
      <w:r w:rsidRPr="00812E92">
        <w:t xml:space="preserve"> od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obywatelstwa</w:t>
      </w:r>
      <w:proofErr w:type="spellEnd"/>
      <w:r w:rsidRPr="00812E92">
        <w:t xml:space="preserve">, </w:t>
      </w:r>
      <w:proofErr w:type="spellStart"/>
      <w:r w:rsidRPr="00812E92">
        <w:t>narodowości</w:t>
      </w:r>
      <w:proofErr w:type="spellEnd"/>
      <w:r w:rsidRPr="00812E92">
        <w:t xml:space="preserve">, </w:t>
      </w:r>
      <w:proofErr w:type="spellStart"/>
      <w:r w:rsidRPr="00812E92">
        <w:t>kraju</w:t>
      </w:r>
      <w:proofErr w:type="spellEnd"/>
      <w:r w:rsidRPr="00812E92">
        <w:t xml:space="preserve"> </w:t>
      </w:r>
      <w:proofErr w:type="spellStart"/>
      <w:r w:rsidRPr="00812E92">
        <w:t>pochodzenia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podstawy</w:t>
      </w:r>
      <w:proofErr w:type="spellEnd"/>
      <w:r w:rsidRPr="00812E92">
        <w:t xml:space="preserve"> </w:t>
      </w:r>
      <w:proofErr w:type="spellStart"/>
      <w:r w:rsidRPr="00812E92">
        <w:t>pobytu</w:t>
      </w:r>
      <w:proofErr w:type="spellEnd"/>
      <w:r w:rsidRPr="00812E92">
        <w:t>.</w:t>
      </w:r>
    </w:p>
    <w:p w14:paraId="4FE25333" w14:textId="77777777" w:rsidR="00B14F83" w:rsidRPr="00812E92" w:rsidRDefault="006F5905" w:rsidP="00812E92">
      <w:pPr>
        <w:pStyle w:val="Nagwek1"/>
        <w:keepNext w:val="0"/>
        <w:keepLines w:val="0"/>
        <w:widowControl w:val="0"/>
        <w:spacing w:after="120"/>
      </w:pPr>
      <w:r w:rsidRPr="00812E92">
        <w:rPr>
          <w:rFonts w:ascii="Arial" w:eastAsia="Arial" w:hAnsi="Arial" w:cs="Arial"/>
        </w:rPr>
        <w:t>§ 2. UCZESTNICY PROJEKTU I FORMY WSPARCIA</w:t>
      </w:r>
    </w:p>
    <w:p w14:paraId="389E9EED" w14:textId="77777777" w:rsidR="00B14F83" w:rsidRPr="00812E92" w:rsidRDefault="006F5905" w:rsidP="00812E92">
      <w:pPr>
        <w:pStyle w:val="Listapunktowana"/>
        <w:widowControl w:val="0"/>
        <w:numPr>
          <w:ilvl w:val="0"/>
          <w:numId w:val="2"/>
        </w:numPr>
        <w:spacing w:before="120" w:after="120"/>
        <w:jc w:val="both"/>
      </w:pPr>
      <w:proofErr w:type="spellStart"/>
      <w:r w:rsidRPr="00812E92">
        <w:t>Grupę</w:t>
      </w:r>
      <w:proofErr w:type="spellEnd"/>
      <w:r w:rsidRPr="00812E92">
        <w:t xml:space="preserve"> </w:t>
      </w:r>
      <w:proofErr w:type="spellStart"/>
      <w:r w:rsidRPr="00812E92">
        <w:t>docelową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stanowi</w:t>
      </w:r>
      <w:proofErr w:type="spellEnd"/>
      <w:r w:rsidRPr="00812E92">
        <w:t xml:space="preserve"> 127 </w:t>
      </w:r>
      <w:proofErr w:type="spellStart"/>
      <w:r w:rsidRPr="00812E92">
        <w:t>dzieci</w:t>
      </w:r>
      <w:proofErr w:type="spellEnd"/>
      <w:r w:rsidRPr="00812E92">
        <w:t xml:space="preserve"> </w:t>
      </w:r>
      <w:proofErr w:type="spellStart"/>
      <w:r w:rsidRPr="00812E92">
        <w:t>posiadających</w:t>
      </w:r>
      <w:proofErr w:type="spellEnd"/>
      <w:r w:rsidRPr="00812E92">
        <w:t xml:space="preserve"> </w:t>
      </w:r>
      <w:proofErr w:type="spellStart"/>
      <w:r w:rsidRPr="00812E92">
        <w:t>rozpoznane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udokumentowane</w:t>
      </w:r>
      <w:proofErr w:type="spellEnd"/>
      <w:r w:rsidRPr="00812E92">
        <w:t xml:space="preserve"> </w:t>
      </w:r>
      <w:proofErr w:type="spellStart"/>
      <w:r w:rsidRPr="00812E92">
        <w:t>trudności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potrzeby</w:t>
      </w:r>
      <w:proofErr w:type="spellEnd"/>
      <w:r w:rsidRPr="00812E92">
        <w:t xml:space="preserve"> </w:t>
      </w:r>
      <w:proofErr w:type="spellStart"/>
      <w:r w:rsidRPr="00812E92">
        <w:t>rozwojowe</w:t>
      </w:r>
      <w:proofErr w:type="spellEnd"/>
      <w:r w:rsidRPr="00812E92">
        <w:t xml:space="preserve"> </w:t>
      </w:r>
      <w:proofErr w:type="spellStart"/>
      <w:r w:rsidRPr="00812E92">
        <w:t>odpowiadające</w:t>
      </w:r>
      <w:proofErr w:type="spellEnd"/>
      <w:r w:rsidRPr="00812E92">
        <w:t xml:space="preserve"> </w:t>
      </w:r>
      <w:proofErr w:type="spellStart"/>
      <w:r w:rsidRPr="00812E92">
        <w:t>formom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przewidzianym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12 </w:t>
      </w:r>
      <w:proofErr w:type="spellStart"/>
      <w:r w:rsidRPr="00812E92">
        <w:t>nauczycieli</w:t>
      </w:r>
      <w:proofErr w:type="spellEnd"/>
      <w:r w:rsidRPr="00812E92">
        <w:t>/</w:t>
      </w:r>
      <w:proofErr w:type="spellStart"/>
      <w:r w:rsidRPr="00812E92">
        <w:t>nauczycielek</w:t>
      </w:r>
      <w:proofErr w:type="spellEnd"/>
      <w:r w:rsidRPr="00812E92">
        <w:t xml:space="preserve"> z OWP </w:t>
      </w:r>
      <w:proofErr w:type="spellStart"/>
      <w:r w:rsidRPr="00812E92">
        <w:t>objętych</w:t>
      </w:r>
      <w:proofErr w:type="spellEnd"/>
      <w:r w:rsidRPr="00812E92">
        <w:t xml:space="preserve"> </w:t>
      </w:r>
      <w:proofErr w:type="spellStart"/>
      <w:r w:rsidRPr="00812E92">
        <w:t>projektem</w:t>
      </w:r>
      <w:proofErr w:type="spellEnd"/>
      <w:r w:rsidRPr="00812E92">
        <w:t xml:space="preserve">, </w:t>
      </w:r>
      <w:proofErr w:type="spellStart"/>
      <w:r w:rsidRPr="00812E92">
        <w:t>zgodnie</w:t>
      </w:r>
      <w:proofErr w:type="spellEnd"/>
      <w:r w:rsidRPr="00812E92">
        <w:t xml:space="preserve"> z </w:t>
      </w:r>
      <w:proofErr w:type="spellStart"/>
      <w:r w:rsidRPr="00812E92">
        <w:t>potrzebami</w:t>
      </w:r>
      <w:proofErr w:type="spellEnd"/>
      <w:r w:rsidRPr="00812E92">
        <w:t xml:space="preserve"> </w:t>
      </w:r>
      <w:proofErr w:type="spellStart"/>
      <w:r w:rsidRPr="00812E92">
        <w:t>określonymi</w:t>
      </w:r>
      <w:proofErr w:type="spellEnd"/>
      <w:r w:rsidRPr="00812E92">
        <w:t xml:space="preserve"> we </w:t>
      </w:r>
      <w:proofErr w:type="spellStart"/>
      <w:r w:rsidRPr="00812E92">
        <w:t>wniosku</w:t>
      </w:r>
      <w:proofErr w:type="spellEnd"/>
      <w:r w:rsidRPr="00812E92">
        <w:t xml:space="preserve"> o </w:t>
      </w:r>
      <w:proofErr w:type="spellStart"/>
      <w:r w:rsidRPr="00812E92">
        <w:t>dofinansowanie</w:t>
      </w:r>
      <w:proofErr w:type="spellEnd"/>
      <w:r w:rsidRPr="00812E92">
        <w:t>.</w:t>
      </w:r>
    </w:p>
    <w:p w14:paraId="3843AF68" w14:textId="77777777" w:rsidR="00B14F83" w:rsidRPr="00812E92" w:rsidRDefault="006F5905" w:rsidP="00812E92">
      <w:pPr>
        <w:pStyle w:val="Listapunktowana"/>
        <w:widowControl w:val="0"/>
        <w:numPr>
          <w:ilvl w:val="0"/>
          <w:numId w:val="2"/>
        </w:numPr>
        <w:spacing w:before="120" w:after="120"/>
        <w:jc w:val="both"/>
      </w:pPr>
      <w:proofErr w:type="spellStart"/>
      <w:r w:rsidRPr="00812E92">
        <w:t>Wsparcie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dzieci</w:t>
      </w:r>
      <w:proofErr w:type="spellEnd"/>
      <w:r w:rsidRPr="00812E92">
        <w:t xml:space="preserve"> </w:t>
      </w:r>
      <w:proofErr w:type="spellStart"/>
      <w:r w:rsidRPr="00812E92">
        <w:t>obejmuje</w:t>
      </w:r>
      <w:proofErr w:type="spellEnd"/>
      <w:r w:rsidRPr="00812E92">
        <w:t xml:space="preserve">, </w:t>
      </w:r>
      <w:proofErr w:type="spellStart"/>
      <w:r w:rsidRPr="00812E92">
        <w:t>odpowiednio</w:t>
      </w:r>
      <w:proofErr w:type="spellEnd"/>
      <w:r w:rsidRPr="00812E92">
        <w:t xml:space="preserve"> do ich </w:t>
      </w:r>
      <w:proofErr w:type="spellStart"/>
      <w:r w:rsidRPr="00812E92">
        <w:t>indywidualnych</w:t>
      </w:r>
      <w:proofErr w:type="spellEnd"/>
      <w:r w:rsidRPr="00812E92">
        <w:t xml:space="preserve"> </w:t>
      </w:r>
      <w:proofErr w:type="spellStart"/>
      <w:r w:rsidRPr="00812E92">
        <w:t>potrzeb</w:t>
      </w:r>
      <w:proofErr w:type="spellEnd"/>
      <w:r w:rsidRPr="00812E92">
        <w:t>:</w:t>
      </w:r>
    </w:p>
    <w:p w14:paraId="17AD034C" w14:textId="77777777" w:rsidR="00B14F83" w:rsidRPr="00812E92" w:rsidRDefault="006F5905" w:rsidP="00812E92">
      <w:pPr>
        <w:pStyle w:val="Listapunktowana"/>
        <w:widowControl w:val="0"/>
        <w:numPr>
          <w:ilvl w:val="0"/>
          <w:numId w:val="12"/>
        </w:numPr>
        <w:spacing w:before="120" w:after="120"/>
        <w:ind w:left="851"/>
        <w:jc w:val="both"/>
      </w:pPr>
      <w:proofErr w:type="spellStart"/>
      <w:r w:rsidRPr="00812E92">
        <w:t>indywidualne</w:t>
      </w:r>
      <w:proofErr w:type="spellEnd"/>
      <w:r w:rsidRPr="00812E92">
        <w:t xml:space="preserve"> </w:t>
      </w:r>
      <w:proofErr w:type="spellStart"/>
      <w:r w:rsidRPr="00812E92">
        <w:t>zajęcia</w:t>
      </w:r>
      <w:proofErr w:type="spellEnd"/>
      <w:r w:rsidRPr="00812E92">
        <w:t xml:space="preserve"> </w:t>
      </w:r>
      <w:proofErr w:type="spellStart"/>
      <w:r w:rsidRPr="00812E92">
        <w:t>rewalidacyjne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posiadającego</w:t>
      </w:r>
      <w:proofErr w:type="spellEnd"/>
      <w:r w:rsidRPr="00812E92">
        <w:t xml:space="preserve"> OPKS;</w:t>
      </w:r>
    </w:p>
    <w:p w14:paraId="63643E45" w14:textId="77777777" w:rsidR="00B14F83" w:rsidRPr="00812E92" w:rsidRDefault="006F5905" w:rsidP="00812E92">
      <w:pPr>
        <w:pStyle w:val="Listapunktowana"/>
        <w:widowControl w:val="0"/>
        <w:numPr>
          <w:ilvl w:val="0"/>
          <w:numId w:val="12"/>
        </w:numPr>
        <w:spacing w:before="120" w:after="120"/>
        <w:ind w:left="851"/>
        <w:jc w:val="both"/>
      </w:pPr>
      <w:proofErr w:type="spellStart"/>
      <w:r w:rsidRPr="00812E92">
        <w:lastRenderedPageBreak/>
        <w:t>grupowe</w:t>
      </w:r>
      <w:proofErr w:type="spellEnd"/>
      <w:r w:rsidRPr="00812E92">
        <w:t xml:space="preserve"> </w:t>
      </w:r>
      <w:proofErr w:type="spellStart"/>
      <w:r w:rsidRPr="00812E92">
        <w:t>zajęcia</w:t>
      </w:r>
      <w:proofErr w:type="spellEnd"/>
      <w:r w:rsidRPr="00812E92">
        <w:t xml:space="preserve"> </w:t>
      </w:r>
      <w:proofErr w:type="spellStart"/>
      <w:r w:rsidRPr="00812E92">
        <w:t>rozwijające</w:t>
      </w:r>
      <w:proofErr w:type="spellEnd"/>
      <w:r w:rsidRPr="00812E92">
        <w:t xml:space="preserve"> </w:t>
      </w:r>
      <w:proofErr w:type="spellStart"/>
      <w:r w:rsidRPr="00812E92">
        <w:t>kompetencje</w:t>
      </w:r>
      <w:proofErr w:type="spellEnd"/>
      <w:r w:rsidRPr="00812E92">
        <w:t xml:space="preserve"> </w:t>
      </w:r>
      <w:proofErr w:type="spellStart"/>
      <w:r w:rsidRPr="00812E92">
        <w:t>logiczno-matematyczne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umiejętność</w:t>
      </w:r>
      <w:proofErr w:type="spellEnd"/>
      <w:r w:rsidRPr="00812E92">
        <w:t xml:space="preserve"> </w:t>
      </w:r>
      <w:proofErr w:type="spellStart"/>
      <w:r w:rsidRPr="00812E92">
        <w:t>planowania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rozwiązywania</w:t>
      </w:r>
      <w:proofErr w:type="spellEnd"/>
      <w:r w:rsidRPr="00812E92">
        <w:t xml:space="preserve"> </w:t>
      </w:r>
      <w:proofErr w:type="spellStart"/>
      <w:r w:rsidRPr="00812E92">
        <w:t>problemów</w:t>
      </w:r>
      <w:proofErr w:type="spellEnd"/>
      <w:r w:rsidRPr="00812E92">
        <w:t>;</w:t>
      </w:r>
    </w:p>
    <w:p w14:paraId="17B5B7BC" w14:textId="77777777" w:rsidR="00B14F83" w:rsidRPr="00812E92" w:rsidRDefault="006F5905" w:rsidP="00812E92">
      <w:pPr>
        <w:pStyle w:val="Listapunktowana"/>
        <w:widowControl w:val="0"/>
        <w:numPr>
          <w:ilvl w:val="0"/>
          <w:numId w:val="12"/>
        </w:numPr>
        <w:spacing w:before="120" w:after="120"/>
        <w:ind w:left="851"/>
        <w:jc w:val="both"/>
      </w:pPr>
      <w:proofErr w:type="spellStart"/>
      <w:r w:rsidRPr="00812E92">
        <w:t>indywidualne</w:t>
      </w:r>
      <w:proofErr w:type="spellEnd"/>
      <w:r w:rsidRPr="00812E92">
        <w:t xml:space="preserve"> </w:t>
      </w:r>
      <w:proofErr w:type="spellStart"/>
      <w:r w:rsidRPr="00812E92">
        <w:t>zajęcia</w:t>
      </w:r>
      <w:proofErr w:type="spellEnd"/>
      <w:r w:rsidRPr="00812E92">
        <w:t xml:space="preserve"> w </w:t>
      </w:r>
      <w:proofErr w:type="spellStart"/>
      <w:r w:rsidRPr="00812E92">
        <w:t>zakresie</w:t>
      </w:r>
      <w:proofErr w:type="spellEnd"/>
      <w:r w:rsidRPr="00812E92">
        <w:t xml:space="preserve"> </w:t>
      </w:r>
      <w:proofErr w:type="spellStart"/>
      <w:r w:rsidRPr="00812E92">
        <w:t>wczesnego</w:t>
      </w:r>
      <w:proofErr w:type="spellEnd"/>
      <w:r w:rsidRPr="00812E92">
        <w:t xml:space="preserve"> </w:t>
      </w:r>
      <w:proofErr w:type="spellStart"/>
      <w:r w:rsidRPr="00812E92">
        <w:t>wspierania</w:t>
      </w:r>
      <w:proofErr w:type="spellEnd"/>
      <w:r w:rsidRPr="00812E92">
        <w:t xml:space="preserve"> </w:t>
      </w:r>
      <w:proofErr w:type="spellStart"/>
      <w:r w:rsidRPr="00812E92">
        <w:t>rozwoju</w:t>
      </w:r>
      <w:proofErr w:type="spellEnd"/>
      <w:r w:rsidRPr="00812E92">
        <w:t xml:space="preserve"> </w:t>
      </w:r>
      <w:proofErr w:type="spellStart"/>
      <w:r w:rsidRPr="00812E92">
        <w:t>mowy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artykulacji</w:t>
      </w:r>
      <w:proofErr w:type="spellEnd"/>
      <w:r w:rsidRPr="00812E92">
        <w:t>;</w:t>
      </w:r>
    </w:p>
    <w:p w14:paraId="31565288" w14:textId="77777777" w:rsidR="00B14F83" w:rsidRPr="00812E92" w:rsidRDefault="006F5905" w:rsidP="00812E92">
      <w:pPr>
        <w:pStyle w:val="Listapunktowana"/>
        <w:widowControl w:val="0"/>
        <w:numPr>
          <w:ilvl w:val="0"/>
          <w:numId w:val="12"/>
        </w:numPr>
        <w:spacing w:before="120" w:after="120"/>
        <w:ind w:left="851"/>
        <w:jc w:val="both"/>
      </w:pPr>
      <w:proofErr w:type="spellStart"/>
      <w:r w:rsidRPr="00812E92">
        <w:t>grupowe</w:t>
      </w:r>
      <w:proofErr w:type="spellEnd"/>
      <w:r w:rsidRPr="00812E92">
        <w:t xml:space="preserve"> </w:t>
      </w:r>
      <w:proofErr w:type="spellStart"/>
      <w:r w:rsidRPr="00812E92">
        <w:t>zajęcia</w:t>
      </w:r>
      <w:proofErr w:type="spellEnd"/>
      <w:r w:rsidRPr="00812E92">
        <w:t xml:space="preserve"> </w:t>
      </w:r>
      <w:proofErr w:type="spellStart"/>
      <w:r w:rsidRPr="00812E92">
        <w:t>wspierające</w:t>
      </w:r>
      <w:proofErr w:type="spellEnd"/>
      <w:r w:rsidRPr="00812E92">
        <w:t xml:space="preserve"> </w:t>
      </w:r>
      <w:proofErr w:type="spellStart"/>
      <w:r w:rsidRPr="00812E92">
        <w:t>rozwój</w:t>
      </w:r>
      <w:proofErr w:type="spellEnd"/>
      <w:r w:rsidRPr="00812E92">
        <w:t xml:space="preserve"> </w:t>
      </w:r>
      <w:proofErr w:type="spellStart"/>
      <w:r w:rsidRPr="00812E92">
        <w:t>kompetencji</w:t>
      </w:r>
      <w:proofErr w:type="spellEnd"/>
      <w:r w:rsidRPr="00812E92">
        <w:t xml:space="preserve"> </w:t>
      </w:r>
      <w:proofErr w:type="spellStart"/>
      <w:r w:rsidRPr="00812E92">
        <w:t>społeczno-emocjonalnych</w:t>
      </w:r>
      <w:proofErr w:type="spellEnd"/>
      <w:r w:rsidRPr="00812E92">
        <w:t xml:space="preserve">, w </w:t>
      </w:r>
      <w:proofErr w:type="spellStart"/>
      <w:r w:rsidRPr="00812E92">
        <w:t>tym</w:t>
      </w:r>
      <w:proofErr w:type="spellEnd"/>
      <w:r w:rsidRPr="00812E92">
        <w:t xml:space="preserve"> </w:t>
      </w:r>
      <w:proofErr w:type="spellStart"/>
      <w:r w:rsidRPr="00812E92">
        <w:t>poprzez</w:t>
      </w:r>
      <w:proofErr w:type="spellEnd"/>
      <w:r w:rsidRPr="00812E92">
        <w:t xml:space="preserve"> </w:t>
      </w:r>
      <w:proofErr w:type="spellStart"/>
      <w:r w:rsidRPr="00812E92">
        <w:t>poznawanie</w:t>
      </w:r>
      <w:proofErr w:type="spellEnd"/>
      <w:r w:rsidRPr="00812E92">
        <w:t xml:space="preserve"> </w:t>
      </w:r>
      <w:proofErr w:type="spellStart"/>
      <w:r w:rsidRPr="00812E92">
        <w:t>ról</w:t>
      </w:r>
      <w:proofErr w:type="spellEnd"/>
      <w:r w:rsidRPr="00812E92">
        <w:t xml:space="preserve"> </w:t>
      </w:r>
      <w:proofErr w:type="spellStart"/>
      <w:r w:rsidRPr="00812E92">
        <w:t>społecznych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współpracę</w:t>
      </w:r>
      <w:proofErr w:type="spellEnd"/>
      <w:r w:rsidRPr="00812E92">
        <w:t>.</w:t>
      </w:r>
    </w:p>
    <w:p w14:paraId="57A8FDD4" w14:textId="77777777" w:rsidR="00B14F83" w:rsidRPr="00812E92" w:rsidRDefault="006F5905" w:rsidP="00812E92">
      <w:pPr>
        <w:pStyle w:val="Listapunktowana"/>
        <w:widowControl w:val="0"/>
        <w:numPr>
          <w:ilvl w:val="0"/>
          <w:numId w:val="2"/>
        </w:numPr>
        <w:spacing w:before="120" w:after="120"/>
        <w:jc w:val="both"/>
      </w:pPr>
      <w:proofErr w:type="spellStart"/>
      <w:r w:rsidRPr="00812E92">
        <w:t>Wsparcie</w:t>
      </w:r>
      <w:proofErr w:type="spellEnd"/>
      <w:r w:rsidRPr="00812E92">
        <w:t xml:space="preserve"> </w:t>
      </w:r>
      <w:proofErr w:type="spellStart"/>
      <w:r w:rsidRPr="00812E92">
        <w:t>nauczycieli</w:t>
      </w:r>
      <w:proofErr w:type="spellEnd"/>
      <w:r w:rsidRPr="00812E92">
        <w:t>/</w:t>
      </w:r>
      <w:proofErr w:type="spellStart"/>
      <w:r w:rsidRPr="00812E92">
        <w:t>nauczycielek</w:t>
      </w:r>
      <w:proofErr w:type="spellEnd"/>
      <w:r w:rsidRPr="00812E92">
        <w:t xml:space="preserve"> </w:t>
      </w:r>
      <w:proofErr w:type="spellStart"/>
      <w:r w:rsidRPr="00812E92">
        <w:t>obejmuje</w:t>
      </w:r>
      <w:proofErr w:type="spellEnd"/>
      <w:r w:rsidRPr="00812E92">
        <w:t xml:space="preserve"> </w:t>
      </w:r>
      <w:proofErr w:type="spellStart"/>
      <w:r w:rsidRPr="00812E92">
        <w:t>szkolenia</w:t>
      </w:r>
      <w:proofErr w:type="spellEnd"/>
      <w:r w:rsidRPr="00812E92">
        <w:t xml:space="preserve"> </w:t>
      </w:r>
      <w:proofErr w:type="spellStart"/>
      <w:r w:rsidRPr="00812E92">
        <w:t>służące</w:t>
      </w:r>
      <w:proofErr w:type="spellEnd"/>
      <w:r w:rsidRPr="00812E92">
        <w:t xml:space="preserve"> </w:t>
      </w:r>
      <w:proofErr w:type="spellStart"/>
      <w:r w:rsidRPr="00812E92">
        <w:t>podniesieniu</w:t>
      </w:r>
      <w:proofErr w:type="spellEnd"/>
      <w:r w:rsidRPr="00812E92">
        <w:t xml:space="preserve"> </w:t>
      </w:r>
      <w:proofErr w:type="spellStart"/>
      <w:r w:rsidRPr="00812E92">
        <w:t>kompetencji</w:t>
      </w:r>
      <w:proofErr w:type="spellEnd"/>
      <w:r w:rsidRPr="00812E92">
        <w:t xml:space="preserve"> w </w:t>
      </w:r>
      <w:proofErr w:type="spellStart"/>
      <w:r w:rsidRPr="00812E92">
        <w:t>zakresie</w:t>
      </w:r>
      <w:proofErr w:type="spellEnd"/>
      <w:r w:rsidRPr="00812E92">
        <w:t xml:space="preserve"> </w:t>
      </w:r>
      <w:proofErr w:type="spellStart"/>
      <w:r w:rsidRPr="00812E92">
        <w:t>pracy</w:t>
      </w:r>
      <w:proofErr w:type="spellEnd"/>
      <w:r w:rsidRPr="00812E92">
        <w:t xml:space="preserve"> z </w:t>
      </w:r>
      <w:proofErr w:type="spellStart"/>
      <w:r w:rsidRPr="00812E92">
        <w:t>dziećmi</w:t>
      </w:r>
      <w:proofErr w:type="spellEnd"/>
      <w:r w:rsidRPr="00812E92">
        <w:t xml:space="preserve"> o </w:t>
      </w:r>
      <w:proofErr w:type="spellStart"/>
      <w:r w:rsidRPr="00812E92">
        <w:t>potrzebach</w:t>
      </w:r>
      <w:proofErr w:type="spellEnd"/>
      <w:r w:rsidRPr="00812E92">
        <w:t xml:space="preserve"> </w:t>
      </w:r>
      <w:proofErr w:type="spellStart"/>
      <w:r w:rsidRPr="00812E92">
        <w:t>rozwojowych</w:t>
      </w:r>
      <w:proofErr w:type="spellEnd"/>
      <w:r w:rsidRPr="00812E92">
        <w:t xml:space="preserve"> </w:t>
      </w:r>
      <w:proofErr w:type="spellStart"/>
      <w:r w:rsidRPr="00812E92">
        <w:t>objętych</w:t>
      </w:r>
      <w:proofErr w:type="spellEnd"/>
      <w:r w:rsidRPr="00812E92">
        <w:t xml:space="preserve"> </w:t>
      </w:r>
      <w:proofErr w:type="spellStart"/>
      <w:r w:rsidRPr="00812E92">
        <w:t>projektem</w:t>
      </w:r>
      <w:proofErr w:type="spellEnd"/>
      <w:r w:rsidRPr="00812E92">
        <w:t xml:space="preserve">, w </w:t>
      </w:r>
      <w:proofErr w:type="spellStart"/>
      <w:r w:rsidRPr="00812E92">
        <w:t>szczególności</w:t>
      </w:r>
      <w:proofErr w:type="spellEnd"/>
      <w:r w:rsidRPr="00812E92">
        <w:t xml:space="preserve"> w </w:t>
      </w:r>
      <w:proofErr w:type="spellStart"/>
      <w:r w:rsidRPr="00812E92">
        <w:t>zakresie</w:t>
      </w:r>
      <w:proofErr w:type="spellEnd"/>
      <w:r w:rsidRPr="00812E92">
        <w:t xml:space="preserve"> </w:t>
      </w:r>
      <w:proofErr w:type="spellStart"/>
      <w:r w:rsidRPr="00812E92">
        <w:t>pracy</w:t>
      </w:r>
      <w:proofErr w:type="spellEnd"/>
      <w:r w:rsidRPr="00812E92">
        <w:t xml:space="preserve"> z </w:t>
      </w:r>
      <w:proofErr w:type="spellStart"/>
      <w:r w:rsidRPr="00812E92">
        <w:t>dziećmi</w:t>
      </w:r>
      <w:proofErr w:type="spellEnd"/>
      <w:r w:rsidRPr="00812E92">
        <w:t xml:space="preserve"> </w:t>
      </w:r>
      <w:proofErr w:type="spellStart"/>
      <w:r w:rsidRPr="00812E92">
        <w:t>posiadającymi</w:t>
      </w:r>
      <w:proofErr w:type="spellEnd"/>
      <w:r w:rsidRPr="00812E92">
        <w:t xml:space="preserve"> OPKS, </w:t>
      </w:r>
      <w:proofErr w:type="spellStart"/>
      <w:r w:rsidRPr="00812E92">
        <w:t>rozwijania</w:t>
      </w:r>
      <w:proofErr w:type="spellEnd"/>
      <w:r w:rsidRPr="00812E92">
        <w:t xml:space="preserve"> </w:t>
      </w:r>
      <w:proofErr w:type="spellStart"/>
      <w:r w:rsidRPr="00812E92">
        <w:t>kompetencji</w:t>
      </w:r>
      <w:proofErr w:type="spellEnd"/>
      <w:r w:rsidRPr="00812E92">
        <w:t xml:space="preserve"> </w:t>
      </w:r>
      <w:proofErr w:type="spellStart"/>
      <w:r w:rsidRPr="00812E92">
        <w:t>logiczno-matematycznych</w:t>
      </w:r>
      <w:proofErr w:type="spellEnd"/>
      <w:r w:rsidRPr="00812E92">
        <w:t xml:space="preserve">, </w:t>
      </w:r>
      <w:proofErr w:type="spellStart"/>
      <w:r w:rsidRPr="00812E92">
        <w:t>wspierania</w:t>
      </w:r>
      <w:proofErr w:type="spellEnd"/>
      <w:r w:rsidRPr="00812E92">
        <w:t xml:space="preserve"> </w:t>
      </w:r>
      <w:proofErr w:type="spellStart"/>
      <w:r w:rsidRPr="00812E92">
        <w:t>rozwoju</w:t>
      </w:r>
      <w:proofErr w:type="spellEnd"/>
      <w:r w:rsidRPr="00812E92">
        <w:t xml:space="preserve"> </w:t>
      </w:r>
      <w:proofErr w:type="spellStart"/>
      <w:r w:rsidRPr="00812E92">
        <w:t>mowy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artykulacji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rozwijania</w:t>
      </w:r>
      <w:proofErr w:type="spellEnd"/>
      <w:r w:rsidRPr="00812E92">
        <w:t xml:space="preserve"> </w:t>
      </w:r>
      <w:proofErr w:type="spellStart"/>
      <w:r w:rsidRPr="00812E92">
        <w:t>kompetencji</w:t>
      </w:r>
      <w:proofErr w:type="spellEnd"/>
      <w:r w:rsidRPr="00812E92">
        <w:t xml:space="preserve"> </w:t>
      </w:r>
      <w:proofErr w:type="spellStart"/>
      <w:r w:rsidRPr="00812E92">
        <w:t>społeczno-emocjonalnych</w:t>
      </w:r>
      <w:proofErr w:type="spellEnd"/>
      <w:r w:rsidRPr="00812E92">
        <w:t xml:space="preserve"> </w:t>
      </w:r>
      <w:proofErr w:type="spellStart"/>
      <w:r w:rsidRPr="00812E92">
        <w:t>dzieci</w:t>
      </w:r>
      <w:proofErr w:type="spellEnd"/>
      <w:r w:rsidRPr="00812E92">
        <w:t>.</w:t>
      </w:r>
    </w:p>
    <w:p w14:paraId="091E805E" w14:textId="77777777" w:rsidR="00B14F83" w:rsidRPr="00812E92" w:rsidRDefault="006F5905" w:rsidP="00812E92">
      <w:pPr>
        <w:pStyle w:val="Listapunktowana"/>
        <w:widowControl w:val="0"/>
        <w:numPr>
          <w:ilvl w:val="0"/>
          <w:numId w:val="2"/>
        </w:numPr>
        <w:spacing w:before="120" w:after="120"/>
        <w:jc w:val="both"/>
      </w:pPr>
      <w:proofErr w:type="spellStart"/>
      <w:r w:rsidRPr="00812E92">
        <w:t>Dzieci</w:t>
      </w:r>
      <w:proofErr w:type="spellEnd"/>
      <w:r w:rsidRPr="00812E92">
        <w:t xml:space="preserve"> </w:t>
      </w:r>
      <w:proofErr w:type="spellStart"/>
      <w:r w:rsidRPr="00812E92">
        <w:t>przyjęte</w:t>
      </w:r>
      <w:proofErr w:type="spellEnd"/>
      <w:r w:rsidRPr="00812E92">
        <w:t xml:space="preserve"> do OWP w </w:t>
      </w:r>
      <w:proofErr w:type="spellStart"/>
      <w:r w:rsidRPr="00812E92">
        <w:t>ramach</w:t>
      </w:r>
      <w:proofErr w:type="spellEnd"/>
      <w:r w:rsidRPr="00812E92">
        <w:t xml:space="preserve"> </w:t>
      </w:r>
      <w:proofErr w:type="spellStart"/>
      <w:r w:rsidRPr="00812E92">
        <w:t>nowych</w:t>
      </w:r>
      <w:proofErr w:type="spellEnd"/>
      <w:r w:rsidRPr="00812E92">
        <w:t xml:space="preserve"> </w:t>
      </w:r>
      <w:proofErr w:type="spellStart"/>
      <w:r w:rsidRPr="00812E92">
        <w:t>miejsc</w:t>
      </w:r>
      <w:proofErr w:type="spellEnd"/>
      <w:r w:rsidRPr="00812E92">
        <w:t xml:space="preserve"> </w:t>
      </w:r>
      <w:proofErr w:type="spellStart"/>
      <w:r w:rsidRPr="00812E92">
        <w:t>przedszkolnych</w:t>
      </w:r>
      <w:proofErr w:type="spellEnd"/>
      <w:r w:rsidRPr="00812E92">
        <w:t xml:space="preserve"> </w:t>
      </w:r>
      <w:proofErr w:type="spellStart"/>
      <w:r w:rsidRPr="00812E92">
        <w:t>mogą</w:t>
      </w:r>
      <w:proofErr w:type="spellEnd"/>
      <w:r w:rsidRPr="00812E92">
        <w:t xml:space="preserve"> </w:t>
      </w:r>
      <w:proofErr w:type="spellStart"/>
      <w:r w:rsidRPr="00812E92">
        <w:t>zostać</w:t>
      </w:r>
      <w:proofErr w:type="spellEnd"/>
      <w:r w:rsidRPr="00812E92">
        <w:t xml:space="preserve"> </w:t>
      </w:r>
      <w:proofErr w:type="spellStart"/>
      <w:r w:rsidRPr="00812E92">
        <w:t>objęte</w:t>
      </w:r>
      <w:proofErr w:type="spellEnd"/>
      <w:r w:rsidRPr="00812E92">
        <w:t xml:space="preserve"> </w:t>
      </w:r>
      <w:proofErr w:type="spellStart"/>
      <w:r w:rsidRPr="00812E92">
        <w:t>wsparciem</w:t>
      </w:r>
      <w:proofErr w:type="spellEnd"/>
      <w:r w:rsidRPr="00812E92">
        <w:t xml:space="preserve"> </w:t>
      </w:r>
      <w:proofErr w:type="spellStart"/>
      <w:r w:rsidRPr="00812E92">
        <w:t>projektowym</w:t>
      </w:r>
      <w:proofErr w:type="spellEnd"/>
      <w:r w:rsidRPr="00812E92">
        <w:t xml:space="preserve"> po </w:t>
      </w:r>
      <w:proofErr w:type="spellStart"/>
      <w:r w:rsidRPr="00812E92">
        <w:t>rozpoczęciu</w:t>
      </w:r>
      <w:proofErr w:type="spellEnd"/>
      <w:r w:rsidRPr="00812E92">
        <w:t xml:space="preserve"> </w:t>
      </w:r>
      <w:proofErr w:type="spellStart"/>
      <w:r w:rsidRPr="00812E92">
        <w:t>uczęszczania</w:t>
      </w:r>
      <w:proofErr w:type="spellEnd"/>
      <w:r w:rsidRPr="00812E92">
        <w:t xml:space="preserve"> do OWP, </w:t>
      </w:r>
      <w:proofErr w:type="spellStart"/>
      <w:r w:rsidRPr="00812E92">
        <w:t>rozpoznaniu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udokumentowaniu</w:t>
      </w:r>
      <w:proofErr w:type="spellEnd"/>
      <w:r w:rsidRPr="00812E92">
        <w:t xml:space="preserve"> ich </w:t>
      </w:r>
      <w:proofErr w:type="spellStart"/>
      <w:r w:rsidRPr="00812E92">
        <w:t>trudności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potrzeb</w:t>
      </w:r>
      <w:proofErr w:type="spellEnd"/>
      <w:r w:rsidRPr="00812E92">
        <w:t xml:space="preserve"> </w:t>
      </w:r>
      <w:proofErr w:type="spellStart"/>
      <w:r w:rsidRPr="00812E92">
        <w:t>rozwojowych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spełnieniu</w:t>
      </w:r>
      <w:proofErr w:type="spellEnd"/>
      <w:r w:rsidRPr="00812E92">
        <w:t xml:space="preserve"> </w:t>
      </w:r>
      <w:proofErr w:type="spellStart"/>
      <w:r w:rsidRPr="00812E92">
        <w:t>pozostałych</w:t>
      </w:r>
      <w:proofErr w:type="spellEnd"/>
      <w:r w:rsidRPr="00812E92">
        <w:t xml:space="preserve"> </w:t>
      </w:r>
      <w:proofErr w:type="spellStart"/>
      <w:r w:rsidRPr="00812E92">
        <w:t>warunków</w:t>
      </w:r>
      <w:proofErr w:type="spellEnd"/>
      <w:r w:rsidRPr="00812E92">
        <w:t xml:space="preserve"> </w:t>
      </w:r>
      <w:proofErr w:type="spellStart"/>
      <w:r w:rsidRPr="00812E92">
        <w:t>udziału</w:t>
      </w:r>
      <w:proofErr w:type="spellEnd"/>
      <w:r w:rsidRPr="00812E92">
        <w:t xml:space="preserve"> </w:t>
      </w:r>
      <w:proofErr w:type="spellStart"/>
      <w:r w:rsidRPr="00812E92">
        <w:t>określonych</w:t>
      </w:r>
      <w:proofErr w:type="spellEnd"/>
      <w:r w:rsidRPr="00812E92">
        <w:t xml:space="preserve"> w </w:t>
      </w:r>
      <w:proofErr w:type="spellStart"/>
      <w:r w:rsidRPr="00812E92">
        <w:t>Regulaminie</w:t>
      </w:r>
      <w:proofErr w:type="spellEnd"/>
      <w:r w:rsidRPr="00812E92">
        <w:t>.</w:t>
      </w:r>
    </w:p>
    <w:p w14:paraId="722F3B29" w14:textId="77777777" w:rsidR="00B14F83" w:rsidRPr="00812E92" w:rsidRDefault="006F5905" w:rsidP="00812E92">
      <w:pPr>
        <w:pStyle w:val="Listapunktowana"/>
        <w:widowControl w:val="0"/>
        <w:numPr>
          <w:ilvl w:val="0"/>
          <w:numId w:val="2"/>
        </w:numPr>
        <w:spacing w:before="120" w:after="120"/>
        <w:jc w:val="both"/>
      </w:pPr>
      <w:proofErr w:type="spellStart"/>
      <w:r w:rsidRPr="00812E92">
        <w:t>Dziecko</w:t>
      </w:r>
      <w:proofErr w:type="spellEnd"/>
      <w:r w:rsidRPr="00812E92">
        <w:t xml:space="preserve"> jest </w:t>
      </w:r>
      <w:proofErr w:type="spellStart"/>
      <w:r w:rsidRPr="00812E92">
        <w:t>kwalifikowane</w:t>
      </w:r>
      <w:proofErr w:type="spellEnd"/>
      <w:r w:rsidRPr="00812E92">
        <w:t xml:space="preserve"> </w:t>
      </w:r>
      <w:proofErr w:type="spellStart"/>
      <w:r w:rsidRPr="00812E92">
        <w:t>wyłącznie</w:t>
      </w:r>
      <w:proofErr w:type="spellEnd"/>
      <w:r w:rsidRPr="00812E92">
        <w:t xml:space="preserve"> do </w:t>
      </w:r>
      <w:proofErr w:type="spellStart"/>
      <w:r w:rsidRPr="00812E92">
        <w:t>tych</w:t>
      </w:r>
      <w:proofErr w:type="spellEnd"/>
      <w:r w:rsidRPr="00812E92">
        <w:t xml:space="preserve"> form </w:t>
      </w:r>
      <w:proofErr w:type="spellStart"/>
      <w:r w:rsidRPr="00812E92">
        <w:t>wsparcia</w:t>
      </w:r>
      <w:proofErr w:type="spellEnd"/>
      <w:r w:rsidRPr="00812E92">
        <w:t xml:space="preserve">, </w:t>
      </w:r>
      <w:proofErr w:type="spellStart"/>
      <w:r w:rsidRPr="00812E92">
        <w:t>które</w:t>
      </w:r>
      <w:proofErr w:type="spellEnd"/>
      <w:r w:rsidRPr="00812E92">
        <w:t xml:space="preserve"> </w:t>
      </w:r>
      <w:proofErr w:type="spellStart"/>
      <w:r w:rsidRPr="00812E92">
        <w:t>odpowiadają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rozpoznanym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udokumentowanym</w:t>
      </w:r>
      <w:proofErr w:type="spellEnd"/>
      <w:r w:rsidRPr="00812E92">
        <w:t xml:space="preserve"> </w:t>
      </w:r>
      <w:proofErr w:type="spellStart"/>
      <w:r w:rsidRPr="00812E92">
        <w:t>indywidualnym</w:t>
      </w:r>
      <w:proofErr w:type="spellEnd"/>
      <w:r w:rsidRPr="00812E92">
        <w:t xml:space="preserve"> </w:t>
      </w:r>
      <w:proofErr w:type="spellStart"/>
      <w:r w:rsidRPr="00812E92">
        <w:t>potrzebom</w:t>
      </w:r>
      <w:proofErr w:type="spellEnd"/>
      <w:r w:rsidRPr="00812E92">
        <w:t xml:space="preserve">. </w:t>
      </w:r>
      <w:proofErr w:type="spellStart"/>
      <w:r w:rsidRPr="00812E92">
        <w:t>Spełnienie</w:t>
      </w:r>
      <w:proofErr w:type="spellEnd"/>
      <w:r w:rsidRPr="00812E92">
        <w:t xml:space="preserve"> </w:t>
      </w:r>
      <w:proofErr w:type="spellStart"/>
      <w:r w:rsidRPr="00812E92">
        <w:t>warunków</w:t>
      </w:r>
      <w:proofErr w:type="spellEnd"/>
      <w:r w:rsidRPr="00812E92">
        <w:t xml:space="preserve"> </w:t>
      </w: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jednej</w:t>
      </w:r>
      <w:proofErr w:type="spellEnd"/>
      <w:r w:rsidRPr="00812E92">
        <w:t xml:space="preserve"> </w:t>
      </w:r>
      <w:proofErr w:type="spellStart"/>
      <w:r w:rsidRPr="00812E92">
        <w:t>formie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oznacza</w:t>
      </w:r>
      <w:proofErr w:type="spellEnd"/>
      <w:r w:rsidRPr="00812E92">
        <w:t xml:space="preserve"> </w:t>
      </w:r>
      <w:proofErr w:type="spellStart"/>
      <w:r w:rsidRPr="00812E92">
        <w:t>automatycznego</w:t>
      </w:r>
      <w:proofErr w:type="spellEnd"/>
      <w:r w:rsidRPr="00812E92">
        <w:t xml:space="preserve"> </w:t>
      </w:r>
      <w:proofErr w:type="spellStart"/>
      <w:r w:rsidRPr="00812E92">
        <w:t>zakwalifikowania</w:t>
      </w:r>
      <w:proofErr w:type="spellEnd"/>
      <w:r w:rsidRPr="00812E92">
        <w:t xml:space="preserve"> do </w:t>
      </w:r>
      <w:proofErr w:type="spellStart"/>
      <w:r w:rsidRPr="00812E92">
        <w:t>pozostałych</w:t>
      </w:r>
      <w:proofErr w:type="spellEnd"/>
      <w:r w:rsidRPr="00812E92">
        <w:t xml:space="preserve"> form </w:t>
      </w:r>
      <w:proofErr w:type="spellStart"/>
      <w:r w:rsidRPr="00812E92">
        <w:t>wsparcia</w:t>
      </w:r>
      <w:proofErr w:type="spellEnd"/>
      <w:r w:rsidRPr="00812E92">
        <w:t>.</w:t>
      </w:r>
    </w:p>
    <w:p w14:paraId="18FD89C2" w14:textId="77777777" w:rsidR="00B14F83" w:rsidRPr="00812E92" w:rsidRDefault="006F5905" w:rsidP="00812E92">
      <w:pPr>
        <w:pStyle w:val="Nagwek1"/>
        <w:keepNext w:val="0"/>
        <w:keepLines w:val="0"/>
        <w:widowControl w:val="0"/>
        <w:spacing w:after="120"/>
      </w:pPr>
      <w:r w:rsidRPr="00812E92">
        <w:rPr>
          <w:rFonts w:ascii="Arial" w:eastAsia="Arial" w:hAnsi="Arial" w:cs="Arial"/>
        </w:rPr>
        <w:t>§ 3. ORGANIZACJA I PRZEBIEG REKRUTACJI</w:t>
      </w:r>
    </w:p>
    <w:p w14:paraId="519AA6AD" w14:textId="77777777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812E92">
        <w:t>Rekrutacja</w:t>
      </w:r>
      <w:proofErr w:type="spellEnd"/>
      <w:r w:rsidRPr="00812E92">
        <w:t xml:space="preserve"> </w:t>
      </w:r>
      <w:proofErr w:type="spellStart"/>
      <w:r w:rsidRPr="00812E92">
        <w:t>uczestników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zostanie</w:t>
      </w:r>
      <w:proofErr w:type="spellEnd"/>
      <w:r w:rsidRPr="00812E92">
        <w:t xml:space="preserve"> </w:t>
      </w:r>
      <w:proofErr w:type="spellStart"/>
      <w:r w:rsidRPr="00812E92">
        <w:t>przeprowadzona</w:t>
      </w:r>
      <w:proofErr w:type="spellEnd"/>
      <w:r w:rsidRPr="00812E92">
        <w:t xml:space="preserve"> we </w:t>
      </w:r>
      <w:proofErr w:type="spellStart"/>
      <w:r w:rsidRPr="00812E92">
        <w:t>wrześniu</w:t>
      </w:r>
      <w:proofErr w:type="spellEnd"/>
      <w:r w:rsidRPr="00812E92">
        <w:t xml:space="preserve"> 2026 r. w OWP w </w:t>
      </w:r>
      <w:proofErr w:type="spellStart"/>
      <w:r w:rsidRPr="00812E92">
        <w:t>Sychowie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Kębłowie</w:t>
      </w:r>
      <w:proofErr w:type="spellEnd"/>
      <w:r w:rsidRPr="00812E92">
        <w:t xml:space="preserve">. W </w:t>
      </w:r>
      <w:proofErr w:type="spellStart"/>
      <w:r w:rsidRPr="00812E92">
        <w:t>razie</w:t>
      </w:r>
      <w:proofErr w:type="spellEnd"/>
      <w:r w:rsidRPr="00812E92">
        <w:t xml:space="preserve"> </w:t>
      </w:r>
      <w:proofErr w:type="spellStart"/>
      <w:r w:rsidRPr="00812E92">
        <w:t>potrzeby</w:t>
      </w:r>
      <w:proofErr w:type="spellEnd"/>
      <w:r w:rsidRPr="00812E92">
        <w:t xml:space="preserve"> </w:t>
      </w:r>
      <w:proofErr w:type="spellStart"/>
      <w:r w:rsidRPr="00812E92">
        <w:t>prowadzona</w:t>
      </w:r>
      <w:proofErr w:type="spellEnd"/>
      <w:r w:rsidRPr="00812E92">
        <w:t xml:space="preserve"> </w:t>
      </w:r>
      <w:proofErr w:type="spellStart"/>
      <w:r w:rsidRPr="00812E92">
        <w:t>będzie</w:t>
      </w:r>
      <w:proofErr w:type="spellEnd"/>
      <w:r w:rsidRPr="00812E92">
        <w:t xml:space="preserve"> </w:t>
      </w:r>
      <w:proofErr w:type="spellStart"/>
      <w:r w:rsidRPr="00812E92">
        <w:t>rekrutacja</w:t>
      </w:r>
      <w:proofErr w:type="spellEnd"/>
      <w:r w:rsidRPr="00812E92">
        <w:t xml:space="preserve"> </w:t>
      </w:r>
      <w:proofErr w:type="spellStart"/>
      <w:r w:rsidRPr="00812E92">
        <w:t>uzupełniająca</w:t>
      </w:r>
      <w:proofErr w:type="spellEnd"/>
      <w:r w:rsidRPr="00812E92">
        <w:t xml:space="preserve"> </w:t>
      </w:r>
      <w:proofErr w:type="spellStart"/>
      <w:r w:rsidRPr="00812E92">
        <w:t>zgodnie</w:t>
      </w:r>
      <w:proofErr w:type="spellEnd"/>
      <w:r w:rsidRPr="00812E92">
        <w:t xml:space="preserve"> z § 6.</w:t>
      </w:r>
    </w:p>
    <w:p w14:paraId="34F91477" w14:textId="77777777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812E92">
        <w:t>Rekrutację</w:t>
      </w:r>
      <w:proofErr w:type="spellEnd"/>
      <w:r w:rsidRPr="00812E92">
        <w:t xml:space="preserve"> </w:t>
      </w:r>
      <w:proofErr w:type="spellStart"/>
      <w:r w:rsidRPr="00812E92">
        <w:t>przeprowadzi</w:t>
      </w:r>
      <w:proofErr w:type="spellEnd"/>
      <w:r w:rsidRPr="00812E92">
        <w:t xml:space="preserve"> </w:t>
      </w:r>
      <w:proofErr w:type="spellStart"/>
      <w:r w:rsidRPr="00812E92">
        <w:t>Komisja</w:t>
      </w:r>
      <w:proofErr w:type="spellEnd"/>
      <w:r w:rsidRPr="00812E92">
        <w:t xml:space="preserve"> </w:t>
      </w:r>
      <w:proofErr w:type="spellStart"/>
      <w:r w:rsidRPr="00812E92">
        <w:t>Rekrutacyjna</w:t>
      </w:r>
      <w:proofErr w:type="spellEnd"/>
      <w:r w:rsidRPr="00812E92">
        <w:t xml:space="preserve"> w </w:t>
      </w:r>
      <w:proofErr w:type="spellStart"/>
      <w:r w:rsidRPr="00812E92">
        <w:t>składzie</w:t>
      </w:r>
      <w:proofErr w:type="spellEnd"/>
      <w:r w:rsidRPr="00812E92">
        <w:t>:</w:t>
      </w:r>
    </w:p>
    <w:p w14:paraId="5292D5FF" w14:textId="77777777" w:rsidR="00B14F83" w:rsidRPr="00812E92" w:rsidRDefault="006F5905" w:rsidP="00812E92">
      <w:pPr>
        <w:pStyle w:val="Listapunktowana"/>
        <w:widowControl w:val="0"/>
        <w:numPr>
          <w:ilvl w:val="0"/>
          <w:numId w:val="13"/>
        </w:numPr>
        <w:spacing w:before="120" w:after="120"/>
        <w:ind w:left="851"/>
        <w:jc w:val="both"/>
      </w:pPr>
      <w:proofErr w:type="spellStart"/>
      <w:r w:rsidRPr="00812E92">
        <w:t>koordynator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>;</w:t>
      </w:r>
    </w:p>
    <w:p w14:paraId="66287D63" w14:textId="77777777" w:rsidR="00B14F83" w:rsidRPr="00812E92" w:rsidRDefault="006F5905" w:rsidP="00812E92">
      <w:pPr>
        <w:pStyle w:val="Listapunktowana"/>
        <w:widowControl w:val="0"/>
        <w:numPr>
          <w:ilvl w:val="0"/>
          <w:numId w:val="13"/>
        </w:numPr>
        <w:spacing w:before="120" w:after="120"/>
        <w:ind w:left="851"/>
        <w:jc w:val="both"/>
      </w:pPr>
      <w:proofErr w:type="spellStart"/>
      <w:r w:rsidRPr="00812E92">
        <w:t>ekspert</w:t>
      </w:r>
      <w:proofErr w:type="spellEnd"/>
      <w:r w:rsidRPr="00812E92">
        <w:t xml:space="preserve"> ds.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merytorycznego</w:t>
      </w:r>
      <w:proofErr w:type="spellEnd"/>
      <w:r w:rsidRPr="00812E92">
        <w:t>;</w:t>
      </w:r>
    </w:p>
    <w:p w14:paraId="3A5F326E" w14:textId="5CDF6DCF" w:rsidR="00B14F83" w:rsidRPr="00812E92" w:rsidRDefault="006F5905" w:rsidP="00812E92">
      <w:pPr>
        <w:pStyle w:val="Listapunktowana"/>
        <w:widowControl w:val="0"/>
        <w:numPr>
          <w:ilvl w:val="0"/>
          <w:numId w:val="13"/>
        </w:numPr>
        <w:spacing w:before="120" w:after="120"/>
        <w:ind w:left="851"/>
        <w:jc w:val="both"/>
      </w:pPr>
      <w:proofErr w:type="spellStart"/>
      <w:r w:rsidRPr="00812E92">
        <w:t>dyrektor</w:t>
      </w:r>
      <w:proofErr w:type="spellEnd"/>
      <w:r w:rsidRPr="00812E92">
        <w:t xml:space="preserve"> OWP </w:t>
      </w:r>
      <w:proofErr w:type="spellStart"/>
      <w:r w:rsidR="00F114C6" w:rsidRPr="00F114C6">
        <w:t>którego</w:t>
      </w:r>
      <w:proofErr w:type="spellEnd"/>
      <w:r w:rsidR="00F114C6" w:rsidRPr="00F114C6">
        <w:t xml:space="preserve"> </w:t>
      </w:r>
      <w:proofErr w:type="spellStart"/>
      <w:r w:rsidR="00F114C6" w:rsidRPr="00F114C6">
        <w:t>dotyczy</w:t>
      </w:r>
      <w:proofErr w:type="spellEnd"/>
      <w:r w:rsidR="00F114C6" w:rsidRPr="00F114C6">
        <w:t xml:space="preserve"> </w:t>
      </w:r>
      <w:proofErr w:type="spellStart"/>
      <w:r w:rsidR="00F114C6" w:rsidRPr="00F114C6">
        <w:t>rekrutacj</w:t>
      </w:r>
      <w:r w:rsidR="00F114C6">
        <w:t>a</w:t>
      </w:r>
      <w:proofErr w:type="spellEnd"/>
      <w:r w:rsidR="00F114C6">
        <w:t>.</w:t>
      </w:r>
    </w:p>
    <w:p w14:paraId="39929339" w14:textId="77777777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812E92">
        <w:t>Członkowie</w:t>
      </w:r>
      <w:proofErr w:type="spellEnd"/>
      <w:r w:rsidRPr="00812E92">
        <w:t xml:space="preserve"> </w:t>
      </w:r>
      <w:proofErr w:type="spellStart"/>
      <w:r w:rsidRPr="00812E92">
        <w:t>Komisji</w:t>
      </w:r>
      <w:proofErr w:type="spellEnd"/>
      <w:r w:rsidRPr="00812E92">
        <w:t xml:space="preserve"> </w:t>
      </w:r>
      <w:proofErr w:type="spellStart"/>
      <w:r w:rsidRPr="00812E92">
        <w:t>wykonują</w:t>
      </w:r>
      <w:proofErr w:type="spellEnd"/>
      <w:r w:rsidRPr="00812E92">
        <w:t xml:space="preserve"> </w:t>
      </w:r>
      <w:proofErr w:type="spellStart"/>
      <w:r w:rsidRPr="00812E92">
        <w:t>swoje</w:t>
      </w:r>
      <w:proofErr w:type="spellEnd"/>
      <w:r w:rsidRPr="00812E92">
        <w:t xml:space="preserve"> </w:t>
      </w:r>
      <w:proofErr w:type="spellStart"/>
      <w:r w:rsidRPr="00812E92">
        <w:t>zadania</w:t>
      </w:r>
      <w:proofErr w:type="spellEnd"/>
      <w:r w:rsidRPr="00812E92">
        <w:t xml:space="preserve"> </w:t>
      </w:r>
      <w:proofErr w:type="spellStart"/>
      <w:r w:rsidRPr="00812E92">
        <w:t>bezstronnie</w:t>
      </w:r>
      <w:proofErr w:type="spellEnd"/>
      <w:r w:rsidRPr="00812E92">
        <w:t xml:space="preserve">, z </w:t>
      </w:r>
      <w:proofErr w:type="spellStart"/>
      <w:r w:rsidRPr="00812E92">
        <w:t>zachowaniem</w:t>
      </w:r>
      <w:proofErr w:type="spellEnd"/>
      <w:r w:rsidRPr="00812E92">
        <w:t xml:space="preserve"> </w:t>
      </w:r>
      <w:proofErr w:type="spellStart"/>
      <w:r w:rsidRPr="00812E92">
        <w:t>poufności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zasad</w:t>
      </w:r>
      <w:proofErr w:type="spellEnd"/>
      <w:r w:rsidRPr="00812E92">
        <w:t xml:space="preserve"> </w:t>
      </w:r>
      <w:proofErr w:type="spellStart"/>
      <w:r w:rsidRPr="00812E92">
        <w:t>ochrony</w:t>
      </w:r>
      <w:proofErr w:type="spellEnd"/>
      <w:r w:rsidRPr="00812E92">
        <w:t xml:space="preserve"> </w:t>
      </w:r>
      <w:proofErr w:type="spellStart"/>
      <w:r w:rsidRPr="00812E92">
        <w:t>danych</w:t>
      </w:r>
      <w:proofErr w:type="spellEnd"/>
      <w:r w:rsidRPr="00812E92">
        <w:t xml:space="preserve"> </w:t>
      </w:r>
      <w:proofErr w:type="spellStart"/>
      <w:r w:rsidRPr="00812E92">
        <w:t>osobowych</w:t>
      </w:r>
      <w:proofErr w:type="spellEnd"/>
      <w:r w:rsidRPr="00812E92">
        <w:t xml:space="preserve">. </w:t>
      </w:r>
      <w:proofErr w:type="spellStart"/>
      <w:r w:rsidRPr="00812E92">
        <w:t>Potwierdzenie</w:t>
      </w:r>
      <w:proofErr w:type="spellEnd"/>
      <w:r w:rsidRPr="00812E92">
        <w:t xml:space="preserve"> </w:t>
      </w:r>
      <w:proofErr w:type="spellStart"/>
      <w:r w:rsidRPr="00812E92">
        <w:t>braku</w:t>
      </w:r>
      <w:proofErr w:type="spellEnd"/>
      <w:r w:rsidRPr="00812E92">
        <w:t xml:space="preserve"> </w:t>
      </w:r>
      <w:proofErr w:type="spellStart"/>
      <w:r w:rsidRPr="00812E92">
        <w:t>konfliktu</w:t>
      </w:r>
      <w:proofErr w:type="spellEnd"/>
      <w:r w:rsidRPr="00812E92">
        <w:t xml:space="preserve"> </w:t>
      </w:r>
      <w:proofErr w:type="spellStart"/>
      <w:r w:rsidRPr="00812E92">
        <w:t>interesów</w:t>
      </w:r>
      <w:proofErr w:type="spellEnd"/>
      <w:r w:rsidRPr="00812E92">
        <w:t xml:space="preserve">, </w:t>
      </w:r>
      <w:proofErr w:type="spellStart"/>
      <w:r w:rsidRPr="00812E92">
        <w:t>bezstronności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zachowania</w:t>
      </w:r>
      <w:proofErr w:type="spellEnd"/>
      <w:r w:rsidRPr="00812E92">
        <w:t xml:space="preserve"> </w:t>
      </w:r>
      <w:proofErr w:type="spellStart"/>
      <w:r w:rsidRPr="00812E92">
        <w:t>poufności</w:t>
      </w:r>
      <w:proofErr w:type="spellEnd"/>
      <w:r w:rsidRPr="00812E92">
        <w:t xml:space="preserve"> </w:t>
      </w:r>
      <w:proofErr w:type="spellStart"/>
      <w:r w:rsidRPr="00812E92">
        <w:t>zamieszcza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w </w:t>
      </w:r>
      <w:proofErr w:type="spellStart"/>
      <w:r w:rsidRPr="00812E92">
        <w:t>protokole</w:t>
      </w:r>
      <w:proofErr w:type="spellEnd"/>
      <w:r w:rsidRPr="00812E92">
        <w:t xml:space="preserve"> </w:t>
      </w:r>
      <w:proofErr w:type="spellStart"/>
      <w:r w:rsidRPr="00812E92">
        <w:t>Komisji</w:t>
      </w:r>
      <w:proofErr w:type="spellEnd"/>
      <w:r w:rsidRPr="00812E92">
        <w:t xml:space="preserve"> </w:t>
      </w:r>
      <w:proofErr w:type="spellStart"/>
      <w:r w:rsidRPr="00812E92">
        <w:t>Rekrutacyjnej</w:t>
      </w:r>
      <w:proofErr w:type="spellEnd"/>
      <w:r w:rsidRPr="00812E92">
        <w:t xml:space="preserve">;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wymaga</w:t>
      </w:r>
      <w:proofErr w:type="spellEnd"/>
      <w:r w:rsidRPr="00812E92">
        <w:t xml:space="preserve"> ono </w:t>
      </w:r>
      <w:proofErr w:type="spellStart"/>
      <w:r w:rsidRPr="00812E92">
        <w:t>sporządzania</w:t>
      </w:r>
      <w:proofErr w:type="spellEnd"/>
      <w:r w:rsidRPr="00812E92">
        <w:t xml:space="preserve"> </w:t>
      </w:r>
      <w:proofErr w:type="spellStart"/>
      <w:r w:rsidRPr="00812E92">
        <w:t>odrębnych</w:t>
      </w:r>
      <w:proofErr w:type="spellEnd"/>
      <w:r w:rsidRPr="00812E92">
        <w:t xml:space="preserve"> </w:t>
      </w:r>
      <w:proofErr w:type="spellStart"/>
      <w:r w:rsidRPr="00812E92">
        <w:t>oświadczeń</w:t>
      </w:r>
      <w:proofErr w:type="spellEnd"/>
      <w:r w:rsidRPr="00812E92">
        <w:t>.</w:t>
      </w:r>
    </w:p>
    <w:p w14:paraId="4726CD0B" w14:textId="77777777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812E92">
        <w:t>Informacje</w:t>
      </w:r>
      <w:proofErr w:type="spellEnd"/>
      <w:r w:rsidRPr="00812E92">
        <w:t xml:space="preserve"> </w:t>
      </w:r>
      <w:proofErr w:type="spellStart"/>
      <w:r w:rsidRPr="00812E92">
        <w:t>dotyczące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rekrutacji</w:t>
      </w:r>
      <w:proofErr w:type="spellEnd"/>
      <w:r w:rsidRPr="00812E92">
        <w:t xml:space="preserve"> </w:t>
      </w:r>
      <w:proofErr w:type="spellStart"/>
      <w:r w:rsidRPr="00812E92">
        <w:t>będą</w:t>
      </w:r>
      <w:proofErr w:type="spellEnd"/>
      <w:r w:rsidRPr="00812E92">
        <w:t xml:space="preserve"> </w:t>
      </w:r>
      <w:proofErr w:type="spellStart"/>
      <w:r w:rsidRPr="00812E92">
        <w:t>rozpowszechniane</w:t>
      </w:r>
      <w:proofErr w:type="spellEnd"/>
      <w:r w:rsidRPr="00812E92">
        <w:t xml:space="preserve"> </w:t>
      </w:r>
      <w:proofErr w:type="spellStart"/>
      <w:r w:rsidRPr="00812E92">
        <w:t>poprzez</w:t>
      </w:r>
      <w:proofErr w:type="spellEnd"/>
      <w:r w:rsidRPr="00812E92">
        <w:t>:</w:t>
      </w:r>
    </w:p>
    <w:p w14:paraId="369508F2" w14:textId="77777777" w:rsidR="00B14F83" w:rsidRPr="00812E92" w:rsidRDefault="006F5905" w:rsidP="00812E92">
      <w:pPr>
        <w:pStyle w:val="Listapunktowana"/>
        <w:widowControl w:val="0"/>
        <w:numPr>
          <w:ilvl w:val="0"/>
          <w:numId w:val="14"/>
        </w:numPr>
        <w:spacing w:before="120" w:after="120"/>
        <w:ind w:left="851"/>
        <w:jc w:val="both"/>
      </w:pPr>
      <w:proofErr w:type="spellStart"/>
      <w:r w:rsidRPr="00812E92">
        <w:t>strony</w:t>
      </w:r>
      <w:proofErr w:type="spellEnd"/>
      <w:r w:rsidRPr="00812E92">
        <w:t xml:space="preserve"> </w:t>
      </w:r>
      <w:proofErr w:type="spellStart"/>
      <w:r w:rsidRPr="00812E92">
        <w:t>internetowe</w:t>
      </w:r>
      <w:proofErr w:type="spellEnd"/>
      <w:r w:rsidRPr="00812E92">
        <w:t xml:space="preserve"> </w:t>
      </w:r>
      <w:proofErr w:type="spellStart"/>
      <w:r w:rsidRPr="00812E92">
        <w:t>Beneficjenta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OWP;</w:t>
      </w:r>
    </w:p>
    <w:p w14:paraId="0E84FF9D" w14:textId="77777777" w:rsidR="00B14F83" w:rsidRPr="00812E92" w:rsidRDefault="006F5905" w:rsidP="00812E92">
      <w:pPr>
        <w:pStyle w:val="Listapunktowana"/>
        <w:widowControl w:val="0"/>
        <w:numPr>
          <w:ilvl w:val="0"/>
          <w:numId w:val="14"/>
        </w:numPr>
        <w:spacing w:before="120" w:after="120"/>
        <w:ind w:left="851"/>
        <w:jc w:val="both"/>
      </w:pPr>
      <w:r w:rsidRPr="00812E92">
        <w:lastRenderedPageBreak/>
        <w:t xml:space="preserve">profile w </w:t>
      </w:r>
      <w:proofErr w:type="spellStart"/>
      <w:r w:rsidRPr="00812E92">
        <w:t>mediach</w:t>
      </w:r>
      <w:proofErr w:type="spellEnd"/>
      <w:r w:rsidRPr="00812E92">
        <w:t xml:space="preserve"> </w:t>
      </w:r>
      <w:proofErr w:type="spellStart"/>
      <w:r w:rsidRPr="00812E92">
        <w:t>społecznościowych</w:t>
      </w:r>
      <w:proofErr w:type="spellEnd"/>
      <w:r w:rsidRPr="00812E92">
        <w:t>;</w:t>
      </w:r>
    </w:p>
    <w:p w14:paraId="1F4ED964" w14:textId="77777777" w:rsidR="00B14F83" w:rsidRPr="00812E92" w:rsidRDefault="006F5905" w:rsidP="00812E92">
      <w:pPr>
        <w:pStyle w:val="Listapunktowana"/>
        <w:widowControl w:val="0"/>
        <w:numPr>
          <w:ilvl w:val="0"/>
          <w:numId w:val="14"/>
        </w:numPr>
        <w:spacing w:before="120" w:after="120"/>
        <w:ind w:left="851"/>
        <w:jc w:val="both"/>
      </w:pPr>
      <w:proofErr w:type="spellStart"/>
      <w:r w:rsidRPr="00812E92">
        <w:t>bezpośrednie</w:t>
      </w:r>
      <w:proofErr w:type="spellEnd"/>
      <w:r w:rsidRPr="00812E92">
        <w:t xml:space="preserve"> </w:t>
      </w:r>
      <w:proofErr w:type="spellStart"/>
      <w:r w:rsidRPr="00812E92">
        <w:t>spotkania</w:t>
      </w:r>
      <w:proofErr w:type="spellEnd"/>
      <w:r w:rsidRPr="00812E92">
        <w:t xml:space="preserve"> </w:t>
      </w:r>
      <w:proofErr w:type="spellStart"/>
      <w:r w:rsidRPr="00812E92">
        <w:t>informacyjne</w:t>
      </w:r>
      <w:proofErr w:type="spellEnd"/>
      <w:r w:rsidRPr="00812E92">
        <w:t xml:space="preserve"> z </w:t>
      </w:r>
      <w:proofErr w:type="spellStart"/>
      <w:r w:rsidRPr="00812E92">
        <w:t>nauczycielami</w:t>
      </w:r>
      <w:proofErr w:type="spellEnd"/>
      <w:r w:rsidRPr="00812E92">
        <w:t>/</w:t>
      </w:r>
      <w:proofErr w:type="spellStart"/>
      <w:r w:rsidRPr="00812E92">
        <w:t>nauczycielkami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rodzicami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opiekunami</w:t>
      </w:r>
      <w:proofErr w:type="spellEnd"/>
      <w:r w:rsidRPr="00812E92">
        <w:t xml:space="preserve"> </w:t>
      </w:r>
      <w:proofErr w:type="spellStart"/>
      <w:r w:rsidRPr="00812E92">
        <w:t>prawnymi</w:t>
      </w:r>
      <w:proofErr w:type="spellEnd"/>
      <w:r w:rsidRPr="00812E92">
        <w:t xml:space="preserve"> </w:t>
      </w:r>
      <w:proofErr w:type="spellStart"/>
      <w:r w:rsidRPr="00812E92">
        <w:t>dzieci</w:t>
      </w:r>
      <w:proofErr w:type="spellEnd"/>
      <w:r w:rsidRPr="00812E92">
        <w:t>;</w:t>
      </w:r>
    </w:p>
    <w:p w14:paraId="2EF6A360" w14:textId="77777777" w:rsidR="00B14F83" w:rsidRPr="00812E92" w:rsidRDefault="006F5905" w:rsidP="00812E92">
      <w:pPr>
        <w:pStyle w:val="Listapunktowana"/>
        <w:widowControl w:val="0"/>
        <w:numPr>
          <w:ilvl w:val="0"/>
          <w:numId w:val="14"/>
        </w:numPr>
        <w:spacing w:before="120" w:after="120"/>
        <w:ind w:left="851"/>
        <w:jc w:val="both"/>
      </w:pPr>
      <w:proofErr w:type="spellStart"/>
      <w:r w:rsidRPr="00812E92">
        <w:t>ogłoszenia</w:t>
      </w:r>
      <w:proofErr w:type="spellEnd"/>
      <w:r w:rsidRPr="00812E92">
        <w:t xml:space="preserve"> </w:t>
      </w:r>
      <w:proofErr w:type="spellStart"/>
      <w:r w:rsidRPr="00812E92">
        <w:t>zamieszczane</w:t>
      </w:r>
      <w:proofErr w:type="spellEnd"/>
      <w:r w:rsidRPr="00812E92">
        <w:t xml:space="preserve"> w OWP.</w:t>
      </w:r>
    </w:p>
    <w:p w14:paraId="46E66FBE" w14:textId="77777777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812E92">
        <w:t>Warunkiem</w:t>
      </w:r>
      <w:proofErr w:type="spellEnd"/>
      <w:r w:rsidRPr="00812E92">
        <w:t xml:space="preserve"> </w:t>
      </w: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procesie</w:t>
      </w:r>
      <w:proofErr w:type="spellEnd"/>
      <w:r w:rsidRPr="00812E92">
        <w:t xml:space="preserve"> </w:t>
      </w:r>
      <w:proofErr w:type="spellStart"/>
      <w:r w:rsidRPr="00812E92">
        <w:t>rekrutacji</w:t>
      </w:r>
      <w:proofErr w:type="spellEnd"/>
      <w:r w:rsidRPr="00812E92">
        <w:t xml:space="preserve"> jest </w:t>
      </w:r>
      <w:proofErr w:type="spellStart"/>
      <w:r w:rsidRPr="00812E92">
        <w:t>złożenie</w:t>
      </w:r>
      <w:proofErr w:type="spellEnd"/>
      <w:r w:rsidRPr="00812E92">
        <w:t xml:space="preserve"> </w:t>
      </w:r>
      <w:proofErr w:type="spellStart"/>
      <w:r w:rsidRPr="00812E92">
        <w:t>odpowiedniego</w:t>
      </w:r>
      <w:proofErr w:type="spellEnd"/>
      <w:r w:rsidRPr="00812E92">
        <w:t xml:space="preserve"> </w:t>
      </w:r>
      <w:proofErr w:type="spellStart"/>
      <w:r w:rsidRPr="00812E92">
        <w:t>formularza</w:t>
      </w:r>
      <w:proofErr w:type="spellEnd"/>
      <w:r w:rsidRPr="00812E92">
        <w:t xml:space="preserve"> </w:t>
      </w:r>
      <w:proofErr w:type="spellStart"/>
      <w:r w:rsidRPr="00812E92">
        <w:t>rekrutacyjnego</w:t>
      </w:r>
      <w:proofErr w:type="spellEnd"/>
      <w:r w:rsidRPr="00812E92">
        <w:t xml:space="preserve"> </w:t>
      </w:r>
      <w:proofErr w:type="spellStart"/>
      <w:r w:rsidRPr="00812E92">
        <w:t>wraz</w:t>
      </w:r>
      <w:proofErr w:type="spellEnd"/>
      <w:r w:rsidRPr="00812E92">
        <w:t xml:space="preserve"> z </w:t>
      </w:r>
      <w:proofErr w:type="spellStart"/>
      <w:r w:rsidRPr="00812E92">
        <w:t>wymaganymi</w:t>
      </w:r>
      <w:proofErr w:type="spellEnd"/>
      <w:r w:rsidRPr="00812E92">
        <w:t xml:space="preserve"> </w:t>
      </w:r>
      <w:proofErr w:type="spellStart"/>
      <w:r w:rsidRPr="00812E92">
        <w:t>oświadczeniami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dokumentami</w:t>
      </w:r>
      <w:proofErr w:type="spellEnd"/>
      <w:r w:rsidRPr="00812E92">
        <w:t xml:space="preserve">, </w:t>
      </w:r>
      <w:proofErr w:type="spellStart"/>
      <w:r w:rsidRPr="00812E92">
        <w:t>których</w:t>
      </w:r>
      <w:proofErr w:type="spellEnd"/>
      <w:r w:rsidRPr="00812E92">
        <w:t xml:space="preserve"> </w:t>
      </w:r>
      <w:proofErr w:type="spellStart"/>
      <w:r w:rsidRPr="00812E92">
        <w:t>Beneficjent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OWP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posiada</w:t>
      </w:r>
      <w:proofErr w:type="spellEnd"/>
      <w:r w:rsidRPr="00812E92">
        <w:t xml:space="preserve"> w </w:t>
      </w:r>
      <w:proofErr w:type="spellStart"/>
      <w:r w:rsidRPr="00812E92">
        <w:t>prowadzonej</w:t>
      </w:r>
      <w:proofErr w:type="spellEnd"/>
      <w:r w:rsidRPr="00812E92">
        <w:t xml:space="preserve"> </w:t>
      </w:r>
      <w:proofErr w:type="spellStart"/>
      <w:r w:rsidRPr="00812E92">
        <w:t>dokumentacji</w:t>
      </w:r>
      <w:proofErr w:type="spellEnd"/>
      <w:r w:rsidRPr="00812E92">
        <w:t>.</w:t>
      </w:r>
    </w:p>
    <w:p w14:paraId="1159AC02" w14:textId="77777777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812E92">
        <w:t>Dokumenty</w:t>
      </w:r>
      <w:proofErr w:type="spellEnd"/>
      <w:r w:rsidRPr="00812E92">
        <w:t xml:space="preserve"> </w:t>
      </w:r>
      <w:proofErr w:type="spellStart"/>
      <w:r w:rsidRPr="00812E92">
        <w:t>rekrutacyjne</w:t>
      </w:r>
      <w:proofErr w:type="spellEnd"/>
      <w:r w:rsidRPr="00812E92">
        <w:t xml:space="preserve"> </w:t>
      </w:r>
      <w:proofErr w:type="spellStart"/>
      <w:r w:rsidRPr="00812E92">
        <w:t>można</w:t>
      </w:r>
      <w:proofErr w:type="spellEnd"/>
      <w:r w:rsidRPr="00812E92">
        <w:t xml:space="preserve"> </w:t>
      </w:r>
      <w:proofErr w:type="spellStart"/>
      <w:r w:rsidRPr="00812E92">
        <w:t>złożyć</w:t>
      </w:r>
      <w:proofErr w:type="spellEnd"/>
      <w:r w:rsidRPr="00812E92">
        <w:t>:</w:t>
      </w:r>
    </w:p>
    <w:p w14:paraId="3828965A" w14:textId="77777777" w:rsidR="00B14F83" w:rsidRPr="00812E92" w:rsidRDefault="006F5905" w:rsidP="00812E92">
      <w:pPr>
        <w:pStyle w:val="Listapunktowana"/>
        <w:widowControl w:val="0"/>
        <w:numPr>
          <w:ilvl w:val="0"/>
          <w:numId w:val="15"/>
        </w:numPr>
        <w:spacing w:before="120" w:after="120"/>
        <w:ind w:left="851"/>
        <w:jc w:val="both"/>
      </w:pPr>
      <w:r w:rsidRPr="00812E92">
        <w:t xml:space="preserve">w </w:t>
      </w:r>
      <w:proofErr w:type="spellStart"/>
      <w:r w:rsidRPr="00812E92">
        <w:t>formie</w:t>
      </w:r>
      <w:proofErr w:type="spellEnd"/>
      <w:r w:rsidRPr="00812E92">
        <w:t xml:space="preserve"> </w:t>
      </w:r>
      <w:proofErr w:type="spellStart"/>
      <w:r w:rsidRPr="00812E92">
        <w:t>papierowej</w:t>
      </w:r>
      <w:proofErr w:type="spellEnd"/>
      <w:r w:rsidRPr="00812E92">
        <w:t xml:space="preserve"> – w OWP </w:t>
      </w:r>
      <w:proofErr w:type="spellStart"/>
      <w:r w:rsidRPr="00812E92">
        <w:t>objętym</w:t>
      </w:r>
      <w:proofErr w:type="spellEnd"/>
      <w:r w:rsidRPr="00812E92">
        <w:t xml:space="preserve"> </w:t>
      </w:r>
      <w:proofErr w:type="spellStart"/>
      <w:r w:rsidRPr="00812E92">
        <w:t>projektem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w </w:t>
      </w:r>
      <w:proofErr w:type="spellStart"/>
      <w:r w:rsidRPr="00812E92">
        <w:t>Urzędzie</w:t>
      </w:r>
      <w:proofErr w:type="spellEnd"/>
      <w:r w:rsidRPr="00812E92">
        <w:t xml:space="preserve"> </w:t>
      </w:r>
      <w:proofErr w:type="spellStart"/>
      <w:r w:rsidRPr="00812E92">
        <w:t>Gminy</w:t>
      </w:r>
      <w:proofErr w:type="spellEnd"/>
      <w:r w:rsidRPr="00812E92">
        <w:t xml:space="preserve"> </w:t>
      </w:r>
      <w:proofErr w:type="spellStart"/>
      <w:r w:rsidRPr="00812E92">
        <w:t>Luzino</w:t>
      </w:r>
      <w:proofErr w:type="spellEnd"/>
      <w:r w:rsidRPr="00812E92">
        <w:t>;</w:t>
      </w:r>
    </w:p>
    <w:p w14:paraId="0AEB3AC5" w14:textId="3D9559AD" w:rsidR="00FE373D" w:rsidRPr="00812E92" w:rsidRDefault="00FE373D" w:rsidP="00812E92">
      <w:pPr>
        <w:pStyle w:val="Listapunktowana"/>
        <w:keepLines/>
        <w:numPr>
          <w:ilvl w:val="0"/>
          <w:numId w:val="15"/>
        </w:numPr>
        <w:spacing w:before="120" w:after="120"/>
        <w:ind w:left="851"/>
        <w:jc w:val="both"/>
      </w:pPr>
      <w:proofErr w:type="spellStart"/>
      <w:r w:rsidRPr="00812E92">
        <w:t>drogą</w:t>
      </w:r>
      <w:proofErr w:type="spellEnd"/>
      <w:r w:rsidRPr="00812E92">
        <w:t xml:space="preserve"> </w:t>
      </w:r>
      <w:proofErr w:type="spellStart"/>
      <w:r w:rsidRPr="00812E92">
        <w:t>elektroniczną</w:t>
      </w:r>
      <w:proofErr w:type="spellEnd"/>
      <w:r w:rsidRPr="00812E92">
        <w:t xml:space="preserve"> – </w:t>
      </w:r>
      <w:proofErr w:type="spellStart"/>
      <w:r w:rsidRPr="00812E92">
        <w:t>poprzez</w:t>
      </w:r>
      <w:proofErr w:type="spellEnd"/>
      <w:r w:rsidRPr="00812E92">
        <w:t xml:space="preserve"> </w:t>
      </w:r>
      <w:proofErr w:type="spellStart"/>
      <w:r w:rsidRPr="00812E92">
        <w:t>przesłanie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adres</w:t>
      </w:r>
      <w:proofErr w:type="spellEnd"/>
      <w:r w:rsidRPr="00812E92">
        <w:t xml:space="preserve"> e-mail </w:t>
      </w:r>
      <w:proofErr w:type="spellStart"/>
      <w:r w:rsidRPr="00812E92">
        <w:t>Gminy</w:t>
      </w:r>
      <w:proofErr w:type="spellEnd"/>
      <w:r w:rsidRPr="00812E92">
        <w:t xml:space="preserve"> </w:t>
      </w:r>
      <w:proofErr w:type="spellStart"/>
      <w:r w:rsidRPr="00812E92">
        <w:t>Luzino</w:t>
      </w:r>
      <w:proofErr w:type="spellEnd"/>
      <w:r w:rsidRPr="00812E92">
        <w:t xml:space="preserve">: sekretariat@luzino.pl </w:t>
      </w:r>
      <w:proofErr w:type="spellStart"/>
      <w:r w:rsidRPr="00812E92">
        <w:t>czytelnego</w:t>
      </w:r>
      <w:proofErr w:type="spellEnd"/>
      <w:r w:rsidRPr="00812E92">
        <w:t xml:space="preserve"> </w:t>
      </w:r>
      <w:proofErr w:type="spellStart"/>
      <w:r w:rsidRPr="00812E92">
        <w:t>skanu</w:t>
      </w:r>
      <w:proofErr w:type="spellEnd"/>
      <w:r w:rsidRPr="00812E92">
        <w:t xml:space="preserve"> </w:t>
      </w:r>
      <w:proofErr w:type="spellStart"/>
      <w:r w:rsidRPr="00812E92">
        <w:t>kompletnej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wypełnionej</w:t>
      </w:r>
      <w:proofErr w:type="spellEnd"/>
      <w:r w:rsidRPr="00812E92">
        <w:t xml:space="preserve"> </w:t>
      </w:r>
      <w:proofErr w:type="spellStart"/>
      <w:r w:rsidRPr="00812E92">
        <w:t>dokumentacji</w:t>
      </w:r>
      <w:proofErr w:type="spellEnd"/>
      <w:r w:rsidRPr="00812E92">
        <w:t xml:space="preserve"> </w:t>
      </w:r>
      <w:proofErr w:type="spellStart"/>
      <w:r w:rsidRPr="00812E92">
        <w:t>rekrutacyjnej</w:t>
      </w:r>
      <w:proofErr w:type="spellEnd"/>
      <w:r w:rsidRPr="00812E92">
        <w:t xml:space="preserve">, </w:t>
      </w:r>
      <w:proofErr w:type="spellStart"/>
      <w:r w:rsidRPr="00812E92">
        <w:t>opatrzonej</w:t>
      </w:r>
      <w:proofErr w:type="spellEnd"/>
      <w:r w:rsidRPr="00812E92">
        <w:t xml:space="preserve"> </w:t>
      </w:r>
      <w:proofErr w:type="spellStart"/>
      <w:r w:rsidRPr="00812E92">
        <w:t>wymaganymi</w:t>
      </w:r>
      <w:proofErr w:type="spellEnd"/>
      <w:r w:rsidRPr="00812E92">
        <w:t xml:space="preserve"> </w:t>
      </w:r>
      <w:proofErr w:type="spellStart"/>
      <w:r w:rsidRPr="00812E92">
        <w:t>datami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własnoręcznymi</w:t>
      </w:r>
      <w:proofErr w:type="spellEnd"/>
      <w:r w:rsidRPr="00812E92">
        <w:t xml:space="preserve"> </w:t>
      </w:r>
      <w:proofErr w:type="spellStart"/>
      <w:r w:rsidRPr="00812E92">
        <w:t>podpisami</w:t>
      </w:r>
      <w:proofErr w:type="spellEnd"/>
      <w:r w:rsidRPr="00812E92">
        <w:t xml:space="preserve"> </w:t>
      </w:r>
      <w:proofErr w:type="spellStart"/>
      <w:r w:rsidRPr="00812E92">
        <w:t>osób</w:t>
      </w:r>
      <w:proofErr w:type="spellEnd"/>
      <w:r w:rsidRPr="00812E92">
        <w:t xml:space="preserve"> </w:t>
      </w:r>
      <w:proofErr w:type="spellStart"/>
      <w:r w:rsidRPr="00812E92">
        <w:t>uprawnionych</w:t>
      </w:r>
      <w:proofErr w:type="spellEnd"/>
      <w:r w:rsidRPr="00812E92">
        <w:t xml:space="preserve">. </w:t>
      </w:r>
      <w:proofErr w:type="spellStart"/>
      <w:r w:rsidRPr="00812E92">
        <w:t>Skan</w:t>
      </w:r>
      <w:proofErr w:type="spellEnd"/>
      <w:r w:rsidRPr="00812E92">
        <w:t xml:space="preserve"> </w:t>
      </w:r>
      <w:proofErr w:type="spellStart"/>
      <w:r w:rsidRPr="00812E92">
        <w:t>dokumentacji</w:t>
      </w:r>
      <w:proofErr w:type="spellEnd"/>
      <w:r w:rsidRPr="00812E92">
        <w:t xml:space="preserve"> </w:t>
      </w:r>
      <w:proofErr w:type="spellStart"/>
      <w:r w:rsidRPr="00812E92">
        <w:t>podpisanej</w:t>
      </w:r>
      <w:proofErr w:type="spellEnd"/>
      <w:r w:rsidRPr="00812E92">
        <w:t xml:space="preserve"> </w:t>
      </w:r>
      <w:proofErr w:type="spellStart"/>
      <w:r w:rsidRPr="00812E92">
        <w:t>własnoręcznie</w:t>
      </w:r>
      <w:proofErr w:type="spellEnd"/>
      <w:r w:rsidRPr="00812E92">
        <w:t xml:space="preserve">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wymaga</w:t>
      </w:r>
      <w:proofErr w:type="spellEnd"/>
      <w:r w:rsidRPr="00812E92">
        <w:t xml:space="preserve"> </w:t>
      </w:r>
      <w:proofErr w:type="spellStart"/>
      <w:r w:rsidRPr="00812E92">
        <w:t>dodatkowego</w:t>
      </w:r>
      <w:proofErr w:type="spellEnd"/>
      <w:r w:rsidRPr="00812E92">
        <w:t xml:space="preserve"> </w:t>
      </w:r>
      <w:proofErr w:type="spellStart"/>
      <w:r w:rsidRPr="00812E92">
        <w:t>opatrzenia</w:t>
      </w:r>
      <w:proofErr w:type="spellEnd"/>
      <w:r w:rsidRPr="00812E92">
        <w:t xml:space="preserve"> </w:t>
      </w:r>
      <w:proofErr w:type="spellStart"/>
      <w:r w:rsidRPr="00812E92">
        <w:t>kwalifikowanym</w:t>
      </w:r>
      <w:proofErr w:type="spellEnd"/>
      <w:r w:rsidRPr="00812E92">
        <w:t xml:space="preserve"> </w:t>
      </w:r>
      <w:proofErr w:type="spellStart"/>
      <w:r w:rsidRPr="00812E92">
        <w:t>podpisem</w:t>
      </w:r>
      <w:proofErr w:type="spellEnd"/>
      <w:r w:rsidRPr="00812E92">
        <w:t xml:space="preserve"> </w:t>
      </w:r>
      <w:proofErr w:type="spellStart"/>
      <w:r w:rsidRPr="00812E92">
        <w:t>elektronicznym</w:t>
      </w:r>
      <w:proofErr w:type="spellEnd"/>
      <w:r w:rsidRPr="00812E92">
        <w:t xml:space="preserve">, </w:t>
      </w:r>
      <w:proofErr w:type="spellStart"/>
      <w:r w:rsidRPr="00812E92">
        <w:t>podpisem</w:t>
      </w:r>
      <w:proofErr w:type="spellEnd"/>
      <w:r w:rsidRPr="00812E92">
        <w:t xml:space="preserve"> </w:t>
      </w:r>
      <w:proofErr w:type="spellStart"/>
      <w:r w:rsidRPr="00812E92">
        <w:t>zaufanym</w:t>
      </w:r>
      <w:proofErr w:type="spellEnd"/>
      <w:r w:rsidRPr="00812E92">
        <w:t xml:space="preserve"> ani </w:t>
      </w:r>
      <w:proofErr w:type="spellStart"/>
      <w:r w:rsidRPr="00812E92">
        <w:t>podpisem</w:t>
      </w:r>
      <w:proofErr w:type="spellEnd"/>
      <w:r w:rsidRPr="00812E92">
        <w:t xml:space="preserve"> </w:t>
      </w:r>
      <w:proofErr w:type="spellStart"/>
      <w:r w:rsidRPr="00812E92">
        <w:t>osobistym</w:t>
      </w:r>
      <w:proofErr w:type="spellEnd"/>
      <w:r w:rsidRPr="00812E92">
        <w:t xml:space="preserve">. </w:t>
      </w:r>
      <w:proofErr w:type="spellStart"/>
      <w:r w:rsidRPr="00812E92">
        <w:t>Wiadomość</w:t>
      </w:r>
      <w:proofErr w:type="spellEnd"/>
      <w:r w:rsidRPr="00812E92">
        <w:t xml:space="preserve"> e-mail </w:t>
      </w:r>
      <w:proofErr w:type="spellStart"/>
      <w:r w:rsidRPr="00812E92">
        <w:t>wraz</w:t>
      </w:r>
      <w:proofErr w:type="spellEnd"/>
      <w:r w:rsidRPr="00812E92">
        <w:t xml:space="preserve"> z </w:t>
      </w:r>
      <w:proofErr w:type="spellStart"/>
      <w:r w:rsidRPr="00812E92">
        <w:t>załącznikami</w:t>
      </w:r>
      <w:proofErr w:type="spellEnd"/>
      <w:r w:rsidRPr="00812E92">
        <w:t xml:space="preserve"> </w:t>
      </w:r>
      <w:proofErr w:type="spellStart"/>
      <w:r w:rsidRPr="00812E92">
        <w:t>podlega</w:t>
      </w:r>
      <w:proofErr w:type="spellEnd"/>
      <w:r w:rsidRPr="00812E92">
        <w:t xml:space="preserve"> </w:t>
      </w:r>
      <w:proofErr w:type="spellStart"/>
      <w:r w:rsidRPr="00812E92">
        <w:t>zachowaniu</w:t>
      </w:r>
      <w:proofErr w:type="spellEnd"/>
      <w:r w:rsidRPr="00812E92">
        <w:t xml:space="preserve"> w </w:t>
      </w:r>
      <w:proofErr w:type="spellStart"/>
      <w:r w:rsidRPr="00812E92">
        <w:t>dokumentacji</w:t>
      </w:r>
      <w:proofErr w:type="spellEnd"/>
      <w:r w:rsidRPr="00812E92">
        <w:t xml:space="preserve"> </w:t>
      </w:r>
      <w:proofErr w:type="spellStart"/>
      <w:r w:rsidRPr="00812E92">
        <w:t>rekrutacyjnej</w:t>
      </w:r>
      <w:proofErr w:type="spellEnd"/>
      <w:r w:rsidRPr="00812E92">
        <w:t xml:space="preserve"> w </w:t>
      </w:r>
      <w:proofErr w:type="spellStart"/>
      <w:r w:rsidRPr="00812E92">
        <w:t>celu</w:t>
      </w:r>
      <w:proofErr w:type="spellEnd"/>
      <w:r w:rsidRPr="00812E92">
        <w:t xml:space="preserve"> </w:t>
      </w:r>
      <w:proofErr w:type="spellStart"/>
      <w:r w:rsidRPr="00812E92">
        <w:t>zapewnienia</w:t>
      </w:r>
      <w:proofErr w:type="spellEnd"/>
      <w:r w:rsidRPr="00812E92">
        <w:t xml:space="preserve"> </w:t>
      </w:r>
      <w:proofErr w:type="spellStart"/>
      <w:r w:rsidRPr="00812E92">
        <w:t>ścieżki</w:t>
      </w:r>
      <w:proofErr w:type="spellEnd"/>
      <w:r w:rsidRPr="00812E92">
        <w:t xml:space="preserve"> </w:t>
      </w:r>
      <w:proofErr w:type="spellStart"/>
      <w:r w:rsidRPr="00812E92">
        <w:t>audytu</w:t>
      </w:r>
      <w:proofErr w:type="spellEnd"/>
      <w:r w:rsidRPr="00812E92">
        <w:t>.</w:t>
      </w:r>
    </w:p>
    <w:p w14:paraId="081CDB6E" w14:textId="7D3A3FE0" w:rsidR="00B14F83" w:rsidRPr="00812E92" w:rsidRDefault="00FE373D" w:rsidP="00812E92">
      <w:pPr>
        <w:pStyle w:val="Listapunktowana"/>
        <w:widowControl w:val="0"/>
        <w:numPr>
          <w:ilvl w:val="0"/>
          <w:numId w:val="0"/>
        </w:numPr>
        <w:spacing w:before="120" w:after="120"/>
        <w:ind w:left="851"/>
        <w:jc w:val="both"/>
      </w:pPr>
      <w:r w:rsidRPr="00812E92">
        <w:t xml:space="preserve">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uzasadnionych</w:t>
      </w:r>
      <w:proofErr w:type="spellEnd"/>
      <w:r w:rsidRPr="00812E92">
        <w:t xml:space="preserve"> </w:t>
      </w:r>
      <w:proofErr w:type="spellStart"/>
      <w:r w:rsidRPr="00812E92">
        <w:t>wątpliwości</w:t>
      </w:r>
      <w:proofErr w:type="spellEnd"/>
      <w:r w:rsidRPr="00812E92">
        <w:t xml:space="preserve"> </w:t>
      </w:r>
      <w:proofErr w:type="spellStart"/>
      <w:r w:rsidRPr="00812E92">
        <w:t>dotyczących</w:t>
      </w:r>
      <w:proofErr w:type="spellEnd"/>
      <w:r w:rsidRPr="00812E92">
        <w:t xml:space="preserve"> </w:t>
      </w:r>
      <w:proofErr w:type="spellStart"/>
      <w:r w:rsidRPr="00812E92">
        <w:t>czytelności</w:t>
      </w:r>
      <w:proofErr w:type="spellEnd"/>
      <w:r w:rsidRPr="00812E92">
        <w:t xml:space="preserve">, </w:t>
      </w:r>
      <w:proofErr w:type="spellStart"/>
      <w:r w:rsidRPr="00812E92">
        <w:t>kompletności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autentyczności</w:t>
      </w:r>
      <w:proofErr w:type="spellEnd"/>
      <w:r w:rsidRPr="00812E92">
        <w:t xml:space="preserve"> </w:t>
      </w:r>
      <w:proofErr w:type="spellStart"/>
      <w:r w:rsidRPr="00812E92">
        <w:t>przesłanej</w:t>
      </w:r>
      <w:proofErr w:type="spellEnd"/>
      <w:r w:rsidRPr="00812E92">
        <w:t xml:space="preserve"> </w:t>
      </w:r>
      <w:proofErr w:type="spellStart"/>
      <w:r w:rsidRPr="00812E92">
        <w:t>dokumentacji</w:t>
      </w:r>
      <w:proofErr w:type="spellEnd"/>
      <w:r w:rsidRPr="00812E92">
        <w:t xml:space="preserve"> </w:t>
      </w:r>
      <w:proofErr w:type="spellStart"/>
      <w:r w:rsidRPr="00812E92">
        <w:t>Komisja</w:t>
      </w:r>
      <w:proofErr w:type="spellEnd"/>
      <w:r w:rsidRPr="00812E92">
        <w:t xml:space="preserve"> </w:t>
      </w:r>
      <w:proofErr w:type="spellStart"/>
      <w:r w:rsidRPr="00812E92">
        <w:t>Rekrutacyjna</w:t>
      </w:r>
      <w:proofErr w:type="spellEnd"/>
      <w:r w:rsidRPr="00812E92">
        <w:t xml:space="preserve"> </w:t>
      </w:r>
      <w:proofErr w:type="spellStart"/>
      <w:r w:rsidRPr="00812E92">
        <w:t>może</w:t>
      </w:r>
      <w:proofErr w:type="spellEnd"/>
      <w:r w:rsidRPr="00812E92">
        <w:t xml:space="preserve"> </w:t>
      </w:r>
      <w:proofErr w:type="spellStart"/>
      <w:r w:rsidRPr="00812E92">
        <w:t>wezwać</w:t>
      </w:r>
      <w:proofErr w:type="spellEnd"/>
      <w:r w:rsidRPr="00812E92">
        <w:t xml:space="preserve"> </w:t>
      </w:r>
      <w:proofErr w:type="spellStart"/>
      <w:r w:rsidRPr="00812E92">
        <w:t>osobę</w:t>
      </w:r>
      <w:proofErr w:type="spellEnd"/>
      <w:r w:rsidRPr="00812E92">
        <w:t xml:space="preserve"> </w:t>
      </w:r>
      <w:proofErr w:type="spellStart"/>
      <w:r w:rsidRPr="00812E92">
        <w:t>składającą</w:t>
      </w:r>
      <w:proofErr w:type="spellEnd"/>
      <w:r w:rsidRPr="00812E92">
        <w:t xml:space="preserve"> </w:t>
      </w:r>
      <w:proofErr w:type="spellStart"/>
      <w:r w:rsidRPr="00812E92">
        <w:t>dokumenty</w:t>
      </w:r>
      <w:proofErr w:type="spellEnd"/>
      <w:r w:rsidRPr="00812E92">
        <w:t xml:space="preserve"> do ich </w:t>
      </w:r>
      <w:proofErr w:type="spellStart"/>
      <w:r w:rsidRPr="00812E92">
        <w:t>uzupełnienia</w:t>
      </w:r>
      <w:proofErr w:type="spellEnd"/>
      <w:r w:rsidRPr="00812E92">
        <w:t xml:space="preserve"> </w:t>
      </w:r>
      <w:proofErr w:type="spellStart"/>
      <w:r w:rsidRPr="00812E92">
        <w:t>albo</w:t>
      </w:r>
      <w:proofErr w:type="spellEnd"/>
      <w:r w:rsidRPr="00812E92">
        <w:t xml:space="preserve"> </w:t>
      </w:r>
      <w:proofErr w:type="spellStart"/>
      <w:r w:rsidRPr="00812E92">
        <w:t>okazania</w:t>
      </w:r>
      <w:proofErr w:type="spellEnd"/>
      <w:r w:rsidRPr="00812E92">
        <w:t xml:space="preserve"> </w:t>
      </w:r>
      <w:proofErr w:type="spellStart"/>
      <w:r w:rsidRPr="00812E92">
        <w:t>oryginału</w:t>
      </w:r>
      <w:proofErr w:type="spellEnd"/>
      <w:r w:rsidRPr="00812E92">
        <w:t>.</w:t>
      </w:r>
      <w:r w:rsidR="006F5905" w:rsidRPr="00812E92">
        <w:t>.</w:t>
      </w:r>
    </w:p>
    <w:p w14:paraId="561AD18B" w14:textId="34BC70D3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812E92">
        <w:t>Dokumentacja</w:t>
      </w:r>
      <w:proofErr w:type="spellEnd"/>
      <w:r w:rsidRPr="00812E92">
        <w:t xml:space="preserve"> </w:t>
      </w:r>
      <w:proofErr w:type="spellStart"/>
      <w:r w:rsidRPr="00812E92">
        <w:t>składana</w:t>
      </w:r>
      <w:proofErr w:type="spellEnd"/>
      <w:r w:rsidRPr="00812E92">
        <w:t xml:space="preserve"> </w:t>
      </w:r>
      <w:proofErr w:type="spellStart"/>
      <w:r w:rsidRPr="00812E92">
        <w:t>elektronicznie</w:t>
      </w:r>
      <w:proofErr w:type="spellEnd"/>
      <w:r w:rsidRPr="00812E92">
        <w:t xml:space="preserve"> jest </w:t>
      </w:r>
      <w:proofErr w:type="spellStart"/>
      <w:r w:rsidRPr="00812E92">
        <w:t>przechowywana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udostępniana</w:t>
      </w:r>
      <w:proofErr w:type="spellEnd"/>
      <w:r w:rsidRPr="00812E92">
        <w:t xml:space="preserve"> </w:t>
      </w:r>
      <w:proofErr w:type="spellStart"/>
      <w:r w:rsidRPr="00812E92">
        <w:t>wyłącznie</w:t>
      </w:r>
      <w:proofErr w:type="spellEnd"/>
      <w:r w:rsidRPr="00812E92">
        <w:t xml:space="preserve"> </w:t>
      </w:r>
      <w:proofErr w:type="spellStart"/>
      <w:r w:rsidRPr="00812E92">
        <w:t>osobom</w:t>
      </w:r>
      <w:proofErr w:type="spellEnd"/>
      <w:r w:rsidRPr="00812E92">
        <w:t xml:space="preserve"> </w:t>
      </w:r>
      <w:proofErr w:type="spellStart"/>
      <w:r w:rsidRPr="00812E92">
        <w:t>upoważnionym</w:t>
      </w:r>
      <w:proofErr w:type="spellEnd"/>
      <w:r w:rsidRPr="00812E92">
        <w:t xml:space="preserve">. </w:t>
      </w:r>
      <w:proofErr w:type="spellStart"/>
      <w:r w:rsidR="00307A5A" w:rsidRPr="00307A5A">
        <w:t>Rodzic</w:t>
      </w:r>
      <w:proofErr w:type="spellEnd"/>
      <w:r w:rsidR="00307A5A" w:rsidRPr="00307A5A">
        <w:t xml:space="preserve"> </w:t>
      </w:r>
      <w:proofErr w:type="spellStart"/>
      <w:r w:rsidR="00307A5A" w:rsidRPr="00307A5A">
        <w:t>lub</w:t>
      </w:r>
      <w:proofErr w:type="spellEnd"/>
      <w:r w:rsidR="00307A5A" w:rsidRPr="00307A5A">
        <w:t xml:space="preserve"> </w:t>
      </w:r>
      <w:proofErr w:type="spellStart"/>
      <w:r w:rsidR="00307A5A" w:rsidRPr="00307A5A">
        <w:t>opiekun</w:t>
      </w:r>
      <w:proofErr w:type="spellEnd"/>
      <w:r w:rsidR="00307A5A" w:rsidRPr="00307A5A">
        <w:t xml:space="preserve"> prawny </w:t>
      </w:r>
      <w:proofErr w:type="spellStart"/>
      <w:r w:rsidR="00307A5A" w:rsidRPr="00307A5A">
        <w:t>nie</w:t>
      </w:r>
      <w:proofErr w:type="spellEnd"/>
      <w:r w:rsidR="00307A5A" w:rsidRPr="00307A5A">
        <w:t xml:space="preserve"> jest </w:t>
      </w:r>
      <w:proofErr w:type="spellStart"/>
      <w:r w:rsidR="00307A5A" w:rsidRPr="00307A5A">
        <w:t>zobowiązany</w:t>
      </w:r>
      <w:proofErr w:type="spellEnd"/>
      <w:r w:rsidR="00307A5A" w:rsidRPr="00307A5A">
        <w:t xml:space="preserve"> do </w:t>
      </w:r>
      <w:proofErr w:type="spellStart"/>
      <w:r w:rsidR="00307A5A" w:rsidRPr="00307A5A">
        <w:t>ponownego</w:t>
      </w:r>
      <w:proofErr w:type="spellEnd"/>
      <w:r w:rsidR="00307A5A" w:rsidRPr="00307A5A">
        <w:t xml:space="preserve"> </w:t>
      </w:r>
      <w:proofErr w:type="spellStart"/>
      <w:r w:rsidR="00307A5A" w:rsidRPr="00307A5A">
        <w:t>przekazywania</w:t>
      </w:r>
      <w:proofErr w:type="spellEnd"/>
      <w:r w:rsidR="00307A5A" w:rsidRPr="00307A5A">
        <w:t xml:space="preserve"> </w:t>
      </w:r>
      <w:proofErr w:type="spellStart"/>
      <w:r w:rsidR="00307A5A" w:rsidRPr="00307A5A">
        <w:t>dokumentów</w:t>
      </w:r>
      <w:proofErr w:type="spellEnd"/>
      <w:r w:rsidR="00307A5A" w:rsidRPr="00307A5A">
        <w:t xml:space="preserve"> </w:t>
      </w:r>
      <w:proofErr w:type="spellStart"/>
      <w:r w:rsidR="00307A5A" w:rsidRPr="00307A5A">
        <w:t>zawierających</w:t>
      </w:r>
      <w:proofErr w:type="spellEnd"/>
      <w:r w:rsidR="00307A5A" w:rsidRPr="00307A5A">
        <w:t xml:space="preserve"> </w:t>
      </w:r>
      <w:proofErr w:type="spellStart"/>
      <w:r w:rsidR="00307A5A" w:rsidRPr="00307A5A">
        <w:t>szczegółowe</w:t>
      </w:r>
      <w:proofErr w:type="spellEnd"/>
      <w:r w:rsidR="00307A5A" w:rsidRPr="00307A5A">
        <w:t xml:space="preserve"> </w:t>
      </w:r>
      <w:proofErr w:type="spellStart"/>
      <w:r w:rsidR="00307A5A" w:rsidRPr="00307A5A">
        <w:t>informacje</w:t>
      </w:r>
      <w:proofErr w:type="spellEnd"/>
      <w:r w:rsidR="00307A5A" w:rsidRPr="00307A5A">
        <w:t xml:space="preserve"> o </w:t>
      </w:r>
      <w:proofErr w:type="spellStart"/>
      <w:r w:rsidR="00307A5A" w:rsidRPr="00307A5A">
        <w:t>zdrowiu</w:t>
      </w:r>
      <w:proofErr w:type="spellEnd"/>
      <w:r w:rsidR="00307A5A" w:rsidRPr="00307A5A">
        <w:t xml:space="preserve"> </w:t>
      </w:r>
      <w:proofErr w:type="spellStart"/>
      <w:r w:rsidR="00307A5A" w:rsidRPr="00307A5A">
        <w:t>lub</w:t>
      </w:r>
      <w:proofErr w:type="spellEnd"/>
      <w:r w:rsidR="00307A5A" w:rsidRPr="00307A5A">
        <w:t xml:space="preserve"> </w:t>
      </w:r>
      <w:proofErr w:type="spellStart"/>
      <w:r w:rsidR="00307A5A" w:rsidRPr="00307A5A">
        <w:t>funkcjonowaniu</w:t>
      </w:r>
      <w:proofErr w:type="spellEnd"/>
      <w:r w:rsidR="00307A5A" w:rsidRPr="00307A5A">
        <w:t xml:space="preserve"> </w:t>
      </w:r>
      <w:proofErr w:type="spellStart"/>
      <w:r w:rsidR="00307A5A" w:rsidRPr="00307A5A">
        <w:t>dziecka</w:t>
      </w:r>
      <w:proofErr w:type="spellEnd"/>
      <w:r w:rsidR="00307A5A" w:rsidRPr="00307A5A">
        <w:t xml:space="preserve">, </w:t>
      </w:r>
      <w:proofErr w:type="spellStart"/>
      <w:r w:rsidR="00307A5A" w:rsidRPr="00307A5A">
        <w:t>jeżeli</w:t>
      </w:r>
      <w:proofErr w:type="spellEnd"/>
      <w:r w:rsidR="00307A5A" w:rsidRPr="00307A5A">
        <w:t xml:space="preserve"> </w:t>
      </w:r>
      <w:proofErr w:type="spellStart"/>
      <w:r w:rsidR="00307A5A" w:rsidRPr="00307A5A">
        <w:t>dokumenty</w:t>
      </w:r>
      <w:proofErr w:type="spellEnd"/>
      <w:r w:rsidR="00307A5A" w:rsidRPr="00307A5A">
        <w:t xml:space="preserve"> </w:t>
      </w:r>
      <w:proofErr w:type="spellStart"/>
      <w:r w:rsidR="00307A5A" w:rsidRPr="00307A5A">
        <w:t>te</w:t>
      </w:r>
      <w:proofErr w:type="spellEnd"/>
      <w:r w:rsidR="00307A5A" w:rsidRPr="00307A5A">
        <w:t xml:space="preserve"> </w:t>
      </w:r>
      <w:proofErr w:type="spellStart"/>
      <w:r w:rsidR="00307A5A" w:rsidRPr="00307A5A">
        <w:t>znajdują</w:t>
      </w:r>
      <w:proofErr w:type="spellEnd"/>
      <w:r w:rsidR="00307A5A" w:rsidRPr="00307A5A">
        <w:t xml:space="preserve"> </w:t>
      </w:r>
      <w:proofErr w:type="spellStart"/>
      <w:r w:rsidR="00307A5A" w:rsidRPr="00307A5A">
        <w:t>się</w:t>
      </w:r>
      <w:proofErr w:type="spellEnd"/>
      <w:r w:rsidR="00307A5A" w:rsidRPr="00307A5A">
        <w:t xml:space="preserve"> </w:t>
      </w:r>
      <w:proofErr w:type="spellStart"/>
      <w:r w:rsidR="00307A5A" w:rsidRPr="00307A5A">
        <w:t>już</w:t>
      </w:r>
      <w:proofErr w:type="spellEnd"/>
      <w:r w:rsidR="00307A5A" w:rsidRPr="00307A5A">
        <w:t xml:space="preserve"> w OWP. W </w:t>
      </w:r>
      <w:proofErr w:type="spellStart"/>
      <w:r w:rsidR="00307A5A" w:rsidRPr="00307A5A">
        <w:t>takim</w:t>
      </w:r>
      <w:proofErr w:type="spellEnd"/>
      <w:r w:rsidR="00307A5A" w:rsidRPr="00307A5A">
        <w:t xml:space="preserve"> </w:t>
      </w:r>
      <w:proofErr w:type="spellStart"/>
      <w:r w:rsidR="00307A5A" w:rsidRPr="00307A5A">
        <w:t>przypadku</w:t>
      </w:r>
      <w:proofErr w:type="spellEnd"/>
      <w:r w:rsidR="00307A5A" w:rsidRPr="00307A5A">
        <w:t xml:space="preserve"> </w:t>
      </w:r>
      <w:proofErr w:type="spellStart"/>
      <w:r w:rsidR="00307A5A" w:rsidRPr="00307A5A">
        <w:t>stosuje</w:t>
      </w:r>
      <w:proofErr w:type="spellEnd"/>
      <w:r w:rsidR="00307A5A" w:rsidRPr="00307A5A">
        <w:t xml:space="preserve"> </w:t>
      </w:r>
      <w:proofErr w:type="spellStart"/>
      <w:r w:rsidR="00307A5A" w:rsidRPr="00307A5A">
        <w:t>się</w:t>
      </w:r>
      <w:proofErr w:type="spellEnd"/>
      <w:r w:rsidR="00307A5A" w:rsidRPr="00307A5A">
        <w:t xml:space="preserve"> </w:t>
      </w:r>
      <w:proofErr w:type="spellStart"/>
      <w:r w:rsidR="00307A5A" w:rsidRPr="00307A5A">
        <w:t>ust</w:t>
      </w:r>
      <w:proofErr w:type="spellEnd"/>
      <w:r w:rsidR="00307A5A" w:rsidRPr="00307A5A">
        <w:t>. 8</w:t>
      </w:r>
      <w:r w:rsidRPr="00812E92">
        <w:t>.</w:t>
      </w:r>
    </w:p>
    <w:p w14:paraId="5DE59F61" w14:textId="0D9C5620" w:rsidR="00B14F83" w:rsidRPr="00812E92" w:rsidRDefault="0001178F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01178F">
        <w:t>Jeżeli</w:t>
      </w:r>
      <w:proofErr w:type="spellEnd"/>
      <w:r w:rsidRPr="0001178F">
        <w:t xml:space="preserve"> </w:t>
      </w:r>
      <w:proofErr w:type="spellStart"/>
      <w:r w:rsidRPr="0001178F">
        <w:t>dokument</w:t>
      </w:r>
      <w:proofErr w:type="spellEnd"/>
      <w:r w:rsidRPr="0001178F">
        <w:t xml:space="preserve"> </w:t>
      </w:r>
      <w:proofErr w:type="spellStart"/>
      <w:r w:rsidRPr="0001178F">
        <w:t>potwierdzający</w:t>
      </w:r>
      <w:proofErr w:type="spellEnd"/>
      <w:r w:rsidRPr="0001178F">
        <w:t xml:space="preserve"> </w:t>
      </w:r>
      <w:proofErr w:type="spellStart"/>
      <w:r w:rsidRPr="0001178F">
        <w:t>kryterium</w:t>
      </w:r>
      <w:proofErr w:type="spellEnd"/>
      <w:r w:rsidRPr="0001178F">
        <w:t xml:space="preserve"> </w:t>
      </w:r>
      <w:proofErr w:type="spellStart"/>
      <w:r w:rsidRPr="0001178F">
        <w:t>znajduje</w:t>
      </w:r>
      <w:proofErr w:type="spellEnd"/>
      <w:r w:rsidRPr="0001178F">
        <w:t xml:space="preserve"> </w:t>
      </w:r>
      <w:proofErr w:type="spellStart"/>
      <w:r w:rsidRPr="0001178F">
        <w:t>się</w:t>
      </w:r>
      <w:proofErr w:type="spellEnd"/>
      <w:r w:rsidRPr="0001178F">
        <w:t xml:space="preserve"> w </w:t>
      </w:r>
      <w:proofErr w:type="spellStart"/>
      <w:r w:rsidRPr="0001178F">
        <w:t>dokumentacji</w:t>
      </w:r>
      <w:proofErr w:type="spellEnd"/>
      <w:r w:rsidRPr="0001178F">
        <w:t xml:space="preserve"> OWP, </w:t>
      </w:r>
      <w:proofErr w:type="spellStart"/>
      <w:r w:rsidRPr="0001178F">
        <w:t>rodzic</w:t>
      </w:r>
      <w:proofErr w:type="spellEnd"/>
      <w:r w:rsidRPr="0001178F">
        <w:t xml:space="preserve"> </w:t>
      </w:r>
      <w:proofErr w:type="spellStart"/>
      <w:r w:rsidRPr="0001178F">
        <w:t>lub</w:t>
      </w:r>
      <w:proofErr w:type="spellEnd"/>
      <w:r w:rsidRPr="0001178F">
        <w:t xml:space="preserve"> </w:t>
      </w:r>
      <w:proofErr w:type="spellStart"/>
      <w:r w:rsidRPr="0001178F">
        <w:t>opiekun</w:t>
      </w:r>
      <w:proofErr w:type="spellEnd"/>
      <w:r w:rsidRPr="0001178F">
        <w:t xml:space="preserve"> prawny </w:t>
      </w:r>
      <w:proofErr w:type="spellStart"/>
      <w:r w:rsidRPr="0001178F">
        <w:t>nie</w:t>
      </w:r>
      <w:proofErr w:type="spellEnd"/>
      <w:r w:rsidRPr="0001178F">
        <w:t xml:space="preserve"> jest </w:t>
      </w:r>
      <w:proofErr w:type="spellStart"/>
      <w:r w:rsidRPr="0001178F">
        <w:t>zobowiązany</w:t>
      </w:r>
      <w:proofErr w:type="spellEnd"/>
      <w:r w:rsidRPr="0001178F">
        <w:t xml:space="preserve"> do </w:t>
      </w:r>
      <w:proofErr w:type="spellStart"/>
      <w:r w:rsidRPr="0001178F">
        <w:t>ponownego</w:t>
      </w:r>
      <w:proofErr w:type="spellEnd"/>
      <w:r w:rsidRPr="0001178F">
        <w:t xml:space="preserve"> </w:t>
      </w:r>
      <w:proofErr w:type="spellStart"/>
      <w:r w:rsidRPr="0001178F">
        <w:t>jego</w:t>
      </w:r>
      <w:proofErr w:type="spellEnd"/>
      <w:r w:rsidRPr="0001178F">
        <w:t xml:space="preserve"> </w:t>
      </w:r>
      <w:proofErr w:type="spellStart"/>
      <w:r w:rsidRPr="0001178F">
        <w:t>przedkładania</w:t>
      </w:r>
      <w:proofErr w:type="spellEnd"/>
      <w:r w:rsidRPr="0001178F">
        <w:t xml:space="preserve">. </w:t>
      </w:r>
      <w:proofErr w:type="spellStart"/>
      <w:r w:rsidRPr="0001178F">
        <w:t>Upoważniony</w:t>
      </w:r>
      <w:proofErr w:type="spellEnd"/>
      <w:r w:rsidRPr="0001178F">
        <w:t xml:space="preserve"> </w:t>
      </w:r>
      <w:proofErr w:type="spellStart"/>
      <w:r w:rsidRPr="0001178F">
        <w:t>pracownik</w:t>
      </w:r>
      <w:proofErr w:type="spellEnd"/>
      <w:r w:rsidRPr="0001178F">
        <w:t xml:space="preserve"> OWP </w:t>
      </w:r>
      <w:proofErr w:type="spellStart"/>
      <w:r w:rsidRPr="0001178F">
        <w:t>weryfikuje</w:t>
      </w:r>
      <w:proofErr w:type="spellEnd"/>
      <w:r w:rsidRPr="0001178F">
        <w:t xml:space="preserve"> </w:t>
      </w:r>
      <w:proofErr w:type="spellStart"/>
      <w:r w:rsidRPr="0001178F">
        <w:t>dokument</w:t>
      </w:r>
      <w:proofErr w:type="spellEnd"/>
      <w:r w:rsidRPr="0001178F">
        <w:t xml:space="preserve"> </w:t>
      </w:r>
      <w:proofErr w:type="spellStart"/>
      <w:r w:rsidRPr="0001178F">
        <w:t>oraz</w:t>
      </w:r>
      <w:proofErr w:type="spellEnd"/>
      <w:r w:rsidRPr="0001178F">
        <w:t xml:space="preserve"> </w:t>
      </w:r>
      <w:proofErr w:type="spellStart"/>
      <w:r w:rsidRPr="0001178F">
        <w:t>sporządza</w:t>
      </w:r>
      <w:proofErr w:type="spellEnd"/>
      <w:r w:rsidRPr="0001178F">
        <w:t xml:space="preserve"> </w:t>
      </w:r>
      <w:proofErr w:type="spellStart"/>
      <w:r w:rsidRPr="0001178F">
        <w:t>jego</w:t>
      </w:r>
      <w:proofErr w:type="spellEnd"/>
      <w:r w:rsidRPr="0001178F">
        <w:t xml:space="preserve"> </w:t>
      </w:r>
      <w:proofErr w:type="spellStart"/>
      <w:r w:rsidRPr="0001178F">
        <w:t>kopię</w:t>
      </w:r>
      <w:proofErr w:type="spellEnd"/>
      <w:r w:rsidRPr="0001178F">
        <w:t xml:space="preserve"> </w:t>
      </w:r>
      <w:proofErr w:type="spellStart"/>
      <w:r w:rsidRPr="0001178F">
        <w:t>lub</w:t>
      </w:r>
      <w:proofErr w:type="spellEnd"/>
      <w:r w:rsidRPr="0001178F">
        <w:t xml:space="preserve"> </w:t>
      </w:r>
      <w:proofErr w:type="spellStart"/>
      <w:r w:rsidRPr="0001178F">
        <w:t>odwzorowanie</w:t>
      </w:r>
      <w:proofErr w:type="spellEnd"/>
      <w:r w:rsidRPr="0001178F">
        <w:t xml:space="preserve"> </w:t>
      </w:r>
      <w:proofErr w:type="spellStart"/>
      <w:r w:rsidRPr="0001178F">
        <w:t>cyfrowe</w:t>
      </w:r>
      <w:proofErr w:type="spellEnd"/>
      <w:r w:rsidRPr="0001178F">
        <w:t xml:space="preserve">, </w:t>
      </w:r>
      <w:proofErr w:type="spellStart"/>
      <w:r w:rsidRPr="0001178F">
        <w:t>które</w:t>
      </w:r>
      <w:proofErr w:type="spellEnd"/>
      <w:r w:rsidRPr="0001178F">
        <w:t xml:space="preserve"> </w:t>
      </w:r>
      <w:proofErr w:type="spellStart"/>
      <w:r w:rsidRPr="0001178F">
        <w:t>włącza</w:t>
      </w:r>
      <w:proofErr w:type="spellEnd"/>
      <w:r w:rsidRPr="0001178F">
        <w:t xml:space="preserve"> </w:t>
      </w:r>
      <w:proofErr w:type="spellStart"/>
      <w:r w:rsidRPr="0001178F">
        <w:t>się</w:t>
      </w:r>
      <w:proofErr w:type="spellEnd"/>
      <w:r w:rsidRPr="0001178F">
        <w:t xml:space="preserve"> do </w:t>
      </w:r>
      <w:proofErr w:type="spellStart"/>
      <w:r w:rsidRPr="0001178F">
        <w:t>dokumentacji</w:t>
      </w:r>
      <w:proofErr w:type="spellEnd"/>
      <w:r w:rsidRPr="0001178F">
        <w:t xml:space="preserve"> </w:t>
      </w:r>
      <w:proofErr w:type="spellStart"/>
      <w:r w:rsidRPr="0001178F">
        <w:t>projektu</w:t>
      </w:r>
      <w:proofErr w:type="spellEnd"/>
      <w:r w:rsidRPr="0001178F">
        <w:t xml:space="preserve">. W </w:t>
      </w:r>
      <w:proofErr w:type="spellStart"/>
      <w:r w:rsidRPr="0001178F">
        <w:t>dokumentacji</w:t>
      </w:r>
      <w:proofErr w:type="spellEnd"/>
      <w:r w:rsidRPr="0001178F">
        <w:t xml:space="preserve"> </w:t>
      </w:r>
      <w:proofErr w:type="spellStart"/>
      <w:r w:rsidRPr="0001178F">
        <w:t>rekrutacyjnej</w:t>
      </w:r>
      <w:proofErr w:type="spellEnd"/>
      <w:r w:rsidRPr="0001178F">
        <w:t xml:space="preserve"> </w:t>
      </w:r>
      <w:proofErr w:type="spellStart"/>
      <w:r w:rsidRPr="0001178F">
        <w:t>odnotowuje</w:t>
      </w:r>
      <w:proofErr w:type="spellEnd"/>
      <w:r w:rsidRPr="0001178F">
        <w:t xml:space="preserve"> </w:t>
      </w:r>
      <w:proofErr w:type="spellStart"/>
      <w:r w:rsidRPr="0001178F">
        <w:t>się</w:t>
      </w:r>
      <w:proofErr w:type="spellEnd"/>
      <w:r w:rsidRPr="0001178F">
        <w:t xml:space="preserve"> </w:t>
      </w:r>
      <w:proofErr w:type="spellStart"/>
      <w:r w:rsidRPr="0001178F">
        <w:t>podstawę</w:t>
      </w:r>
      <w:proofErr w:type="spellEnd"/>
      <w:r w:rsidRPr="0001178F">
        <w:t xml:space="preserve"> </w:t>
      </w:r>
      <w:proofErr w:type="spellStart"/>
      <w:r w:rsidRPr="0001178F">
        <w:t>potwierdzenia</w:t>
      </w:r>
      <w:proofErr w:type="spellEnd"/>
      <w:r w:rsidRPr="0001178F">
        <w:t xml:space="preserve"> </w:t>
      </w:r>
      <w:proofErr w:type="spellStart"/>
      <w:r w:rsidRPr="0001178F">
        <w:t>kryterium</w:t>
      </w:r>
      <w:proofErr w:type="spellEnd"/>
      <w:r w:rsidRPr="0001178F">
        <w:t xml:space="preserve">, bez </w:t>
      </w:r>
      <w:proofErr w:type="spellStart"/>
      <w:r w:rsidRPr="0001178F">
        <w:t>przepisywania</w:t>
      </w:r>
      <w:proofErr w:type="spellEnd"/>
      <w:r w:rsidRPr="0001178F">
        <w:t xml:space="preserve"> </w:t>
      </w:r>
      <w:proofErr w:type="spellStart"/>
      <w:r w:rsidRPr="0001178F">
        <w:t>szczegółowej</w:t>
      </w:r>
      <w:proofErr w:type="spellEnd"/>
      <w:r w:rsidRPr="0001178F">
        <w:t xml:space="preserve"> </w:t>
      </w:r>
      <w:proofErr w:type="spellStart"/>
      <w:r w:rsidRPr="0001178F">
        <w:t>diagnozy</w:t>
      </w:r>
      <w:proofErr w:type="spellEnd"/>
      <w:r w:rsidRPr="0001178F">
        <w:t xml:space="preserve"> </w:t>
      </w:r>
      <w:proofErr w:type="spellStart"/>
      <w:r w:rsidRPr="0001178F">
        <w:t>dziecka</w:t>
      </w:r>
      <w:proofErr w:type="spellEnd"/>
      <w:r w:rsidR="006F5905" w:rsidRPr="00812E92">
        <w:t>.</w:t>
      </w:r>
    </w:p>
    <w:p w14:paraId="4D203CEE" w14:textId="77777777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r w:rsidRPr="00812E92">
        <w:t xml:space="preserve">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stwierdzenia</w:t>
      </w:r>
      <w:proofErr w:type="spellEnd"/>
      <w:r w:rsidRPr="00812E92">
        <w:t xml:space="preserve"> </w:t>
      </w:r>
      <w:proofErr w:type="spellStart"/>
      <w:r w:rsidRPr="00812E92">
        <w:t>braków</w:t>
      </w:r>
      <w:proofErr w:type="spellEnd"/>
      <w:r w:rsidRPr="00812E92">
        <w:t xml:space="preserve"> </w:t>
      </w:r>
      <w:proofErr w:type="spellStart"/>
      <w:r w:rsidRPr="00812E92">
        <w:t>formalnych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oczywistych</w:t>
      </w:r>
      <w:proofErr w:type="spellEnd"/>
      <w:r w:rsidRPr="00812E92">
        <w:t xml:space="preserve"> </w:t>
      </w:r>
      <w:proofErr w:type="spellStart"/>
      <w:r w:rsidRPr="00812E92">
        <w:t>omyłek</w:t>
      </w:r>
      <w:proofErr w:type="spellEnd"/>
      <w:r w:rsidRPr="00812E92">
        <w:t xml:space="preserve"> </w:t>
      </w:r>
      <w:proofErr w:type="spellStart"/>
      <w:r w:rsidRPr="00812E92">
        <w:t>Komisja</w:t>
      </w:r>
      <w:proofErr w:type="spellEnd"/>
      <w:r w:rsidRPr="00812E92">
        <w:t xml:space="preserve"> </w:t>
      </w:r>
      <w:proofErr w:type="spellStart"/>
      <w:r w:rsidRPr="00812E92">
        <w:lastRenderedPageBreak/>
        <w:t>może</w:t>
      </w:r>
      <w:proofErr w:type="spellEnd"/>
      <w:r w:rsidRPr="00812E92">
        <w:t xml:space="preserve"> </w:t>
      </w:r>
      <w:proofErr w:type="spellStart"/>
      <w:r w:rsidRPr="00812E92">
        <w:t>wezwać</w:t>
      </w:r>
      <w:proofErr w:type="spellEnd"/>
      <w:r w:rsidRPr="00812E92">
        <w:t xml:space="preserve"> </w:t>
      </w:r>
      <w:proofErr w:type="spellStart"/>
      <w:r w:rsidRPr="00812E92">
        <w:t>kandydata</w:t>
      </w:r>
      <w:proofErr w:type="spellEnd"/>
      <w:r w:rsidRPr="00812E92">
        <w:t xml:space="preserve">, a 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rodzica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opiekuna</w:t>
      </w:r>
      <w:proofErr w:type="spellEnd"/>
      <w:r w:rsidRPr="00812E92">
        <w:t xml:space="preserve"> </w:t>
      </w:r>
      <w:proofErr w:type="spellStart"/>
      <w:r w:rsidRPr="00812E92">
        <w:t>prawnego</w:t>
      </w:r>
      <w:proofErr w:type="spellEnd"/>
      <w:r w:rsidRPr="00812E92">
        <w:t xml:space="preserve">, do ich </w:t>
      </w:r>
      <w:proofErr w:type="spellStart"/>
      <w:r w:rsidRPr="00812E92">
        <w:t>uzupełnienia</w:t>
      </w:r>
      <w:proofErr w:type="spellEnd"/>
      <w:r w:rsidRPr="00812E92">
        <w:t xml:space="preserve"> </w:t>
      </w:r>
      <w:proofErr w:type="spellStart"/>
      <w:r w:rsidRPr="00812E92">
        <w:t>albo</w:t>
      </w:r>
      <w:proofErr w:type="spellEnd"/>
      <w:r w:rsidRPr="00812E92">
        <w:t xml:space="preserve"> </w:t>
      </w:r>
      <w:proofErr w:type="spellStart"/>
      <w:r w:rsidRPr="00812E92">
        <w:t>wyjaśnienia</w:t>
      </w:r>
      <w:proofErr w:type="spellEnd"/>
      <w:r w:rsidRPr="00812E92">
        <w:t xml:space="preserve"> w </w:t>
      </w:r>
      <w:proofErr w:type="spellStart"/>
      <w:r w:rsidRPr="00812E92">
        <w:t>terminie</w:t>
      </w:r>
      <w:proofErr w:type="spellEnd"/>
      <w:r w:rsidRPr="00812E92">
        <w:t xml:space="preserve"> </w:t>
      </w:r>
      <w:proofErr w:type="spellStart"/>
      <w:r w:rsidRPr="00812E92">
        <w:t>wskazanym</w:t>
      </w:r>
      <w:proofErr w:type="spellEnd"/>
      <w:r w:rsidRPr="00812E92">
        <w:t xml:space="preserve"> w </w:t>
      </w:r>
      <w:proofErr w:type="spellStart"/>
      <w:r w:rsidRPr="00812E92">
        <w:t>wezwaniu</w:t>
      </w:r>
      <w:proofErr w:type="spellEnd"/>
      <w:r w:rsidRPr="00812E92">
        <w:t>.</w:t>
      </w:r>
    </w:p>
    <w:p w14:paraId="68CE577E" w14:textId="68E82D86" w:rsidR="00B14F83" w:rsidRPr="00812E92" w:rsidRDefault="00E74136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E74136">
        <w:t>Komisja</w:t>
      </w:r>
      <w:proofErr w:type="spellEnd"/>
      <w:r w:rsidRPr="00E74136">
        <w:t xml:space="preserve"> </w:t>
      </w:r>
      <w:proofErr w:type="spellStart"/>
      <w:r w:rsidRPr="00E74136">
        <w:t>Rekrutacyjna</w:t>
      </w:r>
      <w:proofErr w:type="spellEnd"/>
      <w:r w:rsidRPr="00E74136">
        <w:t xml:space="preserve"> </w:t>
      </w:r>
      <w:proofErr w:type="spellStart"/>
      <w:r w:rsidRPr="00E74136">
        <w:t>weryfikuje</w:t>
      </w:r>
      <w:proofErr w:type="spellEnd"/>
      <w:r w:rsidRPr="00E74136">
        <w:t xml:space="preserve"> </w:t>
      </w:r>
      <w:proofErr w:type="spellStart"/>
      <w:r w:rsidRPr="00E74136">
        <w:t>kompletność</w:t>
      </w:r>
      <w:proofErr w:type="spellEnd"/>
      <w:r w:rsidRPr="00E74136">
        <w:t xml:space="preserve"> </w:t>
      </w:r>
      <w:proofErr w:type="spellStart"/>
      <w:r w:rsidRPr="00E74136">
        <w:t>dokumentacji</w:t>
      </w:r>
      <w:proofErr w:type="spellEnd"/>
      <w:r w:rsidRPr="00E74136">
        <w:t xml:space="preserve"> </w:t>
      </w:r>
      <w:proofErr w:type="spellStart"/>
      <w:r w:rsidRPr="00E74136">
        <w:t>i</w:t>
      </w:r>
      <w:proofErr w:type="spellEnd"/>
      <w:r w:rsidRPr="00E74136">
        <w:t xml:space="preserve"> </w:t>
      </w:r>
      <w:proofErr w:type="spellStart"/>
      <w:r w:rsidRPr="00E74136">
        <w:t>kwalifikowalność</w:t>
      </w:r>
      <w:proofErr w:type="spellEnd"/>
      <w:r w:rsidRPr="00E74136">
        <w:t xml:space="preserve"> </w:t>
      </w:r>
      <w:proofErr w:type="spellStart"/>
      <w:r w:rsidRPr="00E74136">
        <w:t>kandydatów</w:t>
      </w:r>
      <w:proofErr w:type="spellEnd"/>
      <w:r w:rsidRPr="00E74136">
        <w:t xml:space="preserve">, </w:t>
      </w:r>
      <w:proofErr w:type="spellStart"/>
      <w:r w:rsidRPr="00E74136">
        <w:t>ocenia</w:t>
      </w:r>
      <w:proofErr w:type="spellEnd"/>
      <w:r w:rsidRPr="00E74136">
        <w:t xml:space="preserve"> </w:t>
      </w:r>
      <w:proofErr w:type="spellStart"/>
      <w:r w:rsidRPr="00E74136">
        <w:t>spełnienie</w:t>
      </w:r>
      <w:proofErr w:type="spellEnd"/>
      <w:r w:rsidRPr="00E74136">
        <w:t xml:space="preserve"> </w:t>
      </w:r>
      <w:proofErr w:type="spellStart"/>
      <w:r w:rsidRPr="00E74136">
        <w:t>kryteriów</w:t>
      </w:r>
      <w:proofErr w:type="spellEnd"/>
      <w:r w:rsidRPr="00E74136">
        <w:t xml:space="preserve"> </w:t>
      </w:r>
      <w:proofErr w:type="spellStart"/>
      <w:r w:rsidRPr="00E74136">
        <w:t>rekrutacji</w:t>
      </w:r>
      <w:proofErr w:type="spellEnd"/>
      <w:r w:rsidRPr="00E74136">
        <w:t xml:space="preserve">, </w:t>
      </w:r>
      <w:proofErr w:type="spellStart"/>
      <w:r w:rsidRPr="00E74136">
        <w:t>przyznaje</w:t>
      </w:r>
      <w:proofErr w:type="spellEnd"/>
      <w:r w:rsidRPr="00E74136">
        <w:t xml:space="preserve"> </w:t>
      </w:r>
      <w:proofErr w:type="spellStart"/>
      <w:r w:rsidRPr="00E74136">
        <w:t>punkty</w:t>
      </w:r>
      <w:proofErr w:type="spellEnd"/>
      <w:r w:rsidRPr="00E74136">
        <w:t xml:space="preserve"> </w:t>
      </w:r>
      <w:proofErr w:type="spellStart"/>
      <w:r w:rsidRPr="00E74136">
        <w:t>oraz</w:t>
      </w:r>
      <w:proofErr w:type="spellEnd"/>
      <w:r w:rsidRPr="00E74136">
        <w:t xml:space="preserve"> </w:t>
      </w:r>
      <w:proofErr w:type="spellStart"/>
      <w:r w:rsidRPr="00E74136">
        <w:t>kwalifikuje</w:t>
      </w:r>
      <w:proofErr w:type="spellEnd"/>
      <w:r w:rsidRPr="00E74136">
        <w:t xml:space="preserve"> </w:t>
      </w:r>
      <w:proofErr w:type="spellStart"/>
      <w:r w:rsidRPr="00E74136">
        <w:t>uczestników</w:t>
      </w:r>
      <w:proofErr w:type="spellEnd"/>
      <w:r w:rsidRPr="00E74136">
        <w:t xml:space="preserve"> do </w:t>
      </w:r>
      <w:proofErr w:type="spellStart"/>
      <w:r w:rsidRPr="00E74136">
        <w:t>odpowiednich</w:t>
      </w:r>
      <w:proofErr w:type="spellEnd"/>
      <w:r w:rsidRPr="00E74136">
        <w:t xml:space="preserve"> form </w:t>
      </w:r>
      <w:proofErr w:type="spellStart"/>
      <w:r w:rsidRPr="00E74136">
        <w:t>wsparcia</w:t>
      </w:r>
      <w:proofErr w:type="spellEnd"/>
      <w:r w:rsidRPr="00E74136">
        <w:t xml:space="preserve">. </w:t>
      </w:r>
      <w:proofErr w:type="spellStart"/>
      <w:r w:rsidRPr="00E74136">
        <w:t>Wyniki</w:t>
      </w:r>
      <w:proofErr w:type="spellEnd"/>
      <w:r w:rsidRPr="00E74136">
        <w:t xml:space="preserve"> </w:t>
      </w:r>
      <w:proofErr w:type="spellStart"/>
      <w:r w:rsidRPr="00E74136">
        <w:t>rekrutacji</w:t>
      </w:r>
      <w:proofErr w:type="spellEnd"/>
      <w:r w:rsidRPr="00E74136">
        <w:t xml:space="preserve">, w </w:t>
      </w:r>
      <w:proofErr w:type="spellStart"/>
      <w:r w:rsidRPr="00E74136">
        <w:t>tym</w:t>
      </w:r>
      <w:proofErr w:type="spellEnd"/>
      <w:r w:rsidRPr="00E74136">
        <w:t xml:space="preserve"> </w:t>
      </w:r>
      <w:proofErr w:type="spellStart"/>
      <w:r w:rsidRPr="00E74136">
        <w:t>listy</w:t>
      </w:r>
      <w:proofErr w:type="spellEnd"/>
      <w:r w:rsidRPr="00E74136">
        <w:t xml:space="preserve"> </w:t>
      </w:r>
      <w:proofErr w:type="spellStart"/>
      <w:r w:rsidRPr="00E74136">
        <w:t>rankingowe</w:t>
      </w:r>
      <w:proofErr w:type="spellEnd"/>
      <w:r w:rsidRPr="00E74136">
        <w:t xml:space="preserve">, </w:t>
      </w:r>
      <w:proofErr w:type="spellStart"/>
      <w:r w:rsidRPr="00E74136">
        <w:t>osoby</w:t>
      </w:r>
      <w:proofErr w:type="spellEnd"/>
      <w:r w:rsidRPr="00E74136">
        <w:t xml:space="preserve"> </w:t>
      </w:r>
      <w:proofErr w:type="spellStart"/>
      <w:r w:rsidRPr="00E74136">
        <w:t>zakwalifikowane</w:t>
      </w:r>
      <w:proofErr w:type="spellEnd"/>
      <w:r w:rsidRPr="00E74136">
        <w:t xml:space="preserve"> </w:t>
      </w:r>
      <w:proofErr w:type="spellStart"/>
      <w:r w:rsidRPr="00E74136">
        <w:t>oraz</w:t>
      </w:r>
      <w:proofErr w:type="spellEnd"/>
      <w:r w:rsidRPr="00E74136">
        <w:t xml:space="preserve"> – w </w:t>
      </w:r>
      <w:proofErr w:type="spellStart"/>
      <w:r w:rsidRPr="00E74136">
        <w:t>razie</w:t>
      </w:r>
      <w:proofErr w:type="spellEnd"/>
      <w:r w:rsidRPr="00E74136">
        <w:t xml:space="preserve"> </w:t>
      </w:r>
      <w:proofErr w:type="spellStart"/>
      <w:r w:rsidRPr="00E74136">
        <w:t>potrzeby</w:t>
      </w:r>
      <w:proofErr w:type="spellEnd"/>
      <w:r w:rsidRPr="00E74136">
        <w:t xml:space="preserve"> – </w:t>
      </w:r>
      <w:proofErr w:type="spellStart"/>
      <w:r w:rsidRPr="00E74136">
        <w:t>osoby</w:t>
      </w:r>
      <w:proofErr w:type="spellEnd"/>
      <w:r w:rsidRPr="00E74136">
        <w:t xml:space="preserve"> </w:t>
      </w:r>
      <w:proofErr w:type="spellStart"/>
      <w:r w:rsidRPr="00E74136">
        <w:t>umieszczone</w:t>
      </w:r>
      <w:proofErr w:type="spellEnd"/>
      <w:r w:rsidRPr="00E74136">
        <w:t xml:space="preserve"> </w:t>
      </w:r>
      <w:proofErr w:type="spellStart"/>
      <w:r w:rsidRPr="00E74136">
        <w:t>na</w:t>
      </w:r>
      <w:proofErr w:type="spellEnd"/>
      <w:r w:rsidRPr="00E74136">
        <w:t xml:space="preserve"> </w:t>
      </w:r>
      <w:proofErr w:type="spellStart"/>
      <w:r w:rsidRPr="00E74136">
        <w:t>liście</w:t>
      </w:r>
      <w:proofErr w:type="spellEnd"/>
      <w:r w:rsidRPr="00E74136">
        <w:t xml:space="preserve"> </w:t>
      </w:r>
      <w:proofErr w:type="spellStart"/>
      <w:r w:rsidRPr="00E74136">
        <w:t>rezerwowej</w:t>
      </w:r>
      <w:proofErr w:type="spellEnd"/>
      <w:r w:rsidRPr="00E74136">
        <w:t xml:space="preserve">, </w:t>
      </w:r>
      <w:proofErr w:type="spellStart"/>
      <w:r w:rsidRPr="00E74136">
        <w:t>ujmuje</w:t>
      </w:r>
      <w:proofErr w:type="spellEnd"/>
      <w:r w:rsidRPr="00E74136">
        <w:t xml:space="preserve"> </w:t>
      </w:r>
      <w:proofErr w:type="spellStart"/>
      <w:r w:rsidRPr="00E74136">
        <w:t>się</w:t>
      </w:r>
      <w:proofErr w:type="spellEnd"/>
      <w:r w:rsidRPr="00E74136">
        <w:t xml:space="preserve"> w </w:t>
      </w:r>
      <w:proofErr w:type="spellStart"/>
      <w:r w:rsidRPr="00E74136">
        <w:t>protokole</w:t>
      </w:r>
      <w:proofErr w:type="spellEnd"/>
      <w:r w:rsidRPr="00E74136">
        <w:t xml:space="preserve"> </w:t>
      </w:r>
      <w:proofErr w:type="spellStart"/>
      <w:r w:rsidRPr="00E74136">
        <w:t>Komisji</w:t>
      </w:r>
      <w:proofErr w:type="spellEnd"/>
      <w:r w:rsidRPr="00E74136">
        <w:t xml:space="preserve"> </w:t>
      </w:r>
      <w:proofErr w:type="spellStart"/>
      <w:r w:rsidRPr="00E74136">
        <w:t>Rekrutacyjnej</w:t>
      </w:r>
      <w:proofErr w:type="spellEnd"/>
      <w:r w:rsidR="006F5905" w:rsidRPr="00812E92">
        <w:t>.</w:t>
      </w:r>
    </w:p>
    <w:p w14:paraId="4EFF5F3B" w14:textId="77777777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812E92">
        <w:t>Kwalifikowalność</w:t>
      </w:r>
      <w:proofErr w:type="spellEnd"/>
      <w:r w:rsidRPr="00812E92">
        <w:t xml:space="preserve"> </w:t>
      </w:r>
      <w:proofErr w:type="spellStart"/>
      <w:r w:rsidRPr="00812E92">
        <w:t>może</w:t>
      </w:r>
      <w:proofErr w:type="spellEnd"/>
      <w:r w:rsidRPr="00812E92">
        <w:t xml:space="preserve"> </w:t>
      </w:r>
      <w:proofErr w:type="spellStart"/>
      <w:r w:rsidRPr="00812E92">
        <w:t>zostać</w:t>
      </w:r>
      <w:proofErr w:type="spellEnd"/>
      <w:r w:rsidRPr="00812E92">
        <w:t xml:space="preserve"> </w:t>
      </w:r>
      <w:proofErr w:type="spellStart"/>
      <w:r w:rsidRPr="00812E92">
        <w:t>potwierdzona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etapie</w:t>
      </w:r>
      <w:proofErr w:type="spellEnd"/>
      <w:r w:rsidRPr="00812E92">
        <w:t xml:space="preserve"> </w:t>
      </w:r>
      <w:proofErr w:type="spellStart"/>
      <w:r w:rsidRPr="00812E92">
        <w:t>rekrutacji</w:t>
      </w:r>
      <w:proofErr w:type="spellEnd"/>
      <w:r w:rsidRPr="00812E92">
        <w:t xml:space="preserve">. </w:t>
      </w:r>
      <w:proofErr w:type="spellStart"/>
      <w:r w:rsidRPr="00812E92">
        <w:t>Jeżeli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tym</w:t>
      </w:r>
      <w:proofErr w:type="spellEnd"/>
      <w:r w:rsidRPr="00812E92">
        <w:t xml:space="preserve"> </w:t>
      </w:r>
      <w:proofErr w:type="spellStart"/>
      <w:r w:rsidRPr="00812E92">
        <w:t>etapie</w:t>
      </w:r>
      <w:proofErr w:type="spellEnd"/>
      <w:r w:rsidRPr="00812E92">
        <w:t xml:space="preserve"> </w:t>
      </w:r>
      <w:proofErr w:type="spellStart"/>
      <w:r w:rsidRPr="00812E92">
        <w:t>dokonano</w:t>
      </w:r>
      <w:proofErr w:type="spellEnd"/>
      <w:r w:rsidRPr="00812E92">
        <w:t xml:space="preserve"> </w:t>
      </w:r>
      <w:proofErr w:type="spellStart"/>
      <w:r w:rsidRPr="00812E92">
        <w:t>wyłącznie</w:t>
      </w:r>
      <w:proofErr w:type="spellEnd"/>
      <w:r w:rsidRPr="00812E92">
        <w:t xml:space="preserve"> </w:t>
      </w:r>
      <w:proofErr w:type="spellStart"/>
      <w:r w:rsidRPr="00812E92">
        <w:t>kwalifikacji</w:t>
      </w:r>
      <w:proofErr w:type="spellEnd"/>
      <w:r w:rsidRPr="00812E92">
        <w:t xml:space="preserve"> </w:t>
      </w:r>
      <w:proofErr w:type="spellStart"/>
      <w:r w:rsidRPr="00812E92">
        <w:t>wstępnej</w:t>
      </w:r>
      <w:proofErr w:type="spellEnd"/>
      <w:r w:rsidRPr="00812E92">
        <w:t xml:space="preserve">, </w:t>
      </w:r>
      <w:proofErr w:type="spellStart"/>
      <w:r w:rsidRPr="00812E92">
        <w:t>ostateczne</w:t>
      </w:r>
      <w:proofErr w:type="spellEnd"/>
      <w:r w:rsidRPr="00812E92">
        <w:t xml:space="preserve"> </w:t>
      </w:r>
      <w:proofErr w:type="spellStart"/>
      <w:r w:rsidRPr="00812E92">
        <w:t>potwierdzenie</w:t>
      </w:r>
      <w:proofErr w:type="spellEnd"/>
      <w:r w:rsidRPr="00812E92">
        <w:t xml:space="preserve"> </w:t>
      </w:r>
      <w:proofErr w:type="spellStart"/>
      <w:r w:rsidRPr="00812E92">
        <w:t>spełnienia</w:t>
      </w:r>
      <w:proofErr w:type="spellEnd"/>
      <w:r w:rsidRPr="00812E92">
        <w:t xml:space="preserve"> </w:t>
      </w:r>
      <w:proofErr w:type="spellStart"/>
      <w:r w:rsidRPr="00812E92">
        <w:t>wszystkich</w:t>
      </w:r>
      <w:proofErr w:type="spellEnd"/>
      <w:r w:rsidRPr="00812E92">
        <w:t xml:space="preserve"> </w:t>
      </w:r>
      <w:proofErr w:type="spellStart"/>
      <w:r w:rsidRPr="00812E92">
        <w:t>warunków</w:t>
      </w:r>
      <w:proofErr w:type="spellEnd"/>
      <w:r w:rsidRPr="00812E92">
        <w:t xml:space="preserve"> </w:t>
      </w:r>
      <w:proofErr w:type="spellStart"/>
      <w:r w:rsidRPr="00812E92">
        <w:t>kwalifikowalności</w:t>
      </w:r>
      <w:proofErr w:type="spellEnd"/>
      <w:r w:rsidRPr="00812E92">
        <w:t xml:space="preserve"> </w:t>
      </w:r>
      <w:proofErr w:type="spellStart"/>
      <w:r w:rsidRPr="00812E92">
        <w:t>następuje</w:t>
      </w:r>
      <w:proofErr w:type="spellEnd"/>
      <w:r w:rsidRPr="00812E92">
        <w:t xml:space="preserve"> </w:t>
      </w:r>
      <w:proofErr w:type="spellStart"/>
      <w:r w:rsidRPr="00812E92">
        <w:t>bezpośrednio</w:t>
      </w:r>
      <w:proofErr w:type="spellEnd"/>
      <w:r w:rsidRPr="00812E92">
        <w:t xml:space="preserve"> </w:t>
      </w:r>
      <w:proofErr w:type="spellStart"/>
      <w:r w:rsidRPr="00812E92">
        <w:t>przed</w:t>
      </w:r>
      <w:proofErr w:type="spellEnd"/>
      <w:r w:rsidRPr="00812E92">
        <w:t xml:space="preserve"> </w:t>
      </w:r>
      <w:proofErr w:type="spellStart"/>
      <w:r w:rsidRPr="00812E92">
        <w:t>udzieleniem</w:t>
      </w:r>
      <w:proofErr w:type="spellEnd"/>
      <w:r w:rsidRPr="00812E92">
        <w:t xml:space="preserve"> </w:t>
      </w:r>
      <w:proofErr w:type="spellStart"/>
      <w:r w:rsidRPr="00812E92">
        <w:t>pierwszej</w:t>
      </w:r>
      <w:proofErr w:type="spellEnd"/>
      <w:r w:rsidRPr="00812E92">
        <w:t xml:space="preserve"> </w:t>
      </w:r>
      <w:proofErr w:type="spellStart"/>
      <w:r w:rsidRPr="00812E92">
        <w:t>formy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>.</w:t>
      </w:r>
    </w:p>
    <w:p w14:paraId="35F527D6" w14:textId="0BCE79A0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812E92">
        <w:t>Najpóźniej</w:t>
      </w:r>
      <w:proofErr w:type="spellEnd"/>
      <w:r w:rsidRPr="00812E92">
        <w:t xml:space="preserve"> </w:t>
      </w:r>
      <w:proofErr w:type="spellStart"/>
      <w:r w:rsidRPr="00812E92">
        <w:t>przed</w:t>
      </w:r>
      <w:proofErr w:type="spellEnd"/>
      <w:r w:rsidRPr="00812E92">
        <w:t xml:space="preserve"> </w:t>
      </w:r>
      <w:proofErr w:type="spellStart"/>
      <w:r w:rsidRPr="00812E92">
        <w:t>udzieleniem</w:t>
      </w:r>
      <w:proofErr w:type="spellEnd"/>
      <w:r w:rsidRPr="00812E92">
        <w:t xml:space="preserve"> </w:t>
      </w:r>
      <w:proofErr w:type="spellStart"/>
      <w:r w:rsidRPr="00812E92">
        <w:t>pierwszej</w:t>
      </w:r>
      <w:proofErr w:type="spellEnd"/>
      <w:r w:rsidRPr="00812E92">
        <w:t xml:space="preserve"> </w:t>
      </w:r>
      <w:proofErr w:type="spellStart"/>
      <w:r w:rsidRPr="00812E92">
        <w:t>formy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Beneficjent</w:t>
      </w:r>
      <w:proofErr w:type="spellEnd"/>
      <w:r w:rsidRPr="00812E92">
        <w:t xml:space="preserve"> </w:t>
      </w:r>
      <w:proofErr w:type="spellStart"/>
      <w:r w:rsidRPr="00812E92">
        <w:t>uzyskuje</w:t>
      </w:r>
      <w:proofErr w:type="spellEnd"/>
      <w:r w:rsidRPr="00812E92">
        <w:t xml:space="preserve"> </w:t>
      </w:r>
      <w:proofErr w:type="spellStart"/>
      <w:r w:rsidRPr="00812E92">
        <w:t>wymagane</w:t>
      </w:r>
      <w:proofErr w:type="spellEnd"/>
      <w:r w:rsidRPr="00812E92">
        <w:t xml:space="preserve"> </w:t>
      </w:r>
      <w:proofErr w:type="spellStart"/>
      <w:r w:rsidRPr="00812E92">
        <w:t>dane</w:t>
      </w:r>
      <w:proofErr w:type="spellEnd"/>
      <w:r w:rsidRPr="00812E92">
        <w:t xml:space="preserve"> </w:t>
      </w:r>
      <w:proofErr w:type="spellStart"/>
      <w:r w:rsidRPr="00812E92">
        <w:t>uczestnika</w:t>
      </w:r>
      <w:proofErr w:type="spellEnd"/>
      <w:r w:rsidRPr="00812E92">
        <w:t xml:space="preserve"> </w:t>
      </w:r>
      <w:proofErr w:type="spellStart"/>
      <w:r w:rsidRPr="00812E92">
        <w:t>niezbędne</w:t>
      </w:r>
      <w:proofErr w:type="spellEnd"/>
      <w:r w:rsidRPr="00812E92">
        <w:t xml:space="preserve"> do </w:t>
      </w:r>
      <w:proofErr w:type="spellStart"/>
      <w:r w:rsidRPr="00812E92">
        <w:t>monitorowania</w:t>
      </w:r>
      <w:proofErr w:type="spellEnd"/>
      <w:r w:rsidRPr="00812E92">
        <w:t xml:space="preserve"> </w:t>
      </w:r>
      <w:proofErr w:type="spellStart"/>
      <w:r w:rsidRPr="00812E92">
        <w:t>wskaźników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ewaluacji</w:t>
      </w:r>
      <w:proofErr w:type="spellEnd"/>
      <w:r w:rsidRPr="00812E92">
        <w:t xml:space="preserve">, </w:t>
      </w:r>
      <w:proofErr w:type="spellStart"/>
      <w:r w:rsidRPr="00812E92">
        <w:t>potwierdzenie</w:t>
      </w:r>
      <w:proofErr w:type="spellEnd"/>
      <w:r w:rsidRPr="00812E92">
        <w:t xml:space="preserve"> </w:t>
      </w:r>
      <w:proofErr w:type="spellStart"/>
      <w:r w:rsidRPr="00812E92">
        <w:t>zapoznania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z </w:t>
      </w:r>
      <w:proofErr w:type="spellStart"/>
      <w:r w:rsidRPr="00812E92">
        <w:t>informacjami</w:t>
      </w:r>
      <w:proofErr w:type="spellEnd"/>
      <w:r w:rsidRPr="00812E92">
        <w:t xml:space="preserve"> </w:t>
      </w:r>
      <w:proofErr w:type="spellStart"/>
      <w:r w:rsidRPr="00812E92">
        <w:t>wynikającymi</w:t>
      </w:r>
      <w:proofErr w:type="spellEnd"/>
      <w:r w:rsidRPr="00812E92">
        <w:t xml:space="preserve"> z art. 13 </w:t>
      </w:r>
      <w:proofErr w:type="spellStart"/>
      <w:r w:rsidRPr="00812E92">
        <w:t>i</w:t>
      </w:r>
      <w:proofErr w:type="spellEnd"/>
      <w:r w:rsidRPr="00812E92">
        <w:t xml:space="preserve"> art. 14 RODO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zobowiązanie</w:t>
      </w:r>
      <w:proofErr w:type="spellEnd"/>
      <w:r w:rsidRPr="00812E92">
        <w:t xml:space="preserve"> </w:t>
      </w:r>
      <w:proofErr w:type="spellStart"/>
      <w:r w:rsidRPr="00812E92">
        <w:t>uczestnika</w:t>
      </w:r>
      <w:proofErr w:type="spellEnd"/>
      <w:r w:rsidRPr="00812E92">
        <w:t xml:space="preserve"> do </w:t>
      </w:r>
      <w:proofErr w:type="spellStart"/>
      <w:r w:rsidRPr="00812E92">
        <w:t>przekazania</w:t>
      </w:r>
      <w:proofErr w:type="spellEnd"/>
      <w:r w:rsidRPr="00812E92">
        <w:t xml:space="preserve"> </w:t>
      </w:r>
      <w:proofErr w:type="spellStart"/>
      <w:r w:rsidRPr="00812E92">
        <w:t>informacji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temat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sytuacji</w:t>
      </w:r>
      <w:proofErr w:type="spellEnd"/>
      <w:r w:rsidRPr="00812E92">
        <w:t xml:space="preserve"> po </w:t>
      </w:r>
      <w:proofErr w:type="spellStart"/>
      <w:r w:rsidRPr="00812E92">
        <w:t>opuszczeniu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zasadach</w:t>
      </w:r>
      <w:proofErr w:type="spellEnd"/>
      <w:r w:rsidRPr="00812E92">
        <w:t xml:space="preserve"> </w:t>
      </w:r>
      <w:proofErr w:type="spellStart"/>
      <w:r w:rsidRPr="00812E92">
        <w:t>określonych</w:t>
      </w:r>
      <w:proofErr w:type="spellEnd"/>
      <w:r w:rsidRPr="00812E92">
        <w:t xml:space="preserve"> w § 9</w:t>
      </w:r>
      <w:r w:rsidR="00B83109" w:rsidRPr="00B83109">
        <w:t xml:space="preserve"> </w:t>
      </w:r>
      <w:proofErr w:type="spellStart"/>
      <w:r w:rsidR="00B83109" w:rsidRPr="00B83109">
        <w:t>ust</w:t>
      </w:r>
      <w:proofErr w:type="spellEnd"/>
      <w:r w:rsidR="00B83109" w:rsidRPr="00B83109">
        <w:t>. 2 lit. f</w:t>
      </w:r>
      <w:r w:rsidRPr="00812E92">
        <w:t xml:space="preserve">. 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czynności</w:t>
      </w:r>
      <w:proofErr w:type="spellEnd"/>
      <w:r w:rsidRPr="00812E92">
        <w:t xml:space="preserve"> </w:t>
      </w:r>
      <w:proofErr w:type="spellStart"/>
      <w:r w:rsidRPr="00812E92">
        <w:t>te</w:t>
      </w:r>
      <w:proofErr w:type="spellEnd"/>
      <w:r w:rsidRPr="00812E92">
        <w:t xml:space="preserve"> </w:t>
      </w:r>
      <w:proofErr w:type="spellStart"/>
      <w:r w:rsidRPr="00812E92">
        <w:t>wykonuje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rodzic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</w:t>
      </w:r>
      <w:proofErr w:type="spellEnd"/>
      <w:r w:rsidRPr="00812E92">
        <w:t xml:space="preserve"> prawny.</w:t>
      </w:r>
    </w:p>
    <w:p w14:paraId="19060893" w14:textId="46346D56" w:rsidR="00B14F83" w:rsidRPr="00812E92" w:rsidRDefault="00BD6429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BD6429">
        <w:t>Każde</w:t>
      </w:r>
      <w:proofErr w:type="spellEnd"/>
      <w:r w:rsidRPr="00BD6429">
        <w:t xml:space="preserve"> </w:t>
      </w:r>
      <w:proofErr w:type="spellStart"/>
      <w:r w:rsidRPr="00BD6429">
        <w:t>oświadczenie</w:t>
      </w:r>
      <w:proofErr w:type="spellEnd"/>
      <w:r w:rsidRPr="00BD6429">
        <w:t xml:space="preserve"> </w:t>
      </w:r>
      <w:proofErr w:type="spellStart"/>
      <w:r w:rsidRPr="00BD6429">
        <w:t>składane</w:t>
      </w:r>
      <w:proofErr w:type="spellEnd"/>
      <w:r w:rsidRPr="00BD6429">
        <w:t xml:space="preserve"> </w:t>
      </w:r>
      <w:proofErr w:type="spellStart"/>
      <w:r w:rsidRPr="00BD6429">
        <w:t>przez</w:t>
      </w:r>
      <w:proofErr w:type="spellEnd"/>
      <w:r w:rsidRPr="00BD6429">
        <w:t xml:space="preserve"> </w:t>
      </w:r>
      <w:proofErr w:type="spellStart"/>
      <w:r w:rsidRPr="00BD6429">
        <w:t>kandydata</w:t>
      </w:r>
      <w:proofErr w:type="spellEnd"/>
      <w:r w:rsidRPr="00BD6429">
        <w:t xml:space="preserve"> </w:t>
      </w:r>
      <w:proofErr w:type="spellStart"/>
      <w:r w:rsidRPr="00BD6429">
        <w:t>lub</w:t>
      </w:r>
      <w:proofErr w:type="spellEnd"/>
      <w:r w:rsidRPr="00BD6429">
        <w:t xml:space="preserve"> </w:t>
      </w:r>
      <w:proofErr w:type="spellStart"/>
      <w:r w:rsidRPr="00BD6429">
        <w:t>uczestnika</w:t>
      </w:r>
      <w:proofErr w:type="spellEnd"/>
      <w:r w:rsidRPr="00BD6429">
        <w:t xml:space="preserve">, a w </w:t>
      </w:r>
      <w:proofErr w:type="spellStart"/>
      <w:r w:rsidRPr="00BD6429">
        <w:t>przypadku</w:t>
      </w:r>
      <w:proofErr w:type="spellEnd"/>
      <w:r w:rsidRPr="00BD6429">
        <w:t xml:space="preserve"> </w:t>
      </w:r>
      <w:proofErr w:type="spellStart"/>
      <w:r w:rsidRPr="00BD6429">
        <w:t>dziecka</w:t>
      </w:r>
      <w:proofErr w:type="spellEnd"/>
      <w:r w:rsidRPr="00BD6429">
        <w:t xml:space="preserve"> </w:t>
      </w:r>
      <w:proofErr w:type="spellStart"/>
      <w:r w:rsidRPr="00BD6429">
        <w:t>przez</w:t>
      </w:r>
      <w:proofErr w:type="spellEnd"/>
      <w:r w:rsidRPr="00BD6429">
        <w:t xml:space="preserve"> </w:t>
      </w:r>
      <w:proofErr w:type="spellStart"/>
      <w:r w:rsidRPr="00BD6429">
        <w:t>jego</w:t>
      </w:r>
      <w:proofErr w:type="spellEnd"/>
      <w:r w:rsidRPr="00BD6429">
        <w:t xml:space="preserve"> </w:t>
      </w:r>
      <w:proofErr w:type="spellStart"/>
      <w:r w:rsidRPr="00BD6429">
        <w:t>rodzica</w:t>
      </w:r>
      <w:proofErr w:type="spellEnd"/>
      <w:r w:rsidRPr="00BD6429">
        <w:t xml:space="preserve"> </w:t>
      </w:r>
      <w:proofErr w:type="spellStart"/>
      <w:r w:rsidRPr="00BD6429">
        <w:t>lub</w:t>
      </w:r>
      <w:proofErr w:type="spellEnd"/>
      <w:r w:rsidRPr="00BD6429">
        <w:t xml:space="preserve"> </w:t>
      </w:r>
      <w:proofErr w:type="spellStart"/>
      <w:r w:rsidRPr="00BD6429">
        <w:t>opiekuna</w:t>
      </w:r>
      <w:proofErr w:type="spellEnd"/>
      <w:r w:rsidRPr="00BD6429">
        <w:t xml:space="preserve"> </w:t>
      </w:r>
      <w:proofErr w:type="spellStart"/>
      <w:r w:rsidRPr="00BD6429">
        <w:t>prawnego</w:t>
      </w:r>
      <w:proofErr w:type="spellEnd"/>
      <w:r w:rsidRPr="00BD6429">
        <w:t xml:space="preserve">, </w:t>
      </w:r>
      <w:proofErr w:type="spellStart"/>
      <w:r w:rsidRPr="00BD6429">
        <w:t>musi</w:t>
      </w:r>
      <w:proofErr w:type="spellEnd"/>
      <w:r w:rsidRPr="00BD6429">
        <w:t xml:space="preserve"> </w:t>
      </w:r>
      <w:proofErr w:type="spellStart"/>
      <w:r w:rsidRPr="00BD6429">
        <w:t>zawierać</w:t>
      </w:r>
      <w:proofErr w:type="spellEnd"/>
      <w:r w:rsidRPr="00BD6429">
        <w:t xml:space="preserve"> </w:t>
      </w:r>
      <w:proofErr w:type="spellStart"/>
      <w:r w:rsidRPr="00BD6429">
        <w:t>datę</w:t>
      </w:r>
      <w:proofErr w:type="spellEnd"/>
      <w:r w:rsidRPr="00BD6429">
        <w:t xml:space="preserve"> </w:t>
      </w:r>
      <w:proofErr w:type="spellStart"/>
      <w:r w:rsidRPr="00BD6429">
        <w:t>jego</w:t>
      </w:r>
      <w:proofErr w:type="spellEnd"/>
      <w:r w:rsidRPr="00BD6429">
        <w:t xml:space="preserve"> </w:t>
      </w:r>
      <w:proofErr w:type="spellStart"/>
      <w:r w:rsidRPr="00BD6429">
        <w:t>złożenia</w:t>
      </w:r>
      <w:proofErr w:type="spellEnd"/>
      <w:r w:rsidRPr="00BD6429">
        <w:t xml:space="preserve"> </w:t>
      </w:r>
      <w:proofErr w:type="spellStart"/>
      <w:r w:rsidRPr="00BD6429">
        <w:t>lub</w:t>
      </w:r>
      <w:proofErr w:type="spellEnd"/>
      <w:r w:rsidRPr="00BD6429">
        <w:t xml:space="preserve"> </w:t>
      </w:r>
      <w:proofErr w:type="spellStart"/>
      <w:r w:rsidRPr="00BD6429">
        <w:t>podpisania</w:t>
      </w:r>
      <w:proofErr w:type="spellEnd"/>
      <w:r w:rsidRPr="00BD6429">
        <w:t xml:space="preserve"> </w:t>
      </w:r>
      <w:proofErr w:type="spellStart"/>
      <w:r w:rsidRPr="00BD6429">
        <w:t>oraz</w:t>
      </w:r>
      <w:proofErr w:type="spellEnd"/>
      <w:r w:rsidRPr="00BD6429">
        <w:t xml:space="preserve"> </w:t>
      </w:r>
      <w:proofErr w:type="spellStart"/>
      <w:r w:rsidRPr="00BD6429">
        <w:t>podpis</w:t>
      </w:r>
      <w:proofErr w:type="spellEnd"/>
      <w:r w:rsidRPr="00BD6429">
        <w:t xml:space="preserve"> </w:t>
      </w:r>
      <w:proofErr w:type="spellStart"/>
      <w:r w:rsidRPr="00BD6429">
        <w:t>osoby</w:t>
      </w:r>
      <w:proofErr w:type="spellEnd"/>
      <w:r w:rsidRPr="00BD6429">
        <w:t xml:space="preserve"> </w:t>
      </w:r>
      <w:proofErr w:type="spellStart"/>
      <w:r w:rsidRPr="00BD6429">
        <w:t>składającej</w:t>
      </w:r>
      <w:proofErr w:type="spellEnd"/>
      <w:r w:rsidRPr="00BD6429">
        <w:t xml:space="preserve"> </w:t>
      </w:r>
      <w:proofErr w:type="spellStart"/>
      <w:r w:rsidRPr="00BD6429">
        <w:t>oświadczenie</w:t>
      </w:r>
      <w:proofErr w:type="spellEnd"/>
      <w:r w:rsidRPr="00BD6429">
        <w:t xml:space="preserve">. </w:t>
      </w:r>
      <w:proofErr w:type="spellStart"/>
      <w:r w:rsidRPr="00BD6429">
        <w:t>Oświadczenia</w:t>
      </w:r>
      <w:proofErr w:type="spellEnd"/>
      <w:r w:rsidRPr="00BD6429">
        <w:t xml:space="preserve"> </w:t>
      </w:r>
      <w:proofErr w:type="spellStart"/>
      <w:r w:rsidRPr="00BD6429">
        <w:t>rodzica</w:t>
      </w:r>
      <w:proofErr w:type="spellEnd"/>
      <w:r w:rsidRPr="00BD6429">
        <w:t xml:space="preserve"> </w:t>
      </w:r>
      <w:proofErr w:type="spellStart"/>
      <w:r w:rsidRPr="00BD6429">
        <w:t>lub</w:t>
      </w:r>
      <w:proofErr w:type="spellEnd"/>
      <w:r w:rsidRPr="00BD6429">
        <w:t xml:space="preserve"> </w:t>
      </w:r>
      <w:proofErr w:type="spellStart"/>
      <w:r w:rsidRPr="00BD6429">
        <w:t>opiekuna</w:t>
      </w:r>
      <w:proofErr w:type="spellEnd"/>
      <w:r w:rsidRPr="00BD6429">
        <w:t xml:space="preserve"> </w:t>
      </w:r>
      <w:proofErr w:type="spellStart"/>
      <w:r w:rsidRPr="00BD6429">
        <w:t>prawnego</w:t>
      </w:r>
      <w:proofErr w:type="spellEnd"/>
      <w:r w:rsidRPr="00BD6429">
        <w:t xml:space="preserve"> </w:t>
      </w:r>
      <w:proofErr w:type="spellStart"/>
      <w:r w:rsidRPr="00BD6429">
        <w:t>oraz</w:t>
      </w:r>
      <w:proofErr w:type="spellEnd"/>
      <w:r w:rsidRPr="00BD6429">
        <w:t xml:space="preserve"> </w:t>
      </w:r>
      <w:proofErr w:type="spellStart"/>
      <w:r w:rsidRPr="00BD6429">
        <w:t>oświadczenia</w:t>
      </w:r>
      <w:proofErr w:type="spellEnd"/>
      <w:r w:rsidRPr="00BD6429">
        <w:t xml:space="preserve"> </w:t>
      </w:r>
      <w:proofErr w:type="spellStart"/>
      <w:r w:rsidRPr="00BD6429">
        <w:t>nauczyciela</w:t>
      </w:r>
      <w:proofErr w:type="spellEnd"/>
      <w:r w:rsidRPr="00BD6429">
        <w:t>/</w:t>
      </w:r>
      <w:proofErr w:type="spellStart"/>
      <w:r w:rsidRPr="00BD6429">
        <w:t>nauczycielki</w:t>
      </w:r>
      <w:proofErr w:type="spellEnd"/>
      <w:r w:rsidRPr="00BD6429">
        <w:t xml:space="preserve"> </w:t>
      </w:r>
      <w:proofErr w:type="spellStart"/>
      <w:r w:rsidRPr="00BD6429">
        <w:t>zawarte</w:t>
      </w:r>
      <w:proofErr w:type="spellEnd"/>
      <w:r w:rsidRPr="00BD6429">
        <w:t xml:space="preserve"> w </w:t>
      </w:r>
      <w:proofErr w:type="spellStart"/>
      <w:r w:rsidRPr="00BD6429">
        <w:t>częściach</w:t>
      </w:r>
      <w:proofErr w:type="spellEnd"/>
      <w:r w:rsidRPr="00BD6429">
        <w:t xml:space="preserve"> A–I </w:t>
      </w:r>
      <w:proofErr w:type="spellStart"/>
      <w:r w:rsidRPr="00BD6429">
        <w:t>odpowiedniego</w:t>
      </w:r>
      <w:proofErr w:type="spellEnd"/>
      <w:r w:rsidRPr="00BD6429">
        <w:t xml:space="preserve"> </w:t>
      </w:r>
      <w:proofErr w:type="spellStart"/>
      <w:r w:rsidRPr="00BD6429">
        <w:t>formularza</w:t>
      </w:r>
      <w:proofErr w:type="spellEnd"/>
      <w:r w:rsidRPr="00BD6429">
        <w:t xml:space="preserve"> </w:t>
      </w:r>
      <w:proofErr w:type="spellStart"/>
      <w:r w:rsidRPr="00BD6429">
        <w:t>rekrutacyjnego</w:t>
      </w:r>
      <w:proofErr w:type="spellEnd"/>
      <w:r w:rsidRPr="00BD6429">
        <w:t xml:space="preserve"> </w:t>
      </w:r>
      <w:proofErr w:type="spellStart"/>
      <w:r w:rsidRPr="00BD6429">
        <w:t>są</w:t>
      </w:r>
      <w:proofErr w:type="spellEnd"/>
      <w:r w:rsidRPr="00BD6429">
        <w:t xml:space="preserve"> </w:t>
      </w:r>
      <w:proofErr w:type="spellStart"/>
      <w:r w:rsidRPr="00BD6429">
        <w:t>objęte</w:t>
      </w:r>
      <w:proofErr w:type="spellEnd"/>
      <w:r w:rsidRPr="00BD6429">
        <w:t xml:space="preserve"> </w:t>
      </w:r>
      <w:proofErr w:type="spellStart"/>
      <w:r w:rsidRPr="00BD6429">
        <w:t>wspólną</w:t>
      </w:r>
      <w:proofErr w:type="spellEnd"/>
      <w:r w:rsidRPr="00BD6429">
        <w:t xml:space="preserve"> </w:t>
      </w:r>
      <w:proofErr w:type="spellStart"/>
      <w:r w:rsidRPr="00BD6429">
        <w:t>datą</w:t>
      </w:r>
      <w:proofErr w:type="spellEnd"/>
      <w:r w:rsidRPr="00BD6429">
        <w:t xml:space="preserve"> </w:t>
      </w:r>
      <w:proofErr w:type="spellStart"/>
      <w:r w:rsidRPr="00BD6429">
        <w:t>i</w:t>
      </w:r>
      <w:proofErr w:type="spellEnd"/>
      <w:r w:rsidRPr="00BD6429">
        <w:t xml:space="preserve"> </w:t>
      </w:r>
      <w:proofErr w:type="spellStart"/>
      <w:r w:rsidRPr="00BD6429">
        <w:t>podpisem</w:t>
      </w:r>
      <w:proofErr w:type="spellEnd"/>
      <w:r w:rsidRPr="00BD6429">
        <w:t xml:space="preserve"> </w:t>
      </w:r>
      <w:proofErr w:type="spellStart"/>
      <w:r w:rsidRPr="00BD6429">
        <w:t>zamieszczonymi</w:t>
      </w:r>
      <w:proofErr w:type="spellEnd"/>
      <w:r w:rsidRPr="00BD6429">
        <w:t xml:space="preserve"> po </w:t>
      </w:r>
      <w:proofErr w:type="spellStart"/>
      <w:r w:rsidRPr="00BD6429">
        <w:t>części</w:t>
      </w:r>
      <w:proofErr w:type="spellEnd"/>
      <w:r w:rsidRPr="00BD6429">
        <w:t xml:space="preserve"> I </w:t>
      </w:r>
      <w:proofErr w:type="spellStart"/>
      <w:r w:rsidRPr="00BD6429">
        <w:t>i</w:t>
      </w:r>
      <w:proofErr w:type="spellEnd"/>
      <w:r w:rsidRPr="00BD6429">
        <w:t xml:space="preserve"> </w:t>
      </w:r>
      <w:proofErr w:type="spellStart"/>
      <w:r w:rsidRPr="00BD6429">
        <w:t>nie</w:t>
      </w:r>
      <w:proofErr w:type="spellEnd"/>
      <w:r w:rsidRPr="00BD6429">
        <w:t xml:space="preserve"> </w:t>
      </w:r>
      <w:proofErr w:type="spellStart"/>
      <w:r w:rsidRPr="00BD6429">
        <w:t>wymagają</w:t>
      </w:r>
      <w:proofErr w:type="spellEnd"/>
      <w:r w:rsidRPr="00BD6429">
        <w:t xml:space="preserve"> </w:t>
      </w:r>
      <w:proofErr w:type="spellStart"/>
      <w:r w:rsidRPr="00BD6429">
        <w:t>odrębnych</w:t>
      </w:r>
      <w:proofErr w:type="spellEnd"/>
      <w:r w:rsidRPr="00BD6429">
        <w:t xml:space="preserve"> </w:t>
      </w:r>
      <w:proofErr w:type="spellStart"/>
      <w:r w:rsidRPr="00BD6429">
        <w:t>dat</w:t>
      </w:r>
      <w:proofErr w:type="spellEnd"/>
      <w:r w:rsidRPr="00BD6429">
        <w:t xml:space="preserve"> ani </w:t>
      </w:r>
      <w:proofErr w:type="spellStart"/>
      <w:r w:rsidRPr="00BD6429">
        <w:t>podpisów</w:t>
      </w:r>
      <w:proofErr w:type="spellEnd"/>
      <w:r w:rsidRPr="00BD6429">
        <w:t xml:space="preserve"> </w:t>
      </w:r>
      <w:proofErr w:type="spellStart"/>
      <w:r w:rsidRPr="00BD6429">
        <w:t>przy</w:t>
      </w:r>
      <w:proofErr w:type="spellEnd"/>
      <w:r w:rsidRPr="00BD6429">
        <w:t xml:space="preserve"> </w:t>
      </w:r>
      <w:proofErr w:type="spellStart"/>
      <w:r w:rsidRPr="00BD6429">
        <w:t>poszczególnych</w:t>
      </w:r>
      <w:proofErr w:type="spellEnd"/>
      <w:r w:rsidRPr="00BD6429">
        <w:t xml:space="preserve"> </w:t>
      </w:r>
      <w:proofErr w:type="spellStart"/>
      <w:r w:rsidRPr="00BD6429">
        <w:t>oświadczeniach</w:t>
      </w:r>
      <w:proofErr w:type="spellEnd"/>
      <w:r w:rsidR="006F5905" w:rsidRPr="00812E92">
        <w:t>.</w:t>
      </w:r>
    </w:p>
    <w:p w14:paraId="17839BFD" w14:textId="09B7344C" w:rsidR="00B14F83" w:rsidRPr="00812E92" w:rsidRDefault="0015053A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15053A">
        <w:t>Przebieg</w:t>
      </w:r>
      <w:proofErr w:type="spellEnd"/>
      <w:r w:rsidRPr="0015053A">
        <w:t xml:space="preserve"> </w:t>
      </w:r>
      <w:proofErr w:type="spellStart"/>
      <w:r w:rsidRPr="0015053A">
        <w:t>rekrutacji</w:t>
      </w:r>
      <w:proofErr w:type="spellEnd"/>
      <w:r w:rsidRPr="0015053A">
        <w:t xml:space="preserve"> </w:t>
      </w:r>
      <w:proofErr w:type="spellStart"/>
      <w:r w:rsidRPr="0015053A">
        <w:t>dokumentowany</w:t>
      </w:r>
      <w:proofErr w:type="spellEnd"/>
      <w:r w:rsidRPr="0015053A">
        <w:t xml:space="preserve"> jest w </w:t>
      </w:r>
      <w:proofErr w:type="spellStart"/>
      <w:r w:rsidRPr="0015053A">
        <w:t>szczególności</w:t>
      </w:r>
      <w:proofErr w:type="spellEnd"/>
      <w:r w:rsidRPr="0015053A">
        <w:t xml:space="preserve"> </w:t>
      </w:r>
      <w:proofErr w:type="spellStart"/>
      <w:r w:rsidRPr="0015053A">
        <w:t>formularzami</w:t>
      </w:r>
      <w:proofErr w:type="spellEnd"/>
      <w:r w:rsidRPr="0015053A">
        <w:t xml:space="preserve"> </w:t>
      </w:r>
      <w:proofErr w:type="spellStart"/>
      <w:r w:rsidRPr="0015053A">
        <w:t>rekrutacyjnymi</w:t>
      </w:r>
      <w:proofErr w:type="spellEnd"/>
      <w:r w:rsidRPr="0015053A">
        <w:t xml:space="preserve">, </w:t>
      </w:r>
      <w:proofErr w:type="spellStart"/>
      <w:r w:rsidRPr="0015053A">
        <w:t>dokumentami</w:t>
      </w:r>
      <w:proofErr w:type="spellEnd"/>
      <w:r w:rsidRPr="0015053A">
        <w:t xml:space="preserve"> </w:t>
      </w:r>
      <w:proofErr w:type="spellStart"/>
      <w:r w:rsidRPr="0015053A">
        <w:t>albo</w:t>
      </w:r>
      <w:proofErr w:type="spellEnd"/>
      <w:r w:rsidRPr="0015053A">
        <w:t xml:space="preserve"> </w:t>
      </w:r>
      <w:proofErr w:type="spellStart"/>
      <w:r w:rsidRPr="0015053A">
        <w:t>potwierdzeniami</w:t>
      </w:r>
      <w:proofErr w:type="spellEnd"/>
      <w:r w:rsidRPr="0015053A">
        <w:t xml:space="preserve"> </w:t>
      </w:r>
      <w:proofErr w:type="spellStart"/>
      <w:r w:rsidRPr="0015053A">
        <w:t>weryfikacji</w:t>
      </w:r>
      <w:proofErr w:type="spellEnd"/>
      <w:r w:rsidRPr="0015053A">
        <w:t xml:space="preserve"> </w:t>
      </w:r>
      <w:proofErr w:type="spellStart"/>
      <w:r w:rsidRPr="0015053A">
        <w:t>kryteriów</w:t>
      </w:r>
      <w:proofErr w:type="spellEnd"/>
      <w:r w:rsidRPr="0015053A">
        <w:t xml:space="preserve"> </w:t>
      </w:r>
      <w:proofErr w:type="spellStart"/>
      <w:r w:rsidRPr="0015053A">
        <w:t>oraz</w:t>
      </w:r>
      <w:proofErr w:type="spellEnd"/>
      <w:r w:rsidRPr="0015053A">
        <w:t xml:space="preserve"> </w:t>
      </w:r>
      <w:proofErr w:type="spellStart"/>
      <w:r w:rsidRPr="0015053A">
        <w:t>protokołami</w:t>
      </w:r>
      <w:proofErr w:type="spellEnd"/>
      <w:r w:rsidRPr="0015053A">
        <w:t xml:space="preserve"> </w:t>
      </w:r>
      <w:proofErr w:type="spellStart"/>
      <w:r w:rsidRPr="0015053A">
        <w:t>Komisji</w:t>
      </w:r>
      <w:proofErr w:type="spellEnd"/>
      <w:r w:rsidRPr="0015053A">
        <w:t xml:space="preserve"> </w:t>
      </w:r>
      <w:proofErr w:type="spellStart"/>
      <w:r w:rsidRPr="0015053A">
        <w:t>Rekrutacyjnej</w:t>
      </w:r>
      <w:proofErr w:type="spellEnd"/>
      <w:r w:rsidRPr="0015053A">
        <w:t xml:space="preserve">, w </w:t>
      </w:r>
      <w:proofErr w:type="spellStart"/>
      <w:r w:rsidRPr="0015053A">
        <w:t>których</w:t>
      </w:r>
      <w:proofErr w:type="spellEnd"/>
      <w:r w:rsidRPr="0015053A">
        <w:t xml:space="preserve"> </w:t>
      </w:r>
      <w:proofErr w:type="spellStart"/>
      <w:r w:rsidRPr="0015053A">
        <w:t>ujmuje</w:t>
      </w:r>
      <w:proofErr w:type="spellEnd"/>
      <w:r w:rsidRPr="0015053A">
        <w:t xml:space="preserve"> </w:t>
      </w:r>
      <w:proofErr w:type="spellStart"/>
      <w:r w:rsidRPr="0015053A">
        <w:t>się</w:t>
      </w:r>
      <w:proofErr w:type="spellEnd"/>
      <w:r w:rsidRPr="0015053A">
        <w:t xml:space="preserve"> </w:t>
      </w:r>
      <w:proofErr w:type="spellStart"/>
      <w:r w:rsidRPr="0015053A">
        <w:t>wyniki</w:t>
      </w:r>
      <w:proofErr w:type="spellEnd"/>
      <w:r w:rsidRPr="0015053A">
        <w:t xml:space="preserve"> </w:t>
      </w:r>
      <w:proofErr w:type="spellStart"/>
      <w:r w:rsidRPr="0015053A">
        <w:t>rekrutacji</w:t>
      </w:r>
      <w:proofErr w:type="spellEnd"/>
      <w:r w:rsidRPr="0015053A">
        <w:t xml:space="preserve">, w </w:t>
      </w:r>
      <w:proofErr w:type="spellStart"/>
      <w:r w:rsidRPr="0015053A">
        <w:t>tym</w:t>
      </w:r>
      <w:proofErr w:type="spellEnd"/>
      <w:r w:rsidRPr="0015053A">
        <w:t xml:space="preserve"> </w:t>
      </w:r>
      <w:proofErr w:type="spellStart"/>
      <w:r w:rsidRPr="0015053A">
        <w:t>listy</w:t>
      </w:r>
      <w:proofErr w:type="spellEnd"/>
      <w:r w:rsidRPr="0015053A">
        <w:t xml:space="preserve"> </w:t>
      </w:r>
      <w:proofErr w:type="spellStart"/>
      <w:r w:rsidRPr="0015053A">
        <w:t>rankingowe</w:t>
      </w:r>
      <w:proofErr w:type="spellEnd"/>
      <w:r w:rsidRPr="0015053A">
        <w:t xml:space="preserve">, </w:t>
      </w:r>
      <w:proofErr w:type="spellStart"/>
      <w:r w:rsidRPr="0015053A">
        <w:t>osoby</w:t>
      </w:r>
      <w:proofErr w:type="spellEnd"/>
      <w:r w:rsidRPr="0015053A">
        <w:t xml:space="preserve"> </w:t>
      </w:r>
      <w:proofErr w:type="spellStart"/>
      <w:r w:rsidRPr="0015053A">
        <w:t>zakwalifikowane</w:t>
      </w:r>
      <w:proofErr w:type="spellEnd"/>
      <w:r w:rsidRPr="0015053A">
        <w:t xml:space="preserve"> </w:t>
      </w:r>
      <w:proofErr w:type="spellStart"/>
      <w:r w:rsidRPr="0015053A">
        <w:t>oraz</w:t>
      </w:r>
      <w:proofErr w:type="spellEnd"/>
      <w:r w:rsidRPr="0015053A">
        <w:t xml:space="preserve"> – w </w:t>
      </w:r>
      <w:proofErr w:type="spellStart"/>
      <w:r w:rsidRPr="0015053A">
        <w:t>razie</w:t>
      </w:r>
      <w:proofErr w:type="spellEnd"/>
      <w:r w:rsidRPr="0015053A">
        <w:t xml:space="preserve"> </w:t>
      </w:r>
      <w:proofErr w:type="spellStart"/>
      <w:r w:rsidRPr="0015053A">
        <w:t>potrzeby</w:t>
      </w:r>
      <w:proofErr w:type="spellEnd"/>
      <w:r w:rsidRPr="0015053A">
        <w:t xml:space="preserve"> – </w:t>
      </w:r>
      <w:proofErr w:type="spellStart"/>
      <w:r w:rsidRPr="0015053A">
        <w:t>osoby</w:t>
      </w:r>
      <w:proofErr w:type="spellEnd"/>
      <w:r w:rsidRPr="0015053A">
        <w:t xml:space="preserve"> </w:t>
      </w:r>
      <w:proofErr w:type="spellStart"/>
      <w:r w:rsidRPr="0015053A">
        <w:t>umieszczone</w:t>
      </w:r>
      <w:proofErr w:type="spellEnd"/>
      <w:r w:rsidRPr="0015053A">
        <w:t xml:space="preserve"> </w:t>
      </w:r>
      <w:proofErr w:type="spellStart"/>
      <w:r w:rsidRPr="0015053A">
        <w:t>na</w:t>
      </w:r>
      <w:proofErr w:type="spellEnd"/>
      <w:r w:rsidRPr="0015053A">
        <w:t xml:space="preserve"> </w:t>
      </w:r>
      <w:proofErr w:type="spellStart"/>
      <w:r w:rsidRPr="0015053A">
        <w:t>liście</w:t>
      </w:r>
      <w:proofErr w:type="spellEnd"/>
      <w:r w:rsidRPr="0015053A">
        <w:t xml:space="preserve"> </w:t>
      </w:r>
      <w:proofErr w:type="spellStart"/>
      <w:r w:rsidRPr="0015053A">
        <w:t>rezerwowej</w:t>
      </w:r>
      <w:proofErr w:type="spellEnd"/>
      <w:r w:rsidR="006F5905" w:rsidRPr="00812E92">
        <w:t>.</w:t>
      </w:r>
    </w:p>
    <w:p w14:paraId="2F03EF4F" w14:textId="77777777" w:rsidR="00B14F83" w:rsidRPr="00812E92" w:rsidRDefault="006F5905" w:rsidP="00812E92">
      <w:pPr>
        <w:pStyle w:val="Nagwek1"/>
        <w:keepNext w:val="0"/>
        <w:keepLines w:val="0"/>
        <w:widowControl w:val="0"/>
        <w:spacing w:after="120"/>
      </w:pPr>
      <w:r w:rsidRPr="00812E92">
        <w:rPr>
          <w:rFonts w:ascii="Arial" w:eastAsia="Arial" w:hAnsi="Arial" w:cs="Arial"/>
        </w:rPr>
        <w:t>§ 4. KRYTERIA REKRUTACJI DZIECI</w:t>
      </w:r>
    </w:p>
    <w:p w14:paraId="45007E98" w14:textId="77777777" w:rsidR="00B14F83" w:rsidRPr="00812E92" w:rsidRDefault="006F5905" w:rsidP="00812E92">
      <w:pPr>
        <w:pStyle w:val="Listapunktowana"/>
        <w:widowControl w:val="0"/>
        <w:numPr>
          <w:ilvl w:val="0"/>
          <w:numId w:val="4"/>
        </w:numPr>
        <w:spacing w:before="120" w:after="120"/>
        <w:jc w:val="both"/>
      </w:pPr>
      <w:r w:rsidRPr="00812E92">
        <w:t xml:space="preserve">Do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może</w:t>
      </w:r>
      <w:proofErr w:type="spellEnd"/>
      <w:r w:rsidRPr="00812E92">
        <w:t xml:space="preserve"> </w:t>
      </w:r>
      <w:proofErr w:type="spellStart"/>
      <w:r w:rsidRPr="00812E92">
        <w:t>zostać</w:t>
      </w:r>
      <w:proofErr w:type="spellEnd"/>
      <w:r w:rsidRPr="00812E92">
        <w:t xml:space="preserve"> </w:t>
      </w:r>
      <w:proofErr w:type="spellStart"/>
      <w:r w:rsidRPr="00812E92">
        <w:t>zakwalifikowane</w:t>
      </w:r>
      <w:proofErr w:type="spellEnd"/>
      <w:r w:rsidRPr="00812E92">
        <w:t xml:space="preserve"> </w:t>
      </w:r>
      <w:proofErr w:type="spellStart"/>
      <w:r w:rsidRPr="00812E92">
        <w:t>dziecko</w:t>
      </w:r>
      <w:proofErr w:type="spellEnd"/>
      <w:r w:rsidRPr="00812E92">
        <w:t xml:space="preserve">, </w:t>
      </w:r>
      <w:proofErr w:type="spellStart"/>
      <w:r w:rsidRPr="00812E92">
        <w:t>które</w:t>
      </w:r>
      <w:proofErr w:type="spellEnd"/>
      <w:r w:rsidRPr="00812E92">
        <w:t xml:space="preserve"> </w:t>
      </w:r>
      <w:proofErr w:type="spellStart"/>
      <w:r w:rsidRPr="00812E92">
        <w:t>spełnia</w:t>
      </w:r>
      <w:proofErr w:type="spellEnd"/>
      <w:r w:rsidRPr="00812E92">
        <w:t xml:space="preserve"> </w:t>
      </w:r>
      <w:proofErr w:type="spellStart"/>
      <w:r w:rsidRPr="00812E92">
        <w:t>łącznie</w:t>
      </w:r>
      <w:proofErr w:type="spellEnd"/>
      <w:r w:rsidRPr="00812E92">
        <w:t xml:space="preserve"> </w:t>
      </w:r>
      <w:proofErr w:type="spellStart"/>
      <w:r w:rsidRPr="00812E92">
        <w:t>następujące</w:t>
      </w:r>
      <w:proofErr w:type="spellEnd"/>
      <w:r w:rsidRPr="00812E92">
        <w:t xml:space="preserve"> </w:t>
      </w:r>
      <w:proofErr w:type="spellStart"/>
      <w:r w:rsidRPr="00812E92">
        <w:t>kryteria</w:t>
      </w:r>
      <w:proofErr w:type="spellEnd"/>
      <w:r w:rsidRPr="00812E92">
        <w:t xml:space="preserve"> </w:t>
      </w:r>
      <w:proofErr w:type="spellStart"/>
      <w:r w:rsidRPr="00812E92">
        <w:t>obligatoryjne</w:t>
      </w:r>
      <w:proofErr w:type="spellEnd"/>
      <w:r w:rsidRPr="00812E92">
        <w:t>:</w:t>
      </w:r>
    </w:p>
    <w:p w14:paraId="3F055F57" w14:textId="77777777" w:rsidR="00B14F83" w:rsidRPr="00812E92" w:rsidRDefault="006F5905" w:rsidP="00812E92">
      <w:pPr>
        <w:pStyle w:val="Listapunktowana"/>
        <w:widowControl w:val="0"/>
        <w:numPr>
          <w:ilvl w:val="0"/>
          <w:numId w:val="16"/>
        </w:numPr>
        <w:spacing w:before="120" w:after="120"/>
        <w:ind w:left="851"/>
        <w:jc w:val="both"/>
      </w:pPr>
      <w:proofErr w:type="spellStart"/>
      <w:r w:rsidRPr="00812E92">
        <w:lastRenderedPageBreak/>
        <w:t>uczęszcza</w:t>
      </w:r>
      <w:proofErr w:type="spellEnd"/>
      <w:r w:rsidRPr="00812E92">
        <w:t xml:space="preserve"> do OWP </w:t>
      </w:r>
      <w:proofErr w:type="spellStart"/>
      <w:r w:rsidRPr="00812E92">
        <w:t>objętego</w:t>
      </w:r>
      <w:proofErr w:type="spellEnd"/>
      <w:r w:rsidRPr="00812E92">
        <w:t xml:space="preserve"> </w:t>
      </w:r>
      <w:proofErr w:type="spellStart"/>
      <w:r w:rsidRPr="00812E92">
        <w:t>projektem</w:t>
      </w:r>
      <w:proofErr w:type="spellEnd"/>
      <w:r w:rsidRPr="00812E92">
        <w:t xml:space="preserve"> – </w:t>
      </w:r>
      <w:proofErr w:type="spellStart"/>
      <w:r w:rsidRPr="00812E92">
        <w:t>spełnienie</w:t>
      </w:r>
      <w:proofErr w:type="spellEnd"/>
      <w:r w:rsidRPr="00812E92">
        <w:t xml:space="preserve"> </w:t>
      </w:r>
      <w:proofErr w:type="spellStart"/>
      <w:r w:rsidRPr="00812E92">
        <w:t>kryterium</w:t>
      </w:r>
      <w:proofErr w:type="spellEnd"/>
      <w:r w:rsidRPr="00812E92">
        <w:t xml:space="preserve"> </w:t>
      </w:r>
      <w:proofErr w:type="spellStart"/>
      <w:r w:rsidRPr="00812E92">
        <w:t>weryfikowane</w:t>
      </w:r>
      <w:proofErr w:type="spellEnd"/>
      <w:r w:rsidRPr="00812E92">
        <w:t xml:space="preserve"> jest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podstawie</w:t>
      </w:r>
      <w:proofErr w:type="spellEnd"/>
      <w:r w:rsidRPr="00812E92">
        <w:t xml:space="preserve"> </w:t>
      </w:r>
      <w:proofErr w:type="spellStart"/>
      <w:r w:rsidRPr="00812E92">
        <w:t>dokumentacji</w:t>
      </w:r>
      <w:proofErr w:type="spellEnd"/>
      <w:r w:rsidRPr="00812E92">
        <w:t xml:space="preserve"> OWP;</w:t>
      </w:r>
    </w:p>
    <w:p w14:paraId="4C276971" w14:textId="77777777" w:rsidR="00B14F83" w:rsidRPr="00812E92" w:rsidRDefault="006F5905" w:rsidP="00812E92">
      <w:pPr>
        <w:pStyle w:val="Listapunktowana"/>
        <w:widowControl w:val="0"/>
        <w:numPr>
          <w:ilvl w:val="0"/>
          <w:numId w:val="16"/>
        </w:numPr>
        <w:spacing w:before="120" w:after="120"/>
        <w:ind w:left="851"/>
        <w:jc w:val="both"/>
      </w:pPr>
      <w:proofErr w:type="spellStart"/>
      <w:r w:rsidRPr="00812E92">
        <w:t>posiada</w:t>
      </w:r>
      <w:proofErr w:type="spellEnd"/>
      <w:r w:rsidRPr="00812E92">
        <w:t xml:space="preserve"> co </w:t>
      </w:r>
      <w:proofErr w:type="spellStart"/>
      <w:r w:rsidRPr="00812E92">
        <w:t>najmniej</w:t>
      </w:r>
      <w:proofErr w:type="spellEnd"/>
      <w:r w:rsidRPr="00812E92">
        <w:t xml:space="preserve"> </w:t>
      </w:r>
      <w:proofErr w:type="spellStart"/>
      <w:r w:rsidRPr="00812E92">
        <w:t>jedną</w:t>
      </w:r>
      <w:proofErr w:type="spellEnd"/>
      <w:r w:rsidRPr="00812E92">
        <w:t xml:space="preserve"> </w:t>
      </w:r>
      <w:proofErr w:type="spellStart"/>
      <w:r w:rsidRPr="00812E92">
        <w:t>rozpoznaną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udokumentowaną</w:t>
      </w:r>
      <w:proofErr w:type="spellEnd"/>
      <w:r w:rsidRPr="00812E92">
        <w:t xml:space="preserve"> </w:t>
      </w:r>
      <w:proofErr w:type="spellStart"/>
      <w:r w:rsidRPr="00812E92">
        <w:t>trudność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potrzebę</w:t>
      </w:r>
      <w:proofErr w:type="spellEnd"/>
      <w:r w:rsidRPr="00812E92">
        <w:t xml:space="preserve"> </w:t>
      </w:r>
      <w:proofErr w:type="spellStart"/>
      <w:r w:rsidRPr="00812E92">
        <w:t>rozwojową</w:t>
      </w:r>
      <w:proofErr w:type="spellEnd"/>
      <w:r w:rsidRPr="00812E92">
        <w:t xml:space="preserve"> </w:t>
      </w:r>
      <w:proofErr w:type="spellStart"/>
      <w:r w:rsidRPr="00812E92">
        <w:t>odpowiadającą</w:t>
      </w:r>
      <w:proofErr w:type="spellEnd"/>
      <w:r w:rsidRPr="00812E92">
        <w:t xml:space="preserve"> co </w:t>
      </w:r>
      <w:proofErr w:type="spellStart"/>
      <w:r w:rsidRPr="00812E92">
        <w:t>najmniej</w:t>
      </w:r>
      <w:proofErr w:type="spellEnd"/>
      <w:r w:rsidRPr="00812E92">
        <w:t xml:space="preserve"> </w:t>
      </w:r>
      <w:proofErr w:type="spellStart"/>
      <w:r w:rsidRPr="00812E92">
        <w:t>jednej</w:t>
      </w:r>
      <w:proofErr w:type="spellEnd"/>
      <w:r w:rsidRPr="00812E92">
        <w:t xml:space="preserve"> </w:t>
      </w:r>
      <w:proofErr w:type="spellStart"/>
      <w:r w:rsidRPr="00812E92">
        <w:t>formie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przewidzianej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>;</w:t>
      </w:r>
    </w:p>
    <w:p w14:paraId="1F04EFEA" w14:textId="77777777" w:rsidR="00B14F83" w:rsidRPr="00812E92" w:rsidRDefault="006F5905" w:rsidP="00812E92">
      <w:pPr>
        <w:pStyle w:val="Listapunktowana"/>
        <w:widowControl w:val="0"/>
        <w:numPr>
          <w:ilvl w:val="0"/>
          <w:numId w:val="16"/>
        </w:numPr>
        <w:spacing w:before="120" w:after="120"/>
        <w:ind w:left="851"/>
        <w:jc w:val="both"/>
      </w:pPr>
      <w:proofErr w:type="spellStart"/>
      <w:r w:rsidRPr="00812E92">
        <w:t>rodzic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</w:t>
      </w:r>
      <w:proofErr w:type="spellEnd"/>
      <w:r w:rsidRPr="00812E92">
        <w:t xml:space="preserve"> prawny </w:t>
      </w:r>
      <w:proofErr w:type="spellStart"/>
      <w:r w:rsidRPr="00812E92">
        <w:t>wyraził</w:t>
      </w:r>
      <w:proofErr w:type="spellEnd"/>
      <w:r w:rsidRPr="00812E92">
        <w:t xml:space="preserve"> </w:t>
      </w:r>
      <w:proofErr w:type="spellStart"/>
      <w:r w:rsidRPr="00812E92">
        <w:t>zgodę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udział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>.</w:t>
      </w:r>
    </w:p>
    <w:p w14:paraId="1B74B203" w14:textId="77777777" w:rsidR="00B14F83" w:rsidRPr="00812E92" w:rsidRDefault="006F5905" w:rsidP="00812E92">
      <w:pPr>
        <w:pStyle w:val="Listapunktowana"/>
        <w:widowControl w:val="0"/>
        <w:numPr>
          <w:ilvl w:val="0"/>
          <w:numId w:val="4"/>
        </w:numPr>
        <w:spacing w:before="120" w:after="120"/>
        <w:jc w:val="both"/>
      </w:pPr>
      <w:proofErr w:type="spellStart"/>
      <w:r w:rsidRPr="00812E92">
        <w:t>Trudność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potrzeba</w:t>
      </w:r>
      <w:proofErr w:type="spellEnd"/>
      <w:r w:rsidRPr="00812E92">
        <w:t xml:space="preserve"> </w:t>
      </w:r>
      <w:proofErr w:type="spellStart"/>
      <w:r w:rsidRPr="00812E92">
        <w:t>rozwojowa</w:t>
      </w:r>
      <w:proofErr w:type="spellEnd"/>
      <w:r w:rsidRPr="00812E92">
        <w:t xml:space="preserve"> </w:t>
      </w:r>
      <w:proofErr w:type="spellStart"/>
      <w:r w:rsidRPr="00812E92">
        <w:t>może</w:t>
      </w:r>
      <w:proofErr w:type="spellEnd"/>
      <w:r w:rsidRPr="00812E92">
        <w:t xml:space="preserve"> </w:t>
      </w:r>
      <w:proofErr w:type="spellStart"/>
      <w:r w:rsidRPr="00812E92">
        <w:t>zostać</w:t>
      </w:r>
      <w:proofErr w:type="spellEnd"/>
      <w:r w:rsidRPr="00812E92">
        <w:t xml:space="preserve"> </w:t>
      </w:r>
      <w:proofErr w:type="spellStart"/>
      <w:r w:rsidRPr="00812E92">
        <w:t>potwierdzona</w:t>
      </w:r>
      <w:proofErr w:type="spellEnd"/>
      <w:r w:rsidRPr="00812E92">
        <w:t xml:space="preserve"> w </w:t>
      </w:r>
      <w:proofErr w:type="spellStart"/>
      <w:r w:rsidRPr="00812E92">
        <w:t>szczególności</w:t>
      </w:r>
      <w:proofErr w:type="spellEnd"/>
      <w:r w:rsidRPr="00812E92">
        <w:t xml:space="preserve"> OPKS, </w:t>
      </w:r>
      <w:proofErr w:type="spellStart"/>
      <w:r w:rsidRPr="00812E92">
        <w:t>opinią</w:t>
      </w:r>
      <w:proofErr w:type="spellEnd"/>
      <w:r w:rsidRPr="00812E92">
        <w:t xml:space="preserve"> PPP, IPET, </w:t>
      </w:r>
      <w:proofErr w:type="spellStart"/>
      <w:r w:rsidRPr="00812E92">
        <w:t>diagnozą</w:t>
      </w:r>
      <w:proofErr w:type="spellEnd"/>
      <w:r w:rsidRPr="00812E92">
        <w:t xml:space="preserve"> </w:t>
      </w:r>
      <w:proofErr w:type="spellStart"/>
      <w:r w:rsidRPr="00812E92">
        <w:t>funkcjonalną</w:t>
      </w:r>
      <w:proofErr w:type="spellEnd"/>
      <w:r w:rsidRPr="00812E92">
        <w:t xml:space="preserve"> </w:t>
      </w:r>
      <w:proofErr w:type="spellStart"/>
      <w:r w:rsidRPr="00812E92">
        <w:t>albo</w:t>
      </w:r>
      <w:proofErr w:type="spellEnd"/>
      <w:r w:rsidRPr="00812E92">
        <w:t xml:space="preserve"> </w:t>
      </w:r>
      <w:proofErr w:type="spellStart"/>
      <w:r w:rsidRPr="00812E92">
        <w:t>udokumentowaną</w:t>
      </w:r>
      <w:proofErr w:type="spellEnd"/>
      <w:r w:rsidRPr="00812E92">
        <w:t xml:space="preserve"> </w:t>
      </w:r>
      <w:proofErr w:type="spellStart"/>
      <w:r w:rsidRPr="00812E92">
        <w:t>obserwacją</w:t>
      </w:r>
      <w:proofErr w:type="spellEnd"/>
      <w:r w:rsidRPr="00812E92">
        <w:t xml:space="preserve"> </w:t>
      </w:r>
      <w:proofErr w:type="spellStart"/>
      <w:r w:rsidRPr="00812E92">
        <w:t>pedagogiczną</w:t>
      </w:r>
      <w:proofErr w:type="spellEnd"/>
      <w:r w:rsidRPr="00812E92">
        <w:t xml:space="preserve">. </w:t>
      </w:r>
      <w:proofErr w:type="spellStart"/>
      <w:r w:rsidRPr="00812E92">
        <w:t>Rodzaj</w:t>
      </w:r>
      <w:proofErr w:type="spellEnd"/>
      <w:r w:rsidRPr="00812E92">
        <w:t xml:space="preserve"> </w:t>
      </w:r>
      <w:proofErr w:type="spellStart"/>
      <w:r w:rsidRPr="00812E92">
        <w:t>dokumentu</w:t>
      </w:r>
      <w:proofErr w:type="spellEnd"/>
      <w:r w:rsidRPr="00812E92">
        <w:t xml:space="preserve"> </w:t>
      </w:r>
      <w:proofErr w:type="spellStart"/>
      <w:r w:rsidRPr="00812E92">
        <w:t>powinien</w:t>
      </w:r>
      <w:proofErr w:type="spellEnd"/>
      <w:r w:rsidRPr="00812E92">
        <w:t xml:space="preserve"> </w:t>
      </w:r>
      <w:proofErr w:type="spellStart"/>
      <w:r w:rsidRPr="00812E92">
        <w:t>odpowiadać</w:t>
      </w:r>
      <w:proofErr w:type="spellEnd"/>
      <w:r w:rsidRPr="00812E92">
        <w:t xml:space="preserve"> </w:t>
      </w:r>
      <w:proofErr w:type="spellStart"/>
      <w:r w:rsidRPr="00812E92">
        <w:t>charakterowi</w:t>
      </w:r>
      <w:proofErr w:type="spellEnd"/>
      <w:r w:rsidRPr="00812E92">
        <w:t xml:space="preserve"> </w:t>
      </w:r>
      <w:proofErr w:type="spellStart"/>
      <w:r w:rsidRPr="00812E92">
        <w:t>potwierdzanego</w:t>
      </w:r>
      <w:proofErr w:type="spellEnd"/>
      <w:r w:rsidRPr="00812E92">
        <w:t xml:space="preserve"> </w:t>
      </w:r>
      <w:proofErr w:type="spellStart"/>
      <w:r w:rsidRPr="00812E92">
        <w:t>kryterium</w:t>
      </w:r>
      <w:proofErr w:type="spellEnd"/>
      <w:r w:rsidRPr="00812E92">
        <w:t>.</w:t>
      </w:r>
    </w:p>
    <w:p w14:paraId="66DDD3EF" w14:textId="77777777" w:rsidR="00B14F83" w:rsidRPr="00812E92" w:rsidRDefault="006F5905" w:rsidP="00812E92">
      <w:pPr>
        <w:pStyle w:val="Listapunktowana"/>
        <w:widowControl w:val="0"/>
        <w:numPr>
          <w:ilvl w:val="0"/>
          <w:numId w:val="4"/>
        </w:numPr>
        <w:spacing w:before="120" w:after="120"/>
        <w:jc w:val="both"/>
      </w:pPr>
      <w:proofErr w:type="spellStart"/>
      <w:r w:rsidRPr="00812E92">
        <w:t>Jeżeli</w:t>
      </w:r>
      <w:proofErr w:type="spellEnd"/>
      <w:r w:rsidRPr="00812E92">
        <w:t xml:space="preserve"> </w:t>
      </w:r>
      <w:proofErr w:type="spellStart"/>
      <w:r w:rsidRPr="00812E92">
        <w:t>dokumentacja</w:t>
      </w:r>
      <w:proofErr w:type="spellEnd"/>
      <w:r w:rsidRPr="00812E92">
        <w:t xml:space="preserve"> </w:t>
      </w:r>
      <w:proofErr w:type="spellStart"/>
      <w:r w:rsidRPr="00812E92">
        <w:t>potwierdzająca</w:t>
      </w:r>
      <w:proofErr w:type="spellEnd"/>
      <w:r w:rsidRPr="00812E92">
        <w:t xml:space="preserve"> </w:t>
      </w:r>
      <w:proofErr w:type="spellStart"/>
      <w:r w:rsidRPr="00812E92">
        <w:t>kryterium</w:t>
      </w:r>
      <w:proofErr w:type="spellEnd"/>
      <w:r w:rsidRPr="00812E92">
        <w:t xml:space="preserve"> </w:t>
      </w:r>
      <w:proofErr w:type="spellStart"/>
      <w:r w:rsidRPr="00812E92">
        <w:t>znajduje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w OWP, </w:t>
      </w:r>
      <w:proofErr w:type="spellStart"/>
      <w:r w:rsidRPr="00812E92">
        <w:t>spełnienie</w:t>
      </w:r>
      <w:proofErr w:type="spellEnd"/>
      <w:r w:rsidRPr="00812E92">
        <w:t xml:space="preserve"> </w:t>
      </w:r>
      <w:proofErr w:type="spellStart"/>
      <w:r w:rsidRPr="00812E92">
        <w:t>kryterium</w:t>
      </w:r>
      <w:proofErr w:type="spellEnd"/>
      <w:r w:rsidRPr="00812E92">
        <w:t xml:space="preserve"> </w:t>
      </w:r>
      <w:proofErr w:type="spellStart"/>
      <w:r w:rsidRPr="00812E92">
        <w:t>potwierdza</w:t>
      </w:r>
      <w:proofErr w:type="spellEnd"/>
      <w:r w:rsidRPr="00812E92">
        <w:t xml:space="preserve"> </w:t>
      </w:r>
      <w:proofErr w:type="spellStart"/>
      <w:r w:rsidRPr="00812E92">
        <w:t>upoważniony</w:t>
      </w:r>
      <w:proofErr w:type="spellEnd"/>
      <w:r w:rsidRPr="00812E92">
        <w:t xml:space="preserve"> </w:t>
      </w:r>
      <w:proofErr w:type="spellStart"/>
      <w:r w:rsidRPr="00812E92">
        <w:t>pracownik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podstawie</w:t>
      </w:r>
      <w:proofErr w:type="spellEnd"/>
      <w:r w:rsidRPr="00812E92">
        <w:t xml:space="preserve"> </w:t>
      </w:r>
      <w:proofErr w:type="spellStart"/>
      <w:r w:rsidRPr="00812E92">
        <w:t>dokumentacji</w:t>
      </w:r>
      <w:proofErr w:type="spellEnd"/>
      <w:r w:rsidRPr="00812E92">
        <w:t xml:space="preserve"> OWP.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wymaga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wówczas</w:t>
      </w:r>
      <w:proofErr w:type="spellEnd"/>
      <w:r w:rsidRPr="00812E92">
        <w:t xml:space="preserve"> </w:t>
      </w:r>
      <w:proofErr w:type="spellStart"/>
      <w:r w:rsidRPr="00812E92">
        <w:t>od</w:t>
      </w:r>
      <w:proofErr w:type="spellEnd"/>
      <w:r w:rsidRPr="00812E92">
        <w:t xml:space="preserve"> </w:t>
      </w:r>
      <w:proofErr w:type="spellStart"/>
      <w:r w:rsidRPr="00812E92">
        <w:t>rodzica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opiekuna</w:t>
      </w:r>
      <w:proofErr w:type="spellEnd"/>
      <w:r w:rsidRPr="00812E92">
        <w:t xml:space="preserve"> </w:t>
      </w:r>
      <w:proofErr w:type="spellStart"/>
      <w:r w:rsidRPr="00812E92">
        <w:t>prawnego</w:t>
      </w:r>
      <w:proofErr w:type="spellEnd"/>
      <w:r w:rsidRPr="00812E92">
        <w:t xml:space="preserve"> </w:t>
      </w:r>
      <w:proofErr w:type="spellStart"/>
      <w:r w:rsidRPr="00812E92">
        <w:t>ponownego</w:t>
      </w:r>
      <w:proofErr w:type="spellEnd"/>
      <w:r w:rsidRPr="00812E92">
        <w:t xml:space="preserve"> </w:t>
      </w:r>
      <w:proofErr w:type="spellStart"/>
      <w:r w:rsidRPr="00812E92">
        <w:t>złożenia</w:t>
      </w:r>
      <w:proofErr w:type="spellEnd"/>
      <w:r w:rsidRPr="00812E92">
        <w:t xml:space="preserve"> </w:t>
      </w:r>
      <w:proofErr w:type="spellStart"/>
      <w:r w:rsidRPr="00812E92">
        <w:t>kopii</w:t>
      </w:r>
      <w:proofErr w:type="spellEnd"/>
      <w:r w:rsidRPr="00812E92">
        <w:t xml:space="preserve"> </w:t>
      </w:r>
      <w:proofErr w:type="spellStart"/>
      <w:r w:rsidRPr="00812E92">
        <w:t>dokumentu</w:t>
      </w:r>
      <w:proofErr w:type="spellEnd"/>
      <w:r w:rsidRPr="00812E92">
        <w:t>.</w:t>
      </w:r>
    </w:p>
    <w:p w14:paraId="67187687" w14:textId="77777777" w:rsidR="00B14F83" w:rsidRPr="00812E92" w:rsidRDefault="006F5905" w:rsidP="00812E92">
      <w:pPr>
        <w:pStyle w:val="Listapunktowana"/>
        <w:widowControl w:val="0"/>
        <w:numPr>
          <w:ilvl w:val="0"/>
          <w:numId w:val="4"/>
        </w:numPr>
        <w:spacing w:before="120" w:after="120"/>
        <w:jc w:val="both"/>
      </w:pPr>
      <w:proofErr w:type="spellStart"/>
      <w:r w:rsidRPr="00812E92">
        <w:t>Dzieci</w:t>
      </w:r>
      <w:proofErr w:type="spellEnd"/>
      <w:r w:rsidRPr="00812E92">
        <w:t xml:space="preserve"> </w:t>
      </w:r>
      <w:proofErr w:type="spellStart"/>
      <w:r w:rsidRPr="00812E92">
        <w:t>spełniające</w:t>
      </w:r>
      <w:proofErr w:type="spellEnd"/>
      <w:r w:rsidRPr="00812E92">
        <w:t xml:space="preserve"> </w:t>
      </w:r>
      <w:proofErr w:type="spellStart"/>
      <w:r w:rsidRPr="00812E92">
        <w:t>wszystkie</w:t>
      </w:r>
      <w:proofErr w:type="spellEnd"/>
      <w:r w:rsidRPr="00812E92">
        <w:t xml:space="preserve"> </w:t>
      </w:r>
      <w:proofErr w:type="spellStart"/>
      <w:r w:rsidRPr="00812E92">
        <w:t>kryteria</w:t>
      </w:r>
      <w:proofErr w:type="spellEnd"/>
      <w:r w:rsidRPr="00812E92">
        <w:t xml:space="preserve"> </w:t>
      </w:r>
      <w:proofErr w:type="spellStart"/>
      <w:r w:rsidRPr="00812E92">
        <w:t>obligatoryjne</w:t>
      </w:r>
      <w:proofErr w:type="spellEnd"/>
      <w:r w:rsidRPr="00812E92">
        <w:t xml:space="preserve"> </w:t>
      </w:r>
      <w:proofErr w:type="spellStart"/>
      <w:r w:rsidRPr="00812E92">
        <w:t>otrzymują</w:t>
      </w:r>
      <w:proofErr w:type="spellEnd"/>
      <w:r w:rsidRPr="00812E92">
        <w:t xml:space="preserve"> </w:t>
      </w:r>
      <w:proofErr w:type="spellStart"/>
      <w:r w:rsidRPr="00812E92">
        <w:t>punkty</w:t>
      </w:r>
      <w:proofErr w:type="spellEnd"/>
      <w:r w:rsidRPr="00812E92">
        <w:t xml:space="preserve"> </w:t>
      </w:r>
      <w:proofErr w:type="spellStart"/>
      <w:r w:rsidRPr="00812E92">
        <w:t>według</w:t>
      </w:r>
      <w:proofErr w:type="spellEnd"/>
      <w:r w:rsidRPr="00812E92">
        <w:t xml:space="preserve"> </w:t>
      </w:r>
      <w:proofErr w:type="spellStart"/>
      <w:r w:rsidRPr="00812E92">
        <w:t>następujących</w:t>
      </w:r>
      <w:proofErr w:type="spellEnd"/>
      <w:r w:rsidRPr="00812E92">
        <w:t xml:space="preserve"> </w:t>
      </w:r>
      <w:proofErr w:type="spellStart"/>
      <w:r w:rsidRPr="00812E92">
        <w:t>kryteriów</w:t>
      </w:r>
      <w:proofErr w:type="spellEnd"/>
      <w:r w:rsidRPr="00812E92">
        <w:t>:</w:t>
      </w:r>
    </w:p>
    <w:p w14:paraId="3087F8CD" w14:textId="77777777" w:rsidR="00B14F83" w:rsidRPr="00812E92" w:rsidRDefault="006F5905" w:rsidP="00812E92">
      <w:pPr>
        <w:pStyle w:val="Listapunktowana"/>
        <w:widowControl w:val="0"/>
        <w:numPr>
          <w:ilvl w:val="0"/>
          <w:numId w:val="17"/>
        </w:numPr>
        <w:spacing w:before="120" w:after="120"/>
        <w:ind w:left="851"/>
        <w:jc w:val="both"/>
      </w:pPr>
      <w:proofErr w:type="spellStart"/>
      <w:r w:rsidRPr="00812E92">
        <w:t>posiadanie</w:t>
      </w:r>
      <w:proofErr w:type="spellEnd"/>
      <w:r w:rsidRPr="00812E92">
        <w:t xml:space="preserve"> OPKS – 5 pkt;</w:t>
      </w:r>
    </w:p>
    <w:p w14:paraId="6B60AF8E" w14:textId="77777777" w:rsidR="00B14F83" w:rsidRPr="00812E92" w:rsidRDefault="006F5905" w:rsidP="00812E92">
      <w:pPr>
        <w:pStyle w:val="Listapunktowana"/>
        <w:widowControl w:val="0"/>
        <w:numPr>
          <w:ilvl w:val="0"/>
          <w:numId w:val="17"/>
        </w:numPr>
        <w:spacing w:before="120" w:after="120"/>
        <w:ind w:left="851"/>
        <w:jc w:val="both"/>
      </w:pPr>
      <w:proofErr w:type="spellStart"/>
      <w:r w:rsidRPr="00812E92">
        <w:t>doświadczenie</w:t>
      </w:r>
      <w:proofErr w:type="spellEnd"/>
      <w:r w:rsidRPr="00812E92">
        <w:t xml:space="preserve"> </w:t>
      </w:r>
      <w:proofErr w:type="spellStart"/>
      <w:r w:rsidRPr="00812E92">
        <w:t>migracji</w:t>
      </w:r>
      <w:proofErr w:type="spellEnd"/>
      <w:r w:rsidRPr="00812E92">
        <w:t xml:space="preserve"> – 3 pkt.</w:t>
      </w:r>
    </w:p>
    <w:p w14:paraId="773BC7AE" w14:textId="77777777" w:rsidR="00B14F83" w:rsidRPr="00812E92" w:rsidRDefault="006F5905" w:rsidP="00812E92">
      <w:pPr>
        <w:pStyle w:val="Listapunktowana"/>
        <w:widowControl w:val="0"/>
        <w:numPr>
          <w:ilvl w:val="0"/>
          <w:numId w:val="4"/>
        </w:numPr>
        <w:spacing w:before="120" w:after="120"/>
        <w:jc w:val="both"/>
      </w:pPr>
      <w:proofErr w:type="spellStart"/>
      <w:r w:rsidRPr="00812E92">
        <w:t>Posiadanie</w:t>
      </w:r>
      <w:proofErr w:type="spellEnd"/>
      <w:r w:rsidRPr="00812E92">
        <w:t xml:space="preserve"> OPKS </w:t>
      </w:r>
      <w:proofErr w:type="spellStart"/>
      <w:r w:rsidRPr="00812E92">
        <w:t>weryfikowane</w:t>
      </w:r>
      <w:proofErr w:type="spellEnd"/>
      <w:r w:rsidRPr="00812E92">
        <w:t xml:space="preserve"> jest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podstawie</w:t>
      </w:r>
      <w:proofErr w:type="spellEnd"/>
      <w:r w:rsidRPr="00812E92">
        <w:t xml:space="preserve"> </w:t>
      </w:r>
      <w:proofErr w:type="spellStart"/>
      <w:r w:rsidRPr="00812E92">
        <w:t>orzeczenia</w:t>
      </w:r>
      <w:proofErr w:type="spellEnd"/>
      <w:r w:rsidRPr="00812E92">
        <w:t xml:space="preserve"> </w:t>
      </w:r>
      <w:proofErr w:type="spellStart"/>
      <w:r w:rsidRPr="00812E92">
        <w:t>znajdującego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w </w:t>
      </w:r>
      <w:proofErr w:type="spellStart"/>
      <w:r w:rsidRPr="00812E92">
        <w:t>dokumentacji</w:t>
      </w:r>
      <w:proofErr w:type="spellEnd"/>
      <w:r w:rsidRPr="00812E92">
        <w:t xml:space="preserve"> OWP </w:t>
      </w:r>
      <w:proofErr w:type="spellStart"/>
      <w:r w:rsidRPr="00812E92">
        <w:t>albo</w:t>
      </w:r>
      <w:proofErr w:type="spellEnd"/>
      <w:r w:rsidRPr="00812E92">
        <w:t xml:space="preserve"> </w:t>
      </w:r>
      <w:proofErr w:type="spellStart"/>
      <w:r w:rsidRPr="00812E92">
        <w:t>przedstawionego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</w:t>
      </w:r>
      <w:proofErr w:type="spellStart"/>
      <w:r w:rsidRPr="00812E92">
        <w:t>rodzica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opiekuna</w:t>
      </w:r>
      <w:proofErr w:type="spellEnd"/>
      <w:r w:rsidRPr="00812E92">
        <w:t xml:space="preserve"> </w:t>
      </w:r>
      <w:proofErr w:type="spellStart"/>
      <w:r w:rsidRPr="00812E92">
        <w:t>prawnego</w:t>
      </w:r>
      <w:proofErr w:type="spellEnd"/>
      <w:r w:rsidRPr="00812E92">
        <w:t>.</w:t>
      </w:r>
    </w:p>
    <w:p w14:paraId="4B684A08" w14:textId="77777777" w:rsidR="00B14F83" w:rsidRPr="00812E92" w:rsidRDefault="006F5905" w:rsidP="00812E92">
      <w:pPr>
        <w:pStyle w:val="Listapunktowana"/>
        <w:widowControl w:val="0"/>
        <w:numPr>
          <w:ilvl w:val="0"/>
          <w:numId w:val="4"/>
        </w:numPr>
        <w:spacing w:before="120" w:after="120"/>
        <w:jc w:val="both"/>
      </w:pPr>
      <w:proofErr w:type="spellStart"/>
      <w:r w:rsidRPr="00812E92">
        <w:t>Doświadczenie</w:t>
      </w:r>
      <w:proofErr w:type="spellEnd"/>
      <w:r w:rsidRPr="00812E92">
        <w:t xml:space="preserve"> </w:t>
      </w:r>
      <w:proofErr w:type="spellStart"/>
      <w:r w:rsidRPr="00812E92">
        <w:t>migracji</w:t>
      </w:r>
      <w:proofErr w:type="spellEnd"/>
      <w:r w:rsidRPr="00812E92">
        <w:t xml:space="preserve"> </w:t>
      </w:r>
      <w:proofErr w:type="spellStart"/>
      <w:r w:rsidRPr="00812E92">
        <w:t>potwierdzane</w:t>
      </w:r>
      <w:proofErr w:type="spellEnd"/>
      <w:r w:rsidRPr="00812E92">
        <w:t xml:space="preserve"> jest </w:t>
      </w:r>
      <w:proofErr w:type="spellStart"/>
      <w:r w:rsidRPr="00812E92">
        <w:t>opatrzonym</w:t>
      </w:r>
      <w:proofErr w:type="spellEnd"/>
      <w:r w:rsidRPr="00812E92">
        <w:t xml:space="preserve"> </w:t>
      </w:r>
      <w:proofErr w:type="spellStart"/>
      <w:r w:rsidRPr="00812E92">
        <w:t>datą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podpisem</w:t>
      </w:r>
      <w:proofErr w:type="spellEnd"/>
      <w:r w:rsidRPr="00812E92">
        <w:t xml:space="preserve"> </w:t>
      </w:r>
      <w:proofErr w:type="spellStart"/>
      <w:r w:rsidRPr="00812E92">
        <w:t>oświadczeniem</w:t>
      </w:r>
      <w:proofErr w:type="spellEnd"/>
      <w:r w:rsidRPr="00812E92">
        <w:t xml:space="preserve"> </w:t>
      </w:r>
      <w:proofErr w:type="spellStart"/>
      <w:r w:rsidRPr="00812E92">
        <w:t>rodzica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opiekuna</w:t>
      </w:r>
      <w:proofErr w:type="spellEnd"/>
      <w:r w:rsidRPr="00812E92">
        <w:t xml:space="preserve"> </w:t>
      </w:r>
      <w:proofErr w:type="spellStart"/>
      <w:r w:rsidRPr="00812E92">
        <w:t>prawnego</w:t>
      </w:r>
      <w:proofErr w:type="spellEnd"/>
      <w:r w:rsidRPr="00812E92">
        <w:t xml:space="preserve"> </w:t>
      </w:r>
      <w:proofErr w:type="spellStart"/>
      <w:r w:rsidRPr="00812E92">
        <w:t>zawartym</w:t>
      </w:r>
      <w:proofErr w:type="spellEnd"/>
      <w:r w:rsidRPr="00812E92">
        <w:t xml:space="preserve"> w </w:t>
      </w:r>
      <w:proofErr w:type="spellStart"/>
      <w:r w:rsidRPr="00812E92">
        <w:t>formularzu</w:t>
      </w:r>
      <w:proofErr w:type="spellEnd"/>
      <w:r w:rsidRPr="00812E92">
        <w:t xml:space="preserve"> </w:t>
      </w:r>
      <w:proofErr w:type="spellStart"/>
      <w:r w:rsidRPr="00812E92">
        <w:t>rekrutacyjnym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>.</w:t>
      </w:r>
    </w:p>
    <w:p w14:paraId="7AECFD6E" w14:textId="77777777" w:rsidR="00B14F83" w:rsidRPr="00812E92" w:rsidRDefault="006F5905" w:rsidP="00812E92">
      <w:pPr>
        <w:pStyle w:val="Listapunktowana"/>
        <w:widowControl w:val="0"/>
        <w:numPr>
          <w:ilvl w:val="0"/>
          <w:numId w:val="4"/>
        </w:numPr>
        <w:spacing w:before="120" w:after="120"/>
        <w:jc w:val="both"/>
      </w:pPr>
      <w:proofErr w:type="spellStart"/>
      <w:r w:rsidRPr="00812E92">
        <w:t>Punkty</w:t>
      </w:r>
      <w:proofErr w:type="spellEnd"/>
      <w:r w:rsidRPr="00812E92">
        <w:t xml:space="preserve"> za </w:t>
      </w:r>
      <w:proofErr w:type="spellStart"/>
      <w:r w:rsidRPr="00812E92">
        <w:t>kryteria</w:t>
      </w:r>
      <w:proofErr w:type="spellEnd"/>
      <w:r w:rsidRPr="00812E92">
        <w:t xml:space="preserve"> </w:t>
      </w:r>
      <w:proofErr w:type="spellStart"/>
      <w:r w:rsidRPr="00812E92">
        <w:t>określone</w:t>
      </w:r>
      <w:proofErr w:type="spellEnd"/>
      <w:r w:rsidRPr="00812E92">
        <w:t xml:space="preserve"> w </w:t>
      </w:r>
      <w:proofErr w:type="spellStart"/>
      <w:r w:rsidRPr="00812E92">
        <w:t>ust</w:t>
      </w:r>
      <w:proofErr w:type="spellEnd"/>
      <w:r w:rsidRPr="00812E92">
        <w:t xml:space="preserve">. 4 </w:t>
      </w:r>
      <w:proofErr w:type="spellStart"/>
      <w:r w:rsidRPr="00812E92">
        <w:t>sumują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>.</w:t>
      </w:r>
    </w:p>
    <w:p w14:paraId="70C34DB5" w14:textId="77777777" w:rsidR="00B14F83" w:rsidRPr="00812E92" w:rsidRDefault="006F5905" w:rsidP="00812E92">
      <w:pPr>
        <w:pStyle w:val="Listapunktowana"/>
        <w:widowControl w:val="0"/>
        <w:numPr>
          <w:ilvl w:val="0"/>
          <w:numId w:val="4"/>
        </w:numPr>
        <w:spacing w:before="120" w:after="120"/>
        <w:jc w:val="both"/>
      </w:pPr>
      <w:proofErr w:type="spellStart"/>
      <w:r w:rsidRPr="00812E92">
        <w:t>Kwalifikacja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do </w:t>
      </w:r>
      <w:proofErr w:type="spellStart"/>
      <w:r w:rsidRPr="00812E92">
        <w:t>konkretnej</w:t>
      </w:r>
      <w:proofErr w:type="spellEnd"/>
      <w:r w:rsidRPr="00812E92">
        <w:t xml:space="preserve"> </w:t>
      </w:r>
      <w:proofErr w:type="spellStart"/>
      <w:r w:rsidRPr="00812E92">
        <w:t>formy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następuje</w:t>
      </w:r>
      <w:proofErr w:type="spellEnd"/>
      <w:r w:rsidRPr="00812E92">
        <w:t xml:space="preserve"> z </w:t>
      </w:r>
      <w:proofErr w:type="spellStart"/>
      <w:r w:rsidRPr="00812E92">
        <w:t>uwzględnieniem</w:t>
      </w:r>
      <w:proofErr w:type="spellEnd"/>
      <w:r w:rsidRPr="00812E92">
        <w:t xml:space="preserve"> </w:t>
      </w:r>
      <w:proofErr w:type="spellStart"/>
      <w:r w:rsidRPr="00812E92">
        <w:t>rodzaju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zakresu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trudności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potrzeb</w:t>
      </w:r>
      <w:proofErr w:type="spellEnd"/>
      <w:r w:rsidRPr="00812E92">
        <w:t xml:space="preserve"> </w:t>
      </w:r>
      <w:proofErr w:type="spellStart"/>
      <w:r w:rsidRPr="00812E92">
        <w:t>rozwojowych</w:t>
      </w:r>
      <w:proofErr w:type="spellEnd"/>
      <w:r w:rsidRPr="00812E92">
        <w:t xml:space="preserve">. </w:t>
      </w:r>
      <w:proofErr w:type="spellStart"/>
      <w:r w:rsidRPr="00812E92">
        <w:t>Punkty</w:t>
      </w:r>
      <w:proofErr w:type="spellEnd"/>
      <w:r w:rsidRPr="00812E92">
        <w:t xml:space="preserve"> </w:t>
      </w:r>
      <w:proofErr w:type="spellStart"/>
      <w:r w:rsidRPr="00812E92">
        <w:t>określają</w:t>
      </w:r>
      <w:proofErr w:type="spellEnd"/>
      <w:r w:rsidRPr="00812E92">
        <w:t xml:space="preserve"> </w:t>
      </w:r>
      <w:proofErr w:type="spellStart"/>
      <w:r w:rsidRPr="00812E92">
        <w:t>pierwszeństwo</w:t>
      </w:r>
      <w:proofErr w:type="spellEnd"/>
      <w:r w:rsidRPr="00812E92">
        <w:t xml:space="preserve"> </w:t>
      </w:r>
      <w:proofErr w:type="spellStart"/>
      <w:r w:rsidRPr="00812E92">
        <w:t>wyłącznie</w:t>
      </w:r>
      <w:proofErr w:type="spellEnd"/>
      <w:r w:rsidRPr="00812E92">
        <w:t xml:space="preserve"> </w:t>
      </w:r>
      <w:proofErr w:type="spellStart"/>
      <w:r w:rsidRPr="00812E92">
        <w:t>pomiędzy</w:t>
      </w:r>
      <w:proofErr w:type="spellEnd"/>
      <w:r w:rsidRPr="00812E92">
        <w:t xml:space="preserve"> </w:t>
      </w:r>
      <w:proofErr w:type="spellStart"/>
      <w:r w:rsidRPr="00812E92">
        <w:t>dziećmi</w:t>
      </w:r>
      <w:proofErr w:type="spellEnd"/>
      <w:r w:rsidRPr="00812E92">
        <w:t xml:space="preserve"> </w:t>
      </w:r>
      <w:proofErr w:type="spellStart"/>
      <w:r w:rsidRPr="00812E92">
        <w:t>uprawnionymi</w:t>
      </w:r>
      <w:proofErr w:type="spellEnd"/>
      <w:r w:rsidRPr="00812E92">
        <w:t xml:space="preserve"> do </w:t>
      </w:r>
      <w:proofErr w:type="spellStart"/>
      <w:r w:rsidRPr="00812E92">
        <w:t>tej</w:t>
      </w:r>
      <w:proofErr w:type="spellEnd"/>
      <w:r w:rsidRPr="00812E92">
        <w:t xml:space="preserve"> </w:t>
      </w:r>
      <w:proofErr w:type="spellStart"/>
      <w:r w:rsidRPr="00812E92">
        <w:t>samej</w:t>
      </w:r>
      <w:proofErr w:type="spellEnd"/>
      <w:r w:rsidRPr="00812E92">
        <w:t xml:space="preserve"> </w:t>
      </w:r>
      <w:proofErr w:type="spellStart"/>
      <w:r w:rsidRPr="00812E92">
        <w:t>formy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mogą</w:t>
      </w:r>
      <w:proofErr w:type="spellEnd"/>
      <w:r w:rsidRPr="00812E92">
        <w:t xml:space="preserve"> </w:t>
      </w:r>
      <w:proofErr w:type="spellStart"/>
      <w:r w:rsidRPr="00812E92">
        <w:t>zastępować</w:t>
      </w:r>
      <w:proofErr w:type="spellEnd"/>
      <w:r w:rsidRPr="00812E92">
        <w:t xml:space="preserve"> </w:t>
      </w:r>
      <w:proofErr w:type="spellStart"/>
      <w:r w:rsidRPr="00812E92">
        <w:t>potwierdzenia</w:t>
      </w:r>
      <w:proofErr w:type="spellEnd"/>
      <w:r w:rsidRPr="00812E92">
        <w:t xml:space="preserve"> </w:t>
      </w:r>
      <w:proofErr w:type="spellStart"/>
      <w:r w:rsidRPr="00812E92">
        <w:t>potrzeby</w:t>
      </w:r>
      <w:proofErr w:type="spellEnd"/>
      <w:r w:rsidRPr="00812E92">
        <w:t xml:space="preserve"> </w:t>
      </w: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danych</w:t>
      </w:r>
      <w:proofErr w:type="spellEnd"/>
      <w:r w:rsidRPr="00812E92">
        <w:t xml:space="preserve"> </w:t>
      </w:r>
      <w:proofErr w:type="spellStart"/>
      <w:r w:rsidRPr="00812E92">
        <w:t>zajęciach</w:t>
      </w:r>
      <w:proofErr w:type="spellEnd"/>
      <w:r w:rsidRPr="00812E92">
        <w:t>.</w:t>
      </w:r>
    </w:p>
    <w:p w14:paraId="0F891690" w14:textId="77777777" w:rsidR="00B14F83" w:rsidRPr="00812E92" w:rsidRDefault="006F5905" w:rsidP="00812E92">
      <w:pPr>
        <w:pStyle w:val="Listapunktowana"/>
        <w:widowControl w:val="0"/>
        <w:numPr>
          <w:ilvl w:val="0"/>
          <w:numId w:val="4"/>
        </w:numPr>
        <w:spacing w:before="120" w:after="120"/>
        <w:jc w:val="both"/>
      </w:pPr>
      <w:proofErr w:type="spellStart"/>
      <w:r w:rsidRPr="00812E92">
        <w:t>Ocena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kwalifikacja</w:t>
      </w:r>
      <w:proofErr w:type="spellEnd"/>
      <w:r w:rsidRPr="00812E92">
        <w:t xml:space="preserve"> </w:t>
      </w:r>
      <w:proofErr w:type="spellStart"/>
      <w:r w:rsidRPr="00812E92">
        <w:t>prowadzone</w:t>
      </w:r>
      <w:proofErr w:type="spellEnd"/>
      <w:r w:rsidRPr="00812E92">
        <w:t xml:space="preserve"> </w:t>
      </w:r>
      <w:proofErr w:type="spellStart"/>
      <w:r w:rsidRPr="00812E92">
        <w:t>są</w:t>
      </w:r>
      <w:proofErr w:type="spellEnd"/>
      <w:r w:rsidRPr="00812E92">
        <w:t xml:space="preserve"> </w:t>
      </w:r>
      <w:proofErr w:type="spellStart"/>
      <w:r w:rsidRPr="00812E92">
        <w:t>odrębnie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poszczególnych</w:t>
      </w:r>
      <w:proofErr w:type="spellEnd"/>
      <w:r w:rsidRPr="00812E92">
        <w:t xml:space="preserve"> form </w:t>
      </w:r>
      <w:proofErr w:type="spellStart"/>
      <w:r w:rsidRPr="00812E92">
        <w:t>wsparcia</w:t>
      </w:r>
      <w:proofErr w:type="spellEnd"/>
      <w:r w:rsidRPr="00812E92">
        <w:t xml:space="preserve">. </w:t>
      </w:r>
      <w:proofErr w:type="spellStart"/>
      <w:r w:rsidRPr="00812E92">
        <w:t>Jedno</w:t>
      </w:r>
      <w:proofErr w:type="spellEnd"/>
      <w:r w:rsidRPr="00812E92">
        <w:t xml:space="preserve"> </w:t>
      </w:r>
      <w:proofErr w:type="spellStart"/>
      <w:r w:rsidRPr="00812E92">
        <w:t>dziecko</w:t>
      </w:r>
      <w:proofErr w:type="spellEnd"/>
      <w:r w:rsidRPr="00812E92">
        <w:t xml:space="preserve"> </w:t>
      </w:r>
      <w:proofErr w:type="spellStart"/>
      <w:r w:rsidRPr="00812E92">
        <w:t>może</w:t>
      </w:r>
      <w:proofErr w:type="spellEnd"/>
      <w:r w:rsidRPr="00812E92">
        <w:t xml:space="preserve"> </w:t>
      </w:r>
      <w:proofErr w:type="spellStart"/>
      <w:r w:rsidRPr="00812E92">
        <w:t>zostać</w:t>
      </w:r>
      <w:proofErr w:type="spellEnd"/>
      <w:r w:rsidRPr="00812E92">
        <w:t xml:space="preserve"> </w:t>
      </w:r>
      <w:proofErr w:type="spellStart"/>
      <w:r w:rsidRPr="00812E92">
        <w:t>zakwalifikowane</w:t>
      </w:r>
      <w:proofErr w:type="spellEnd"/>
      <w:r w:rsidRPr="00812E92">
        <w:t xml:space="preserve"> do </w:t>
      </w:r>
      <w:proofErr w:type="spellStart"/>
      <w:r w:rsidRPr="00812E92">
        <w:t>więcej</w:t>
      </w:r>
      <w:proofErr w:type="spellEnd"/>
      <w:r w:rsidRPr="00812E92">
        <w:t xml:space="preserve"> </w:t>
      </w:r>
      <w:proofErr w:type="spellStart"/>
      <w:r w:rsidRPr="00812E92">
        <w:t>niż</w:t>
      </w:r>
      <w:proofErr w:type="spellEnd"/>
      <w:r w:rsidRPr="00812E92">
        <w:t xml:space="preserve"> </w:t>
      </w:r>
      <w:proofErr w:type="spellStart"/>
      <w:r w:rsidRPr="00812E92">
        <w:t>jednej</w:t>
      </w:r>
      <w:proofErr w:type="spellEnd"/>
      <w:r w:rsidRPr="00812E92">
        <w:t xml:space="preserve"> </w:t>
      </w:r>
      <w:proofErr w:type="spellStart"/>
      <w:r w:rsidRPr="00812E92">
        <w:t>formy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, </w:t>
      </w:r>
      <w:proofErr w:type="spellStart"/>
      <w:r w:rsidRPr="00812E92">
        <w:t>jeżeli</w:t>
      </w:r>
      <w:proofErr w:type="spellEnd"/>
      <w:r w:rsidRPr="00812E92">
        <w:t xml:space="preserve"> </w:t>
      </w:r>
      <w:proofErr w:type="spellStart"/>
      <w:r w:rsidRPr="00812E92">
        <w:t>wynika</w:t>
      </w:r>
      <w:proofErr w:type="spellEnd"/>
      <w:r w:rsidRPr="00812E92">
        <w:t xml:space="preserve"> to z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udokumentowanych</w:t>
      </w:r>
      <w:proofErr w:type="spellEnd"/>
      <w:r w:rsidRPr="00812E92">
        <w:t xml:space="preserve"> </w:t>
      </w:r>
      <w:proofErr w:type="spellStart"/>
      <w:r w:rsidRPr="00812E92">
        <w:t>potrzeb</w:t>
      </w:r>
      <w:proofErr w:type="spellEnd"/>
      <w:r w:rsidRPr="00812E92">
        <w:t>.</w:t>
      </w:r>
    </w:p>
    <w:p w14:paraId="193344E4" w14:textId="77777777" w:rsidR="00B14F83" w:rsidRPr="00812E92" w:rsidRDefault="006F5905" w:rsidP="00812E92">
      <w:pPr>
        <w:pStyle w:val="Nagwek1"/>
        <w:keepNext w:val="0"/>
        <w:keepLines w:val="0"/>
        <w:widowControl w:val="0"/>
        <w:spacing w:after="120"/>
      </w:pPr>
      <w:r w:rsidRPr="00812E92">
        <w:rPr>
          <w:rFonts w:ascii="Arial" w:eastAsia="Arial" w:hAnsi="Arial" w:cs="Arial"/>
        </w:rPr>
        <w:t>§ 5. KRYTERIA REKRUTACJI NAUCZYCIELI/NAUCZYCIELEK</w:t>
      </w:r>
    </w:p>
    <w:p w14:paraId="5EE6A99B" w14:textId="77777777" w:rsidR="00B14F83" w:rsidRPr="00812E92" w:rsidRDefault="006F5905" w:rsidP="00812E92">
      <w:pPr>
        <w:pStyle w:val="Listapunktowana"/>
        <w:widowControl w:val="0"/>
        <w:numPr>
          <w:ilvl w:val="0"/>
          <w:numId w:val="5"/>
        </w:numPr>
        <w:spacing w:before="120" w:after="120"/>
        <w:jc w:val="both"/>
      </w:pPr>
      <w:r w:rsidRPr="00812E92">
        <w:lastRenderedPageBreak/>
        <w:t xml:space="preserve">Do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może</w:t>
      </w:r>
      <w:proofErr w:type="spellEnd"/>
      <w:r w:rsidRPr="00812E92">
        <w:t xml:space="preserve"> </w:t>
      </w:r>
      <w:proofErr w:type="spellStart"/>
      <w:r w:rsidRPr="00812E92">
        <w:t>zostać</w:t>
      </w:r>
      <w:proofErr w:type="spellEnd"/>
      <w:r w:rsidRPr="00812E92">
        <w:t xml:space="preserve"> </w:t>
      </w:r>
      <w:proofErr w:type="spellStart"/>
      <w:r w:rsidRPr="00812E92">
        <w:t>zakwalifikowany</w:t>
      </w:r>
      <w:proofErr w:type="spellEnd"/>
      <w:r w:rsidRPr="00812E92">
        <w:t xml:space="preserve"> </w:t>
      </w:r>
      <w:proofErr w:type="spellStart"/>
      <w:r w:rsidRPr="00812E92">
        <w:t>nauczyciel</w:t>
      </w:r>
      <w:proofErr w:type="spellEnd"/>
      <w:r w:rsidRPr="00812E92">
        <w:t>/</w:t>
      </w:r>
      <w:proofErr w:type="spellStart"/>
      <w:r w:rsidRPr="00812E92">
        <w:t>nauczycielka</w:t>
      </w:r>
      <w:proofErr w:type="spellEnd"/>
      <w:r w:rsidRPr="00812E92">
        <w:t xml:space="preserve">, </w:t>
      </w:r>
      <w:proofErr w:type="spellStart"/>
      <w:r w:rsidRPr="00812E92">
        <w:t>który</w:t>
      </w:r>
      <w:proofErr w:type="spellEnd"/>
      <w:r w:rsidRPr="00812E92">
        <w:t>/</w:t>
      </w:r>
      <w:proofErr w:type="spellStart"/>
      <w:r w:rsidRPr="00812E92">
        <w:t>która</w:t>
      </w:r>
      <w:proofErr w:type="spellEnd"/>
      <w:r w:rsidRPr="00812E92">
        <w:t>:</w:t>
      </w:r>
    </w:p>
    <w:p w14:paraId="520583C9" w14:textId="77777777" w:rsidR="00B14F83" w:rsidRPr="00812E92" w:rsidRDefault="006F5905" w:rsidP="00812E92">
      <w:pPr>
        <w:pStyle w:val="Listapunktowana"/>
        <w:widowControl w:val="0"/>
        <w:numPr>
          <w:ilvl w:val="0"/>
          <w:numId w:val="18"/>
        </w:numPr>
        <w:spacing w:before="120" w:after="120"/>
        <w:ind w:left="851"/>
        <w:jc w:val="both"/>
      </w:pPr>
      <w:proofErr w:type="spellStart"/>
      <w:r w:rsidRPr="00812E92">
        <w:t>złoży</w:t>
      </w:r>
      <w:proofErr w:type="spellEnd"/>
      <w:r w:rsidRPr="00812E92">
        <w:t xml:space="preserve"> </w:t>
      </w:r>
      <w:proofErr w:type="spellStart"/>
      <w:r w:rsidRPr="00812E92">
        <w:t>formularz</w:t>
      </w:r>
      <w:proofErr w:type="spellEnd"/>
      <w:r w:rsidRPr="00812E92">
        <w:t xml:space="preserve"> </w:t>
      </w:r>
      <w:proofErr w:type="spellStart"/>
      <w:r w:rsidRPr="00812E92">
        <w:t>rekrutacyjny</w:t>
      </w:r>
      <w:proofErr w:type="spellEnd"/>
      <w:r w:rsidRPr="00812E92">
        <w:t>;</w:t>
      </w:r>
    </w:p>
    <w:p w14:paraId="389DA61D" w14:textId="77777777" w:rsidR="00B14F83" w:rsidRPr="00812E92" w:rsidRDefault="006F5905" w:rsidP="00812E92">
      <w:pPr>
        <w:pStyle w:val="Listapunktowana"/>
        <w:widowControl w:val="0"/>
        <w:numPr>
          <w:ilvl w:val="0"/>
          <w:numId w:val="18"/>
        </w:numPr>
        <w:spacing w:before="120" w:after="120"/>
        <w:ind w:left="851"/>
        <w:jc w:val="both"/>
      </w:pPr>
      <w:r w:rsidRPr="00812E92">
        <w:t xml:space="preserve">jest </w:t>
      </w:r>
      <w:proofErr w:type="spellStart"/>
      <w:r w:rsidRPr="00812E92">
        <w:t>zatrudniony</w:t>
      </w:r>
      <w:proofErr w:type="spellEnd"/>
      <w:r w:rsidRPr="00812E92">
        <w:t>/</w:t>
      </w:r>
      <w:proofErr w:type="spellStart"/>
      <w:r w:rsidRPr="00812E92">
        <w:t>zatrudniona</w:t>
      </w:r>
      <w:proofErr w:type="spellEnd"/>
      <w:r w:rsidRPr="00812E92">
        <w:t xml:space="preserve"> w OWP </w:t>
      </w:r>
      <w:proofErr w:type="spellStart"/>
      <w:r w:rsidRPr="00812E92">
        <w:t>objętym</w:t>
      </w:r>
      <w:proofErr w:type="spellEnd"/>
      <w:r w:rsidRPr="00812E92">
        <w:t xml:space="preserve"> </w:t>
      </w:r>
      <w:proofErr w:type="spellStart"/>
      <w:r w:rsidRPr="00812E92">
        <w:t>projektem</w:t>
      </w:r>
      <w:proofErr w:type="spellEnd"/>
      <w:r w:rsidRPr="00812E92">
        <w:t>;</w:t>
      </w:r>
    </w:p>
    <w:p w14:paraId="12FA7630" w14:textId="77777777" w:rsidR="00B14F83" w:rsidRPr="00812E92" w:rsidRDefault="006F5905" w:rsidP="00812E92">
      <w:pPr>
        <w:pStyle w:val="Listapunktowana"/>
        <w:widowControl w:val="0"/>
        <w:numPr>
          <w:ilvl w:val="0"/>
          <w:numId w:val="18"/>
        </w:numPr>
        <w:spacing w:before="120" w:after="120"/>
        <w:ind w:left="851"/>
        <w:jc w:val="both"/>
      </w:pPr>
      <w:proofErr w:type="spellStart"/>
      <w:r w:rsidRPr="00812E92">
        <w:t>posiada</w:t>
      </w:r>
      <w:proofErr w:type="spellEnd"/>
      <w:r w:rsidRPr="00812E92">
        <w:t xml:space="preserve"> </w:t>
      </w:r>
      <w:proofErr w:type="spellStart"/>
      <w:r w:rsidRPr="00812E92">
        <w:t>potrzebę</w:t>
      </w:r>
      <w:proofErr w:type="spellEnd"/>
      <w:r w:rsidRPr="00812E92">
        <w:t xml:space="preserve"> </w:t>
      </w:r>
      <w:proofErr w:type="spellStart"/>
      <w:r w:rsidRPr="00812E92">
        <w:t>podniesienia</w:t>
      </w:r>
      <w:proofErr w:type="spellEnd"/>
      <w:r w:rsidRPr="00812E92">
        <w:t xml:space="preserve"> </w:t>
      </w:r>
      <w:proofErr w:type="spellStart"/>
      <w:r w:rsidRPr="00812E92">
        <w:t>kompetencji</w:t>
      </w:r>
      <w:proofErr w:type="spellEnd"/>
      <w:r w:rsidRPr="00812E92">
        <w:t xml:space="preserve"> w </w:t>
      </w:r>
      <w:proofErr w:type="spellStart"/>
      <w:r w:rsidRPr="00812E92">
        <w:t>zakresie</w:t>
      </w:r>
      <w:proofErr w:type="spellEnd"/>
      <w:r w:rsidRPr="00812E92">
        <w:t xml:space="preserve"> </w:t>
      </w:r>
      <w:proofErr w:type="spellStart"/>
      <w:r w:rsidRPr="00812E92">
        <w:t>pracy</w:t>
      </w:r>
      <w:proofErr w:type="spellEnd"/>
      <w:r w:rsidRPr="00812E92">
        <w:t xml:space="preserve"> z </w:t>
      </w:r>
      <w:proofErr w:type="spellStart"/>
      <w:r w:rsidRPr="00812E92">
        <w:t>dziećmi</w:t>
      </w:r>
      <w:proofErr w:type="spellEnd"/>
      <w:r w:rsidRPr="00812E92">
        <w:t xml:space="preserve"> o </w:t>
      </w:r>
      <w:proofErr w:type="spellStart"/>
      <w:r w:rsidRPr="00812E92">
        <w:t>zdiagnozowanych</w:t>
      </w:r>
      <w:proofErr w:type="spellEnd"/>
      <w:r w:rsidRPr="00812E92">
        <w:t xml:space="preserve"> </w:t>
      </w:r>
      <w:proofErr w:type="spellStart"/>
      <w:r w:rsidRPr="00812E92">
        <w:t>potrzebach</w:t>
      </w:r>
      <w:proofErr w:type="spellEnd"/>
      <w:r w:rsidRPr="00812E92">
        <w:t xml:space="preserve"> </w:t>
      </w:r>
      <w:proofErr w:type="spellStart"/>
      <w:r w:rsidRPr="00812E92">
        <w:t>rozwojowych</w:t>
      </w:r>
      <w:proofErr w:type="spellEnd"/>
      <w:r w:rsidRPr="00812E92">
        <w:t xml:space="preserve"> </w:t>
      </w:r>
      <w:proofErr w:type="spellStart"/>
      <w:r w:rsidRPr="00812E92">
        <w:t>objętych</w:t>
      </w:r>
      <w:proofErr w:type="spellEnd"/>
      <w:r w:rsidRPr="00812E92">
        <w:t xml:space="preserve"> </w:t>
      </w:r>
      <w:proofErr w:type="spellStart"/>
      <w:r w:rsidRPr="00812E92">
        <w:t>wsparciem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>.</w:t>
      </w:r>
    </w:p>
    <w:p w14:paraId="2D94C623" w14:textId="75D587ED" w:rsidR="00B14F83" w:rsidRPr="00812E92" w:rsidRDefault="006F5905" w:rsidP="00812E92">
      <w:pPr>
        <w:pStyle w:val="Listapunktowana"/>
        <w:widowControl w:val="0"/>
        <w:numPr>
          <w:ilvl w:val="0"/>
          <w:numId w:val="5"/>
        </w:numPr>
        <w:spacing w:before="120" w:after="120"/>
        <w:jc w:val="both"/>
      </w:pPr>
      <w:proofErr w:type="spellStart"/>
      <w:r w:rsidRPr="00812E92">
        <w:t>Spełnienie</w:t>
      </w:r>
      <w:proofErr w:type="spellEnd"/>
      <w:r w:rsidRPr="00812E92">
        <w:t xml:space="preserve"> </w:t>
      </w:r>
      <w:proofErr w:type="spellStart"/>
      <w:r w:rsidRPr="00812E92">
        <w:t>warunków</w:t>
      </w:r>
      <w:proofErr w:type="spellEnd"/>
      <w:r w:rsidRPr="00812E92">
        <w:t xml:space="preserve">, o </w:t>
      </w:r>
      <w:proofErr w:type="spellStart"/>
      <w:r w:rsidRPr="00812E92">
        <w:t>których</w:t>
      </w:r>
      <w:proofErr w:type="spellEnd"/>
      <w:r w:rsidRPr="00812E92">
        <w:t xml:space="preserve"> </w:t>
      </w:r>
      <w:proofErr w:type="spellStart"/>
      <w:r w:rsidRPr="00812E92">
        <w:t>mowa</w:t>
      </w:r>
      <w:proofErr w:type="spellEnd"/>
      <w:r w:rsidRPr="00812E92">
        <w:t xml:space="preserve"> w </w:t>
      </w:r>
      <w:proofErr w:type="spellStart"/>
      <w:r w:rsidRPr="00812E92">
        <w:t>ust</w:t>
      </w:r>
      <w:proofErr w:type="spellEnd"/>
      <w:r w:rsidRPr="00812E92">
        <w:t>. 1</w:t>
      </w:r>
      <w:r w:rsidR="00D813D9">
        <w:t xml:space="preserve"> lit. b-c</w:t>
      </w:r>
      <w:r w:rsidRPr="00812E92">
        <w:t xml:space="preserve">, </w:t>
      </w:r>
      <w:proofErr w:type="spellStart"/>
      <w:r w:rsidRPr="00812E92">
        <w:t>potwierdza</w:t>
      </w:r>
      <w:proofErr w:type="spellEnd"/>
      <w:r w:rsidRPr="00812E92">
        <w:t xml:space="preserve"> </w:t>
      </w:r>
      <w:proofErr w:type="spellStart"/>
      <w:r w:rsidRPr="00812E92">
        <w:t>opatrzone</w:t>
      </w:r>
      <w:proofErr w:type="spellEnd"/>
      <w:r w:rsidRPr="00812E92">
        <w:t xml:space="preserve"> </w:t>
      </w:r>
      <w:proofErr w:type="spellStart"/>
      <w:r w:rsidRPr="00812E92">
        <w:t>datą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podpisem</w:t>
      </w:r>
      <w:proofErr w:type="spellEnd"/>
      <w:r w:rsidRPr="00812E92">
        <w:t xml:space="preserve"> </w:t>
      </w:r>
      <w:proofErr w:type="spellStart"/>
      <w:r w:rsidRPr="00812E92">
        <w:t>zaświadczenie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rekomendacja</w:t>
      </w:r>
      <w:proofErr w:type="spellEnd"/>
      <w:r w:rsidRPr="00812E92">
        <w:t xml:space="preserve"> </w:t>
      </w:r>
      <w:proofErr w:type="spellStart"/>
      <w:r w:rsidRPr="00812E92">
        <w:t>dyrektora</w:t>
      </w:r>
      <w:proofErr w:type="spellEnd"/>
      <w:r w:rsidRPr="00812E92">
        <w:t xml:space="preserve"> OWP.</w:t>
      </w:r>
      <w:r w:rsidR="00C64209">
        <w:t xml:space="preserve"> </w:t>
      </w:r>
      <w:proofErr w:type="spellStart"/>
      <w:r w:rsidR="00C64209" w:rsidRPr="00C64209">
        <w:t>Potwierdzenia</w:t>
      </w:r>
      <w:proofErr w:type="spellEnd"/>
      <w:r w:rsidR="00C64209" w:rsidRPr="00C64209">
        <w:t xml:space="preserve"> </w:t>
      </w:r>
      <w:proofErr w:type="spellStart"/>
      <w:r w:rsidR="00C64209" w:rsidRPr="00C64209">
        <w:t>dokonuje</w:t>
      </w:r>
      <w:proofErr w:type="spellEnd"/>
      <w:r w:rsidR="00C64209" w:rsidRPr="00C64209">
        <w:t xml:space="preserve"> </w:t>
      </w:r>
      <w:proofErr w:type="spellStart"/>
      <w:r w:rsidR="00C64209" w:rsidRPr="00C64209">
        <w:t>dyrektor</w:t>
      </w:r>
      <w:proofErr w:type="spellEnd"/>
      <w:r w:rsidR="00C64209" w:rsidRPr="00C64209">
        <w:t xml:space="preserve"> OWP w </w:t>
      </w:r>
      <w:proofErr w:type="spellStart"/>
      <w:r w:rsidR="00C64209" w:rsidRPr="00C64209">
        <w:t>części</w:t>
      </w:r>
      <w:proofErr w:type="spellEnd"/>
      <w:r w:rsidR="00C64209" w:rsidRPr="00C64209">
        <w:t xml:space="preserve"> J </w:t>
      </w:r>
      <w:proofErr w:type="spellStart"/>
      <w:r w:rsidR="00C64209" w:rsidRPr="00C64209">
        <w:t>formularza</w:t>
      </w:r>
      <w:proofErr w:type="spellEnd"/>
      <w:r w:rsidR="00C64209" w:rsidRPr="00C64209">
        <w:t xml:space="preserve"> </w:t>
      </w:r>
      <w:proofErr w:type="spellStart"/>
      <w:r w:rsidR="00C64209" w:rsidRPr="00C64209">
        <w:t>rekrutacyjnego</w:t>
      </w:r>
      <w:proofErr w:type="spellEnd"/>
      <w:r w:rsidR="00C64209" w:rsidRPr="00C64209">
        <w:t xml:space="preserve">. </w:t>
      </w:r>
      <w:proofErr w:type="spellStart"/>
      <w:r w:rsidR="00C64209" w:rsidRPr="00C64209">
        <w:t>Nie</w:t>
      </w:r>
      <w:proofErr w:type="spellEnd"/>
      <w:r w:rsidR="00C64209" w:rsidRPr="00C64209">
        <w:t xml:space="preserve"> </w:t>
      </w:r>
      <w:proofErr w:type="spellStart"/>
      <w:r w:rsidR="00C64209" w:rsidRPr="00C64209">
        <w:t>sporządza</w:t>
      </w:r>
      <w:proofErr w:type="spellEnd"/>
      <w:r w:rsidR="00C64209" w:rsidRPr="00C64209">
        <w:t xml:space="preserve"> </w:t>
      </w:r>
      <w:proofErr w:type="spellStart"/>
      <w:r w:rsidR="00C64209" w:rsidRPr="00C64209">
        <w:t>się</w:t>
      </w:r>
      <w:proofErr w:type="spellEnd"/>
      <w:r w:rsidR="00C64209" w:rsidRPr="00C64209">
        <w:t xml:space="preserve"> </w:t>
      </w:r>
      <w:proofErr w:type="spellStart"/>
      <w:r w:rsidR="00C64209" w:rsidRPr="00C64209">
        <w:t>odrębnego</w:t>
      </w:r>
      <w:proofErr w:type="spellEnd"/>
      <w:r w:rsidR="00C64209" w:rsidRPr="00C64209">
        <w:t xml:space="preserve"> </w:t>
      </w:r>
      <w:proofErr w:type="spellStart"/>
      <w:r w:rsidR="00C64209" w:rsidRPr="00C64209">
        <w:t>zaświadczenia</w:t>
      </w:r>
      <w:proofErr w:type="spellEnd"/>
      <w:r w:rsidR="00C64209" w:rsidRPr="00C64209">
        <w:t xml:space="preserve"> ani </w:t>
      </w:r>
      <w:proofErr w:type="spellStart"/>
      <w:r w:rsidR="00C64209" w:rsidRPr="00C64209">
        <w:t>rekomendacji</w:t>
      </w:r>
      <w:proofErr w:type="spellEnd"/>
      <w:r w:rsidR="00C64209" w:rsidRPr="00C64209">
        <w:t>.</w:t>
      </w:r>
    </w:p>
    <w:p w14:paraId="3F81F71E" w14:textId="77777777" w:rsidR="00B14F83" w:rsidRPr="00812E92" w:rsidRDefault="006F5905" w:rsidP="00812E92">
      <w:pPr>
        <w:pStyle w:val="Listapunktowana"/>
        <w:widowControl w:val="0"/>
        <w:numPr>
          <w:ilvl w:val="0"/>
          <w:numId w:val="5"/>
        </w:numPr>
        <w:spacing w:before="120" w:after="120"/>
        <w:jc w:val="both"/>
      </w:pPr>
      <w:proofErr w:type="spellStart"/>
      <w:r w:rsidRPr="00812E92">
        <w:t>Stosuje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następujące</w:t>
      </w:r>
      <w:proofErr w:type="spellEnd"/>
      <w:r w:rsidRPr="00812E92">
        <w:t xml:space="preserve"> </w:t>
      </w:r>
      <w:proofErr w:type="spellStart"/>
      <w:r w:rsidRPr="00812E92">
        <w:t>kryteria</w:t>
      </w:r>
      <w:proofErr w:type="spellEnd"/>
      <w:r w:rsidRPr="00812E92">
        <w:t xml:space="preserve"> </w:t>
      </w:r>
      <w:proofErr w:type="spellStart"/>
      <w:r w:rsidRPr="00812E92">
        <w:t>punktowe</w:t>
      </w:r>
      <w:proofErr w:type="spellEnd"/>
      <w:r w:rsidRPr="00812E92">
        <w:t>:</w:t>
      </w:r>
    </w:p>
    <w:p w14:paraId="77F221E5" w14:textId="77777777" w:rsidR="00B14F83" w:rsidRPr="00812E92" w:rsidRDefault="006F5905" w:rsidP="00812E92">
      <w:pPr>
        <w:pStyle w:val="Listapunktowana"/>
        <w:widowControl w:val="0"/>
        <w:numPr>
          <w:ilvl w:val="0"/>
          <w:numId w:val="19"/>
        </w:numPr>
        <w:spacing w:before="120" w:after="120"/>
        <w:ind w:left="851"/>
        <w:jc w:val="both"/>
      </w:pPr>
      <w:proofErr w:type="spellStart"/>
      <w:r w:rsidRPr="00812E92">
        <w:t>praca</w:t>
      </w:r>
      <w:proofErr w:type="spellEnd"/>
      <w:r w:rsidRPr="00812E92">
        <w:t xml:space="preserve"> z </w:t>
      </w:r>
      <w:proofErr w:type="spellStart"/>
      <w:r w:rsidRPr="00812E92">
        <w:t>dziećmi</w:t>
      </w:r>
      <w:proofErr w:type="spellEnd"/>
      <w:r w:rsidRPr="00812E92">
        <w:t xml:space="preserve"> </w:t>
      </w:r>
      <w:proofErr w:type="spellStart"/>
      <w:r w:rsidRPr="00812E92">
        <w:t>posiadającymi</w:t>
      </w:r>
      <w:proofErr w:type="spellEnd"/>
      <w:r w:rsidRPr="00812E92">
        <w:t xml:space="preserve"> OPKS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inne</w:t>
      </w:r>
      <w:proofErr w:type="spellEnd"/>
      <w:r w:rsidRPr="00812E92">
        <w:t xml:space="preserve"> </w:t>
      </w:r>
      <w:proofErr w:type="spellStart"/>
      <w:r w:rsidRPr="00812E92">
        <w:t>trudności</w:t>
      </w:r>
      <w:proofErr w:type="spellEnd"/>
      <w:r w:rsidRPr="00812E92">
        <w:t xml:space="preserve"> </w:t>
      </w:r>
      <w:proofErr w:type="spellStart"/>
      <w:r w:rsidRPr="00812E92">
        <w:t>rozwojowe</w:t>
      </w:r>
      <w:proofErr w:type="spellEnd"/>
      <w:r w:rsidRPr="00812E92">
        <w:t xml:space="preserve"> </w:t>
      </w:r>
      <w:proofErr w:type="spellStart"/>
      <w:r w:rsidRPr="00812E92">
        <w:t>objęte</w:t>
      </w:r>
      <w:proofErr w:type="spellEnd"/>
      <w:r w:rsidRPr="00812E92">
        <w:t xml:space="preserve"> </w:t>
      </w:r>
      <w:proofErr w:type="spellStart"/>
      <w:r w:rsidRPr="00812E92">
        <w:t>wsparciem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 xml:space="preserve"> – 3 pkt;</w:t>
      </w:r>
    </w:p>
    <w:p w14:paraId="1F0B52E4" w14:textId="77777777" w:rsidR="00B14F83" w:rsidRPr="00812E92" w:rsidRDefault="006F5905" w:rsidP="00812E92">
      <w:pPr>
        <w:pStyle w:val="Listapunktowana"/>
        <w:widowControl w:val="0"/>
        <w:numPr>
          <w:ilvl w:val="0"/>
          <w:numId w:val="19"/>
        </w:numPr>
        <w:spacing w:before="120" w:after="120"/>
        <w:ind w:left="851"/>
        <w:jc w:val="both"/>
      </w:pPr>
      <w:proofErr w:type="spellStart"/>
      <w:r w:rsidRPr="00812E92">
        <w:t>rekomendacja</w:t>
      </w:r>
      <w:proofErr w:type="spellEnd"/>
      <w:r w:rsidRPr="00812E92">
        <w:t xml:space="preserve"> </w:t>
      </w:r>
      <w:proofErr w:type="spellStart"/>
      <w:r w:rsidRPr="00812E92">
        <w:t>dyrektora</w:t>
      </w:r>
      <w:proofErr w:type="spellEnd"/>
      <w:r w:rsidRPr="00812E92">
        <w:t xml:space="preserve"> OWP </w:t>
      </w:r>
      <w:proofErr w:type="spellStart"/>
      <w:r w:rsidRPr="00812E92">
        <w:t>potwierdzająca</w:t>
      </w:r>
      <w:proofErr w:type="spellEnd"/>
      <w:r w:rsidRPr="00812E92">
        <w:t xml:space="preserve"> </w:t>
      </w:r>
      <w:proofErr w:type="spellStart"/>
      <w:r w:rsidRPr="00812E92">
        <w:t>potrzebę</w:t>
      </w:r>
      <w:proofErr w:type="spellEnd"/>
      <w:r w:rsidRPr="00812E92">
        <w:t xml:space="preserve"> </w:t>
      </w:r>
      <w:proofErr w:type="spellStart"/>
      <w:r w:rsidRPr="00812E92">
        <w:t>podniesienia</w:t>
      </w:r>
      <w:proofErr w:type="spellEnd"/>
      <w:r w:rsidRPr="00812E92">
        <w:t xml:space="preserve"> </w:t>
      </w:r>
      <w:proofErr w:type="spellStart"/>
      <w:r w:rsidRPr="00812E92">
        <w:t>kompetencji</w:t>
      </w:r>
      <w:proofErr w:type="spellEnd"/>
      <w:r w:rsidRPr="00812E92">
        <w:t xml:space="preserve"> w </w:t>
      </w:r>
      <w:proofErr w:type="spellStart"/>
      <w:r w:rsidRPr="00812E92">
        <w:t>zakresie</w:t>
      </w:r>
      <w:proofErr w:type="spellEnd"/>
      <w:r w:rsidRPr="00812E92">
        <w:t xml:space="preserve"> </w:t>
      </w:r>
      <w:proofErr w:type="spellStart"/>
      <w:r w:rsidRPr="00812E92">
        <w:t>pracy</w:t>
      </w:r>
      <w:proofErr w:type="spellEnd"/>
      <w:r w:rsidRPr="00812E92">
        <w:t xml:space="preserve"> z </w:t>
      </w:r>
      <w:proofErr w:type="spellStart"/>
      <w:r w:rsidRPr="00812E92">
        <w:t>dziećmi</w:t>
      </w:r>
      <w:proofErr w:type="spellEnd"/>
      <w:r w:rsidRPr="00812E92">
        <w:t xml:space="preserve"> </w:t>
      </w:r>
      <w:proofErr w:type="spellStart"/>
      <w:r w:rsidRPr="00812E92">
        <w:t>objętymi</w:t>
      </w:r>
      <w:proofErr w:type="spellEnd"/>
      <w:r w:rsidRPr="00812E92">
        <w:t xml:space="preserve"> </w:t>
      </w:r>
      <w:proofErr w:type="spellStart"/>
      <w:r w:rsidRPr="00812E92">
        <w:t>wsparciem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 xml:space="preserve"> – 3 pkt.</w:t>
      </w:r>
    </w:p>
    <w:p w14:paraId="1077C2AF" w14:textId="77777777" w:rsidR="00B14F83" w:rsidRPr="00812E92" w:rsidRDefault="006F5905" w:rsidP="00812E92">
      <w:pPr>
        <w:pStyle w:val="Listapunktowana"/>
        <w:widowControl w:val="0"/>
        <w:numPr>
          <w:ilvl w:val="0"/>
          <w:numId w:val="5"/>
        </w:numPr>
        <w:spacing w:before="120" w:after="120"/>
        <w:jc w:val="both"/>
      </w:pPr>
      <w:proofErr w:type="spellStart"/>
      <w:r w:rsidRPr="00812E92">
        <w:t>Punkty</w:t>
      </w:r>
      <w:proofErr w:type="spellEnd"/>
      <w:r w:rsidRPr="00812E92">
        <w:t xml:space="preserve"> za </w:t>
      </w:r>
      <w:proofErr w:type="spellStart"/>
      <w:r w:rsidRPr="00812E92">
        <w:t>poszczególne</w:t>
      </w:r>
      <w:proofErr w:type="spellEnd"/>
      <w:r w:rsidRPr="00812E92">
        <w:t xml:space="preserve"> </w:t>
      </w:r>
      <w:proofErr w:type="spellStart"/>
      <w:r w:rsidRPr="00812E92">
        <w:t>kryteria</w:t>
      </w:r>
      <w:proofErr w:type="spellEnd"/>
      <w:r w:rsidRPr="00812E92">
        <w:t xml:space="preserve"> </w:t>
      </w:r>
      <w:proofErr w:type="spellStart"/>
      <w:r w:rsidRPr="00812E92">
        <w:t>sumują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>.</w:t>
      </w:r>
    </w:p>
    <w:p w14:paraId="5D745C7C" w14:textId="77777777" w:rsidR="00B14F83" w:rsidRPr="00812E92" w:rsidRDefault="006F5905" w:rsidP="00812E92">
      <w:pPr>
        <w:pStyle w:val="Listapunktowana"/>
        <w:widowControl w:val="0"/>
        <w:numPr>
          <w:ilvl w:val="0"/>
          <w:numId w:val="5"/>
        </w:numPr>
        <w:spacing w:before="120" w:after="120"/>
        <w:jc w:val="both"/>
      </w:pPr>
      <w:proofErr w:type="spellStart"/>
      <w:r w:rsidRPr="00812E92">
        <w:t>Kwalifikacja</w:t>
      </w:r>
      <w:proofErr w:type="spellEnd"/>
      <w:r w:rsidRPr="00812E92">
        <w:t xml:space="preserve"> </w:t>
      </w:r>
      <w:proofErr w:type="spellStart"/>
      <w:r w:rsidRPr="00812E92">
        <w:t>nauczyciela</w:t>
      </w:r>
      <w:proofErr w:type="spellEnd"/>
      <w:r w:rsidRPr="00812E92">
        <w:t>/</w:t>
      </w:r>
      <w:proofErr w:type="spellStart"/>
      <w:r w:rsidRPr="00812E92">
        <w:t>nauczycielki</w:t>
      </w:r>
      <w:proofErr w:type="spellEnd"/>
      <w:r w:rsidRPr="00812E92">
        <w:t xml:space="preserve"> do </w:t>
      </w:r>
      <w:proofErr w:type="spellStart"/>
      <w:r w:rsidRPr="00812E92">
        <w:t>konkretnego</w:t>
      </w:r>
      <w:proofErr w:type="spellEnd"/>
      <w:r w:rsidRPr="00812E92">
        <w:t xml:space="preserve"> </w:t>
      </w:r>
      <w:proofErr w:type="spellStart"/>
      <w:r w:rsidRPr="00812E92">
        <w:t>szkolenia</w:t>
      </w:r>
      <w:proofErr w:type="spellEnd"/>
      <w:r w:rsidRPr="00812E92">
        <w:t xml:space="preserve"> </w:t>
      </w:r>
      <w:proofErr w:type="spellStart"/>
      <w:r w:rsidRPr="00812E92">
        <w:t>następuje</w:t>
      </w:r>
      <w:proofErr w:type="spellEnd"/>
      <w:r w:rsidRPr="00812E92">
        <w:t xml:space="preserve"> z </w:t>
      </w:r>
      <w:proofErr w:type="spellStart"/>
      <w:r w:rsidRPr="00812E92">
        <w:t>uwzględnieniem</w:t>
      </w:r>
      <w:proofErr w:type="spellEnd"/>
      <w:r w:rsidRPr="00812E92">
        <w:t xml:space="preserve"> </w:t>
      </w:r>
      <w:proofErr w:type="spellStart"/>
      <w:r w:rsidRPr="00812E92">
        <w:t>zakresu</w:t>
      </w:r>
      <w:proofErr w:type="spellEnd"/>
      <w:r w:rsidRPr="00812E92">
        <w:t xml:space="preserve"> </w:t>
      </w:r>
      <w:proofErr w:type="spellStart"/>
      <w:r w:rsidRPr="00812E92">
        <w:t>wykonywanych</w:t>
      </w:r>
      <w:proofErr w:type="spellEnd"/>
      <w:r w:rsidRPr="00812E92">
        <w:t xml:space="preserve"> </w:t>
      </w:r>
      <w:proofErr w:type="spellStart"/>
      <w:r w:rsidRPr="00812E92">
        <w:t>obowiązków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zdiagnozowanej</w:t>
      </w:r>
      <w:proofErr w:type="spellEnd"/>
      <w:r w:rsidRPr="00812E92">
        <w:t xml:space="preserve"> </w:t>
      </w:r>
      <w:proofErr w:type="spellStart"/>
      <w:r w:rsidRPr="00812E92">
        <w:t>potrzeby</w:t>
      </w:r>
      <w:proofErr w:type="spellEnd"/>
      <w:r w:rsidRPr="00812E92">
        <w:t xml:space="preserve"> </w:t>
      </w:r>
      <w:proofErr w:type="spellStart"/>
      <w:r w:rsidRPr="00812E92">
        <w:t>podniesienia</w:t>
      </w:r>
      <w:proofErr w:type="spellEnd"/>
      <w:r w:rsidRPr="00812E92">
        <w:t xml:space="preserve"> </w:t>
      </w:r>
      <w:proofErr w:type="spellStart"/>
      <w:r w:rsidRPr="00812E92">
        <w:t>kompetencji</w:t>
      </w:r>
      <w:proofErr w:type="spellEnd"/>
      <w:r w:rsidRPr="00812E92">
        <w:t>.</w:t>
      </w:r>
    </w:p>
    <w:p w14:paraId="540CE1A1" w14:textId="2F091511" w:rsidR="00B14F83" w:rsidRPr="00812E92" w:rsidRDefault="006F5905" w:rsidP="00812E92">
      <w:pPr>
        <w:pStyle w:val="Listapunktowana"/>
        <w:widowControl w:val="0"/>
        <w:numPr>
          <w:ilvl w:val="0"/>
          <w:numId w:val="5"/>
        </w:numPr>
        <w:spacing w:before="120" w:after="120"/>
        <w:jc w:val="both"/>
      </w:pPr>
      <w:proofErr w:type="spellStart"/>
      <w:r w:rsidRPr="00812E92">
        <w:t>Najpóźniej</w:t>
      </w:r>
      <w:proofErr w:type="spellEnd"/>
      <w:r w:rsidRPr="00812E92">
        <w:t xml:space="preserve"> </w:t>
      </w:r>
      <w:proofErr w:type="spellStart"/>
      <w:r w:rsidRPr="00812E92">
        <w:t>przed</w:t>
      </w:r>
      <w:proofErr w:type="spellEnd"/>
      <w:r w:rsidRPr="00812E92">
        <w:t xml:space="preserve"> </w:t>
      </w:r>
      <w:proofErr w:type="spellStart"/>
      <w:r w:rsidRPr="00812E92">
        <w:t>udzieleniem</w:t>
      </w:r>
      <w:proofErr w:type="spellEnd"/>
      <w:r w:rsidRPr="00812E92">
        <w:t xml:space="preserve"> </w:t>
      </w:r>
      <w:proofErr w:type="spellStart"/>
      <w:r w:rsidRPr="00812E92">
        <w:t>pierwszej</w:t>
      </w:r>
      <w:proofErr w:type="spellEnd"/>
      <w:r w:rsidRPr="00812E92">
        <w:t xml:space="preserve"> </w:t>
      </w:r>
      <w:proofErr w:type="spellStart"/>
      <w:r w:rsidRPr="00812E92">
        <w:t>formy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nauczyciel</w:t>
      </w:r>
      <w:proofErr w:type="spellEnd"/>
      <w:r w:rsidRPr="00812E92">
        <w:t>/</w:t>
      </w:r>
      <w:proofErr w:type="spellStart"/>
      <w:r w:rsidRPr="00812E92">
        <w:t>nauczycielka</w:t>
      </w:r>
      <w:proofErr w:type="spellEnd"/>
      <w:r w:rsidRPr="00812E92">
        <w:t xml:space="preserve"> </w:t>
      </w:r>
      <w:proofErr w:type="spellStart"/>
      <w:r w:rsidRPr="00812E92">
        <w:t>przekazuje</w:t>
      </w:r>
      <w:proofErr w:type="spellEnd"/>
      <w:r w:rsidRPr="00812E92">
        <w:t xml:space="preserve"> </w:t>
      </w:r>
      <w:proofErr w:type="spellStart"/>
      <w:r w:rsidRPr="00812E92">
        <w:t>wymagane</w:t>
      </w:r>
      <w:proofErr w:type="spellEnd"/>
      <w:r w:rsidRPr="00812E92">
        <w:t xml:space="preserve"> </w:t>
      </w:r>
      <w:proofErr w:type="spellStart"/>
      <w:r w:rsidRPr="00812E92">
        <w:t>dane</w:t>
      </w:r>
      <w:proofErr w:type="spellEnd"/>
      <w:r w:rsidRPr="00812E92">
        <w:t xml:space="preserve"> </w:t>
      </w:r>
      <w:proofErr w:type="spellStart"/>
      <w:r w:rsidRPr="00812E92">
        <w:t>uczestnika</w:t>
      </w:r>
      <w:proofErr w:type="spellEnd"/>
      <w:r w:rsidRPr="00812E92">
        <w:t xml:space="preserve"> EFS+, </w:t>
      </w:r>
      <w:proofErr w:type="spellStart"/>
      <w:r w:rsidRPr="00812E92">
        <w:t>potwierdza</w:t>
      </w:r>
      <w:proofErr w:type="spellEnd"/>
      <w:r w:rsidRPr="00812E92">
        <w:t xml:space="preserve"> </w:t>
      </w:r>
      <w:proofErr w:type="spellStart"/>
      <w:r w:rsidRPr="00812E92">
        <w:t>zapoznanie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z </w:t>
      </w:r>
      <w:proofErr w:type="spellStart"/>
      <w:r w:rsidRPr="00812E92">
        <w:t>informacjami</w:t>
      </w:r>
      <w:proofErr w:type="spellEnd"/>
      <w:r w:rsidRPr="00812E92">
        <w:t xml:space="preserve"> </w:t>
      </w:r>
      <w:proofErr w:type="spellStart"/>
      <w:r w:rsidRPr="00812E92">
        <w:t>wynikającymi</w:t>
      </w:r>
      <w:proofErr w:type="spellEnd"/>
      <w:r w:rsidRPr="00812E92">
        <w:t xml:space="preserve"> z art. 13 </w:t>
      </w:r>
      <w:proofErr w:type="spellStart"/>
      <w:r w:rsidRPr="00812E92">
        <w:t>i</w:t>
      </w:r>
      <w:proofErr w:type="spellEnd"/>
      <w:r w:rsidRPr="00812E92">
        <w:t xml:space="preserve"> art. 14 RODO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zobowiązuje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do </w:t>
      </w:r>
      <w:proofErr w:type="spellStart"/>
      <w:r w:rsidRPr="00812E92">
        <w:t>przekazania</w:t>
      </w:r>
      <w:proofErr w:type="spellEnd"/>
      <w:r w:rsidRPr="00812E92">
        <w:t xml:space="preserve"> </w:t>
      </w:r>
      <w:proofErr w:type="spellStart"/>
      <w:r w:rsidRPr="00812E92">
        <w:t>informacji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temat</w:t>
      </w:r>
      <w:proofErr w:type="spellEnd"/>
      <w:r w:rsidRPr="00812E92">
        <w:t xml:space="preserve"> </w:t>
      </w:r>
      <w:proofErr w:type="spellStart"/>
      <w:r w:rsidRPr="00812E92">
        <w:t>swojej</w:t>
      </w:r>
      <w:proofErr w:type="spellEnd"/>
      <w:r w:rsidRPr="00812E92">
        <w:t xml:space="preserve"> </w:t>
      </w:r>
      <w:proofErr w:type="spellStart"/>
      <w:r w:rsidRPr="00812E92">
        <w:t>sytuacji</w:t>
      </w:r>
      <w:proofErr w:type="spellEnd"/>
      <w:r w:rsidRPr="00812E92">
        <w:t xml:space="preserve"> po </w:t>
      </w:r>
      <w:proofErr w:type="spellStart"/>
      <w:r w:rsidRPr="00812E92">
        <w:t>opuszczeniu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zasadach</w:t>
      </w:r>
      <w:proofErr w:type="spellEnd"/>
      <w:r w:rsidRPr="00812E92">
        <w:t xml:space="preserve"> </w:t>
      </w:r>
      <w:proofErr w:type="spellStart"/>
      <w:r w:rsidRPr="00812E92">
        <w:t>określonych</w:t>
      </w:r>
      <w:proofErr w:type="spellEnd"/>
      <w:r w:rsidRPr="00812E92">
        <w:t xml:space="preserve"> w § 9</w:t>
      </w:r>
      <w:r w:rsidR="00B83109">
        <w:t xml:space="preserve"> </w:t>
      </w:r>
      <w:proofErr w:type="spellStart"/>
      <w:r w:rsidR="00D813D9" w:rsidRPr="00D813D9">
        <w:t>ust</w:t>
      </w:r>
      <w:proofErr w:type="spellEnd"/>
      <w:r w:rsidR="00D813D9" w:rsidRPr="00D813D9">
        <w:t>. 2 lit. f</w:t>
      </w:r>
      <w:r w:rsidRPr="00812E92">
        <w:t>.</w:t>
      </w:r>
    </w:p>
    <w:p w14:paraId="0D38BC80" w14:textId="77777777" w:rsidR="00B14F83" w:rsidRPr="00812E92" w:rsidRDefault="006F5905" w:rsidP="00812E92">
      <w:pPr>
        <w:pStyle w:val="Nagwek1"/>
        <w:keepNext w:val="0"/>
        <w:keepLines w:val="0"/>
        <w:widowControl w:val="0"/>
        <w:spacing w:after="120"/>
      </w:pPr>
      <w:r w:rsidRPr="00812E92">
        <w:rPr>
          <w:rFonts w:ascii="Arial" w:eastAsia="Arial" w:hAnsi="Arial" w:cs="Arial"/>
        </w:rPr>
        <w:t>§ 6. WYNIKI REKRUTACJI, LISTA REZERWOWA I REKRUTACJA UZUPEŁNIAJĄCA</w:t>
      </w:r>
    </w:p>
    <w:p w14:paraId="54A43A43" w14:textId="186FCBF0" w:rsidR="00B14F83" w:rsidRPr="00812E92" w:rsidRDefault="009C6E35" w:rsidP="00812E92">
      <w:pPr>
        <w:pStyle w:val="Listapunktowana"/>
        <w:widowControl w:val="0"/>
        <w:numPr>
          <w:ilvl w:val="0"/>
          <w:numId w:val="6"/>
        </w:numPr>
        <w:spacing w:before="120" w:after="120"/>
        <w:jc w:val="both"/>
      </w:pPr>
      <w:r w:rsidRPr="009C6E35">
        <w:t xml:space="preserve">Na </w:t>
      </w:r>
      <w:proofErr w:type="spellStart"/>
      <w:r w:rsidRPr="009C6E35">
        <w:t>podstawie</w:t>
      </w:r>
      <w:proofErr w:type="spellEnd"/>
      <w:r w:rsidRPr="009C6E35">
        <w:t xml:space="preserve"> </w:t>
      </w:r>
      <w:proofErr w:type="spellStart"/>
      <w:r w:rsidRPr="009C6E35">
        <w:t>przeprowadzonej</w:t>
      </w:r>
      <w:proofErr w:type="spellEnd"/>
      <w:r w:rsidRPr="009C6E35">
        <w:t xml:space="preserve"> </w:t>
      </w:r>
      <w:proofErr w:type="spellStart"/>
      <w:r w:rsidRPr="009C6E35">
        <w:t>oceny</w:t>
      </w:r>
      <w:proofErr w:type="spellEnd"/>
      <w:r w:rsidRPr="009C6E35">
        <w:t xml:space="preserve"> </w:t>
      </w:r>
      <w:proofErr w:type="spellStart"/>
      <w:r w:rsidRPr="009C6E35">
        <w:t>Komisja</w:t>
      </w:r>
      <w:proofErr w:type="spellEnd"/>
      <w:r w:rsidRPr="009C6E35">
        <w:t xml:space="preserve"> </w:t>
      </w:r>
      <w:proofErr w:type="spellStart"/>
      <w:r w:rsidRPr="009C6E35">
        <w:t>Rekrutacyjna</w:t>
      </w:r>
      <w:proofErr w:type="spellEnd"/>
      <w:r w:rsidRPr="009C6E35">
        <w:t xml:space="preserve"> </w:t>
      </w:r>
      <w:proofErr w:type="spellStart"/>
      <w:r w:rsidRPr="009C6E35">
        <w:t>ujmuje</w:t>
      </w:r>
      <w:proofErr w:type="spellEnd"/>
      <w:r w:rsidRPr="009C6E35">
        <w:t xml:space="preserve"> w </w:t>
      </w:r>
      <w:proofErr w:type="spellStart"/>
      <w:r w:rsidRPr="009C6E35">
        <w:t>odpowiednich</w:t>
      </w:r>
      <w:proofErr w:type="spellEnd"/>
      <w:r w:rsidRPr="009C6E35">
        <w:t xml:space="preserve"> </w:t>
      </w:r>
      <w:proofErr w:type="spellStart"/>
      <w:r w:rsidRPr="009C6E35">
        <w:t>protokołach</w:t>
      </w:r>
      <w:proofErr w:type="spellEnd"/>
      <w:r w:rsidRPr="009C6E35">
        <w:t xml:space="preserve"> </w:t>
      </w:r>
      <w:proofErr w:type="spellStart"/>
      <w:r w:rsidRPr="009C6E35">
        <w:t>listy</w:t>
      </w:r>
      <w:proofErr w:type="spellEnd"/>
      <w:r w:rsidRPr="009C6E35">
        <w:t xml:space="preserve"> </w:t>
      </w:r>
      <w:proofErr w:type="spellStart"/>
      <w:r w:rsidRPr="009C6E35">
        <w:t>rankingowe</w:t>
      </w:r>
      <w:proofErr w:type="spellEnd"/>
      <w:r w:rsidRPr="009C6E35">
        <w:t xml:space="preserve"> </w:t>
      </w:r>
      <w:proofErr w:type="spellStart"/>
      <w:r w:rsidRPr="009C6E35">
        <w:t>odrębnie</w:t>
      </w:r>
      <w:proofErr w:type="spellEnd"/>
      <w:r w:rsidRPr="009C6E35">
        <w:t xml:space="preserve"> </w:t>
      </w:r>
      <w:proofErr w:type="spellStart"/>
      <w:r w:rsidRPr="009C6E35">
        <w:t>dla</w:t>
      </w:r>
      <w:proofErr w:type="spellEnd"/>
      <w:r w:rsidRPr="009C6E35">
        <w:t xml:space="preserve"> </w:t>
      </w:r>
      <w:proofErr w:type="spellStart"/>
      <w:r w:rsidRPr="009C6E35">
        <w:t>dzieci</w:t>
      </w:r>
      <w:proofErr w:type="spellEnd"/>
      <w:r w:rsidRPr="009C6E35">
        <w:t xml:space="preserve"> </w:t>
      </w:r>
      <w:proofErr w:type="spellStart"/>
      <w:r w:rsidRPr="009C6E35">
        <w:t>i</w:t>
      </w:r>
      <w:proofErr w:type="spellEnd"/>
      <w:r w:rsidRPr="009C6E35">
        <w:t xml:space="preserve"> </w:t>
      </w:r>
      <w:proofErr w:type="spellStart"/>
      <w:r w:rsidRPr="009C6E35">
        <w:t>nauczycieli</w:t>
      </w:r>
      <w:proofErr w:type="spellEnd"/>
      <w:r w:rsidRPr="009C6E35">
        <w:t>/</w:t>
      </w:r>
      <w:proofErr w:type="spellStart"/>
      <w:r w:rsidRPr="009C6E35">
        <w:t>nauczycielek</w:t>
      </w:r>
      <w:proofErr w:type="spellEnd"/>
      <w:r w:rsidRPr="009C6E35">
        <w:t xml:space="preserve">. W </w:t>
      </w:r>
      <w:proofErr w:type="spellStart"/>
      <w:r w:rsidRPr="009C6E35">
        <w:t>przypadku</w:t>
      </w:r>
      <w:proofErr w:type="spellEnd"/>
      <w:r w:rsidRPr="009C6E35">
        <w:t xml:space="preserve"> </w:t>
      </w:r>
      <w:proofErr w:type="spellStart"/>
      <w:r w:rsidRPr="009C6E35">
        <w:t>dzieci</w:t>
      </w:r>
      <w:proofErr w:type="spellEnd"/>
      <w:r w:rsidRPr="009C6E35">
        <w:t xml:space="preserve"> </w:t>
      </w:r>
      <w:proofErr w:type="spellStart"/>
      <w:r w:rsidRPr="009C6E35">
        <w:t>listy</w:t>
      </w:r>
      <w:proofErr w:type="spellEnd"/>
      <w:r w:rsidRPr="009C6E35">
        <w:t xml:space="preserve"> </w:t>
      </w:r>
      <w:proofErr w:type="spellStart"/>
      <w:r w:rsidRPr="009C6E35">
        <w:t>rankingowe</w:t>
      </w:r>
      <w:proofErr w:type="spellEnd"/>
      <w:r w:rsidRPr="009C6E35">
        <w:t xml:space="preserve"> </w:t>
      </w:r>
      <w:proofErr w:type="spellStart"/>
      <w:r w:rsidRPr="009C6E35">
        <w:t>prowadzi</w:t>
      </w:r>
      <w:proofErr w:type="spellEnd"/>
      <w:r w:rsidRPr="009C6E35">
        <w:t xml:space="preserve"> </w:t>
      </w:r>
      <w:proofErr w:type="spellStart"/>
      <w:r w:rsidRPr="009C6E35">
        <w:t>się</w:t>
      </w:r>
      <w:proofErr w:type="spellEnd"/>
      <w:r w:rsidRPr="009C6E35">
        <w:t xml:space="preserve"> </w:t>
      </w:r>
      <w:proofErr w:type="spellStart"/>
      <w:r w:rsidRPr="009C6E35">
        <w:t>odrębnie</w:t>
      </w:r>
      <w:proofErr w:type="spellEnd"/>
      <w:r w:rsidRPr="009C6E35">
        <w:t xml:space="preserve"> </w:t>
      </w:r>
      <w:proofErr w:type="spellStart"/>
      <w:r w:rsidRPr="009C6E35">
        <w:t>dla</w:t>
      </w:r>
      <w:proofErr w:type="spellEnd"/>
      <w:r w:rsidRPr="009C6E35">
        <w:t xml:space="preserve"> </w:t>
      </w:r>
      <w:proofErr w:type="spellStart"/>
      <w:r w:rsidRPr="009C6E35">
        <w:t>poszczególnych</w:t>
      </w:r>
      <w:proofErr w:type="spellEnd"/>
      <w:r w:rsidRPr="009C6E35">
        <w:t xml:space="preserve"> form </w:t>
      </w:r>
      <w:proofErr w:type="spellStart"/>
      <w:r w:rsidRPr="009C6E35">
        <w:t>wsparcia</w:t>
      </w:r>
      <w:proofErr w:type="spellEnd"/>
      <w:r w:rsidRPr="009C6E35">
        <w:t xml:space="preserve">, a w </w:t>
      </w:r>
      <w:proofErr w:type="spellStart"/>
      <w:r w:rsidRPr="009C6E35">
        <w:t>przypadku</w:t>
      </w:r>
      <w:proofErr w:type="spellEnd"/>
      <w:r w:rsidRPr="009C6E35">
        <w:t xml:space="preserve"> </w:t>
      </w:r>
      <w:proofErr w:type="spellStart"/>
      <w:r w:rsidRPr="009C6E35">
        <w:t>nauczycieli</w:t>
      </w:r>
      <w:proofErr w:type="spellEnd"/>
      <w:r w:rsidRPr="009C6E35">
        <w:t>/</w:t>
      </w:r>
      <w:proofErr w:type="spellStart"/>
      <w:r w:rsidRPr="009C6E35">
        <w:t>nauczycielek</w:t>
      </w:r>
      <w:proofErr w:type="spellEnd"/>
      <w:r w:rsidRPr="009C6E35">
        <w:t xml:space="preserve"> – </w:t>
      </w:r>
      <w:proofErr w:type="spellStart"/>
      <w:r w:rsidRPr="009C6E35">
        <w:t>odrębnie</w:t>
      </w:r>
      <w:proofErr w:type="spellEnd"/>
      <w:r w:rsidRPr="009C6E35">
        <w:t xml:space="preserve"> </w:t>
      </w:r>
      <w:proofErr w:type="spellStart"/>
      <w:r w:rsidRPr="009C6E35">
        <w:t>dla</w:t>
      </w:r>
      <w:proofErr w:type="spellEnd"/>
      <w:r w:rsidRPr="009C6E35">
        <w:t xml:space="preserve"> </w:t>
      </w:r>
      <w:proofErr w:type="spellStart"/>
      <w:r w:rsidRPr="009C6E35">
        <w:t>poszczególnych</w:t>
      </w:r>
      <w:proofErr w:type="spellEnd"/>
      <w:r w:rsidRPr="009C6E35">
        <w:t xml:space="preserve"> </w:t>
      </w:r>
      <w:proofErr w:type="spellStart"/>
      <w:r w:rsidRPr="009C6E35">
        <w:t>szkoleń</w:t>
      </w:r>
      <w:proofErr w:type="spellEnd"/>
      <w:r w:rsidR="006F5905" w:rsidRPr="00812E92">
        <w:t>.</w:t>
      </w:r>
    </w:p>
    <w:p w14:paraId="3B5C0C49" w14:textId="77777777" w:rsidR="00B14F83" w:rsidRPr="00812E92" w:rsidRDefault="006F5905" w:rsidP="00812E92">
      <w:pPr>
        <w:pStyle w:val="Listapunktowana"/>
        <w:widowControl w:val="0"/>
        <w:numPr>
          <w:ilvl w:val="0"/>
          <w:numId w:val="6"/>
        </w:numPr>
        <w:spacing w:before="120" w:after="120"/>
        <w:jc w:val="both"/>
      </w:pPr>
      <w:r w:rsidRPr="00812E92">
        <w:t xml:space="preserve">O </w:t>
      </w:r>
      <w:proofErr w:type="spellStart"/>
      <w:r w:rsidRPr="00812E92">
        <w:t>kolejności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liście</w:t>
      </w:r>
      <w:proofErr w:type="spellEnd"/>
      <w:r w:rsidRPr="00812E92">
        <w:t xml:space="preserve"> </w:t>
      </w:r>
      <w:proofErr w:type="spellStart"/>
      <w:r w:rsidRPr="00812E92">
        <w:t>rankingowej</w:t>
      </w:r>
      <w:proofErr w:type="spellEnd"/>
      <w:r w:rsidRPr="00812E92">
        <w:t xml:space="preserve"> </w:t>
      </w:r>
      <w:proofErr w:type="spellStart"/>
      <w:r w:rsidRPr="00812E92">
        <w:t>decyduje</w:t>
      </w:r>
      <w:proofErr w:type="spellEnd"/>
      <w:r w:rsidRPr="00812E92">
        <w:t xml:space="preserve"> </w:t>
      </w:r>
      <w:proofErr w:type="spellStart"/>
      <w:r w:rsidRPr="00812E92">
        <w:t>łączna</w:t>
      </w:r>
      <w:proofErr w:type="spellEnd"/>
      <w:r w:rsidRPr="00812E92">
        <w:t xml:space="preserve"> </w:t>
      </w:r>
      <w:proofErr w:type="spellStart"/>
      <w:r w:rsidRPr="00812E92">
        <w:t>liczba</w:t>
      </w:r>
      <w:proofErr w:type="spellEnd"/>
      <w:r w:rsidRPr="00812E92">
        <w:t xml:space="preserve"> </w:t>
      </w:r>
      <w:proofErr w:type="spellStart"/>
      <w:r w:rsidRPr="00812E92">
        <w:t>uzyskanych</w:t>
      </w:r>
      <w:proofErr w:type="spellEnd"/>
      <w:r w:rsidRPr="00812E92">
        <w:t xml:space="preserve"> </w:t>
      </w:r>
      <w:proofErr w:type="spellStart"/>
      <w:r w:rsidRPr="00812E92">
        <w:t>punktów</w:t>
      </w:r>
      <w:proofErr w:type="spellEnd"/>
      <w:r w:rsidRPr="00812E92">
        <w:t xml:space="preserve">. </w:t>
      </w:r>
      <w:proofErr w:type="spellStart"/>
      <w:r w:rsidRPr="00812E92">
        <w:t>Kandydaci</w:t>
      </w:r>
      <w:proofErr w:type="spellEnd"/>
      <w:r w:rsidRPr="00812E92">
        <w:t xml:space="preserve"> z </w:t>
      </w:r>
      <w:proofErr w:type="spellStart"/>
      <w:r w:rsidRPr="00812E92">
        <w:t>większą</w:t>
      </w:r>
      <w:proofErr w:type="spellEnd"/>
      <w:r w:rsidRPr="00812E92">
        <w:t xml:space="preserve"> </w:t>
      </w:r>
      <w:proofErr w:type="spellStart"/>
      <w:r w:rsidRPr="00812E92">
        <w:t>liczbą</w:t>
      </w:r>
      <w:proofErr w:type="spellEnd"/>
      <w:r w:rsidRPr="00812E92">
        <w:t xml:space="preserve"> </w:t>
      </w:r>
      <w:proofErr w:type="spellStart"/>
      <w:r w:rsidRPr="00812E92">
        <w:t>punktów</w:t>
      </w:r>
      <w:proofErr w:type="spellEnd"/>
      <w:r w:rsidRPr="00812E92">
        <w:t xml:space="preserve"> </w:t>
      </w:r>
      <w:proofErr w:type="spellStart"/>
      <w:r w:rsidRPr="00812E92">
        <w:t>mają</w:t>
      </w:r>
      <w:proofErr w:type="spellEnd"/>
      <w:r w:rsidRPr="00812E92">
        <w:t xml:space="preserve"> </w:t>
      </w:r>
      <w:proofErr w:type="spellStart"/>
      <w:r w:rsidRPr="00812E92">
        <w:t>pierwszeństwo</w:t>
      </w:r>
      <w:proofErr w:type="spellEnd"/>
      <w:r w:rsidRPr="00812E92">
        <w:t xml:space="preserve"> </w:t>
      </w:r>
      <w:proofErr w:type="spellStart"/>
      <w:r w:rsidRPr="00812E92">
        <w:t>przed</w:t>
      </w:r>
      <w:proofErr w:type="spellEnd"/>
      <w:r w:rsidRPr="00812E92">
        <w:t xml:space="preserve"> </w:t>
      </w:r>
      <w:proofErr w:type="spellStart"/>
      <w:r w:rsidRPr="00812E92">
        <w:t>kandydatami</w:t>
      </w:r>
      <w:proofErr w:type="spellEnd"/>
      <w:r w:rsidRPr="00812E92">
        <w:t xml:space="preserve"> z </w:t>
      </w:r>
      <w:proofErr w:type="spellStart"/>
      <w:r w:rsidRPr="00812E92">
        <w:lastRenderedPageBreak/>
        <w:t>mniejszą</w:t>
      </w:r>
      <w:proofErr w:type="spellEnd"/>
      <w:r w:rsidRPr="00812E92">
        <w:t xml:space="preserve"> </w:t>
      </w:r>
      <w:proofErr w:type="spellStart"/>
      <w:r w:rsidRPr="00812E92">
        <w:t>liczbą</w:t>
      </w:r>
      <w:proofErr w:type="spellEnd"/>
      <w:r w:rsidRPr="00812E92">
        <w:t xml:space="preserve"> </w:t>
      </w:r>
      <w:proofErr w:type="spellStart"/>
      <w:r w:rsidRPr="00812E92">
        <w:t>punktów</w:t>
      </w:r>
      <w:proofErr w:type="spellEnd"/>
      <w:r w:rsidRPr="00812E92">
        <w:t xml:space="preserve">. </w:t>
      </w:r>
      <w:proofErr w:type="spellStart"/>
      <w:r w:rsidRPr="00812E92">
        <w:t>Pierwszeństwo</w:t>
      </w:r>
      <w:proofErr w:type="spellEnd"/>
      <w:r w:rsidRPr="00812E92">
        <w:t xml:space="preserve"> </w:t>
      </w:r>
      <w:proofErr w:type="spellStart"/>
      <w:r w:rsidRPr="00812E92">
        <w:t>dzieci</w:t>
      </w:r>
      <w:proofErr w:type="spellEnd"/>
      <w:r w:rsidRPr="00812E92">
        <w:t xml:space="preserve"> </w:t>
      </w:r>
      <w:proofErr w:type="spellStart"/>
      <w:r w:rsidRPr="00812E92">
        <w:t>posiadających</w:t>
      </w:r>
      <w:proofErr w:type="spellEnd"/>
      <w:r w:rsidRPr="00812E92">
        <w:t xml:space="preserve"> OPKS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dzieci</w:t>
      </w:r>
      <w:proofErr w:type="spellEnd"/>
      <w:r w:rsidRPr="00812E92">
        <w:t xml:space="preserve"> z </w:t>
      </w:r>
      <w:proofErr w:type="spellStart"/>
      <w:r w:rsidRPr="00812E92">
        <w:t>doświadczeniem</w:t>
      </w:r>
      <w:proofErr w:type="spellEnd"/>
      <w:r w:rsidRPr="00812E92">
        <w:t xml:space="preserve"> </w:t>
      </w:r>
      <w:proofErr w:type="spellStart"/>
      <w:r w:rsidRPr="00812E92">
        <w:t>migracji</w:t>
      </w:r>
      <w:proofErr w:type="spellEnd"/>
      <w:r w:rsidRPr="00812E92">
        <w:t xml:space="preserve"> </w:t>
      </w:r>
      <w:proofErr w:type="spellStart"/>
      <w:r w:rsidRPr="00812E92">
        <w:t>realizowane</w:t>
      </w:r>
      <w:proofErr w:type="spellEnd"/>
      <w:r w:rsidRPr="00812E92">
        <w:t xml:space="preserve"> jest </w:t>
      </w:r>
      <w:proofErr w:type="spellStart"/>
      <w:r w:rsidRPr="00812E92">
        <w:t>poprzez</w:t>
      </w:r>
      <w:proofErr w:type="spellEnd"/>
      <w:r w:rsidRPr="00812E92">
        <w:t xml:space="preserve"> </w:t>
      </w:r>
      <w:proofErr w:type="spellStart"/>
      <w:r w:rsidRPr="00812E92">
        <w:t>przyznanie</w:t>
      </w:r>
      <w:proofErr w:type="spellEnd"/>
      <w:r w:rsidRPr="00812E92">
        <w:t xml:space="preserve"> </w:t>
      </w:r>
      <w:proofErr w:type="spellStart"/>
      <w:r w:rsidRPr="00812E92">
        <w:t>punktów</w:t>
      </w:r>
      <w:proofErr w:type="spellEnd"/>
      <w:r w:rsidRPr="00812E92">
        <w:t xml:space="preserve"> </w:t>
      </w:r>
      <w:proofErr w:type="spellStart"/>
      <w:r w:rsidRPr="00812E92">
        <w:t>określonych</w:t>
      </w:r>
      <w:proofErr w:type="spellEnd"/>
      <w:r w:rsidRPr="00812E92">
        <w:t xml:space="preserve"> w § 4.</w:t>
      </w:r>
    </w:p>
    <w:p w14:paraId="55500E3B" w14:textId="77777777" w:rsidR="00B14F83" w:rsidRPr="00812E92" w:rsidRDefault="006F5905" w:rsidP="00812E92">
      <w:pPr>
        <w:pStyle w:val="Listapunktowana"/>
        <w:widowControl w:val="0"/>
        <w:numPr>
          <w:ilvl w:val="0"/>
          <w:numId w:val="6"/>
        </w:numPr>
        <w:spacing w:before="120" w:after="120"/>
        <w:jc w:val="both"/>
      </w:pPr>
      <w:proofErr w:type="spellStart"/>
      <w:r w:rsidRPr="00812E92">
        <w:t>Kandydaci</w:t>
      </w:r>
      <w:proofErr w:type="spellEnd"/>
      <w:r w:rsidRPr="00812E92">
        <w:t xml:space="preserve">, </w:t>
      </w:r>
      <w:proofErr w:type="spellStart"/>
      <w:r w:rsidRPr="00812E92">
        <w:t>którzy</w:t>
      </w:r>
      <w:proofErr w:type="spellEnd"/>
      <w:r w:rsidRPr="00812E92">
        <w:t xml:space="preserve"> </w:t>
      </w:r>
      <w:proofErr w:type="spellStart"/>
      <w:r w:rsidRPr="00812E92">
        <w:t>uzyskali</w:t>
      </w:r>
      <w:proofErr w:type="spellEnd"/>
      <w:r w:rsidRPr="00812E92">
        <w:t xml:space="preserve"> </w:t>
      </w:r>
      <w:proofErr w:type="spellStart"/>
      <w:r w:rsidRPr="00812E92">
        <w:t>taką</w:t>
      </w:r>
      <w:proofErr w:type="spellEnd"/>
      <w:r w:rsidRPr="00812E92">
        <w:t xml:space="preserve"> </w:t>
      </w:r>
      <w:proofErr w:type="spellStart"/>
      <w:r w:rsidRPr="00812E92">
        <w:t>samą</w:t>
      </w:r>
      <w:proofErr w:type="spellEnd"/>
      <w:r w:rsidRPr="00812E92">
        <w:t xml:space="preserve"> </w:t>
      </w:r>
      <w:proofErr w:type="spellStart"/>
      <w:r w:rsidRPr="00812E92">
        <w:t>liczbę</w:t>
      </w:r>
      <w:proofErr w:type="spellEnd"/>
      <w:r w:rsidRPr="00812E92">
        <w:t xml:space="preserve"> </w:t>
      </w:r>
      <w:proofErr w:type="spellStart"/>
      <w:r w:rsidRPr="00812E92">
        <w:t>punktów</w:t>
      </w:r>
      <w:proofErr w:type="spellEnd"/>
      <w:r w:rsidRPr="00812E92">
        <w:t xml:space="preserve">, </w:t>
      </w:r>
      <w:proofErr w:type="spellStart"/>
      <w:r w:rsidRPr="00812E92">
        <w:t>zajmują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liście</w:t>
      </w:r>
      <w:proofErr w:type="spellEnd"/>
      <w:r w:rsidRPr="00812E92">
        <w:t xml:space="preserve"> </w:t>
      </w:r>
      <w:proofErr w:type="spellStart"/>
      <w:r w:rsidRPr="00812E92">
        <w:t>rankingowej</w:t>
      </w:r>
      <w:proofErr w:type="spellEnd"/>
      <w:r w:rsidRPr="00812E92">
        <w:t xml:space="preserve"> </w:t>
      </w:r>
      <w:proofErr w:type="spellStart"/>
      <w:r w:rsidRPr="00812E92">
        <w:t>miejsce</w:t>
      </w:r>
      <w:proofErr w:type="spellEnd"/>
      <w:r w:rsidRPr="00812E92">
        <w:t xml:space="preserve"> </w:t>
      </w:r>
      <w:proofErr w:type="spellStart"/>
      <w:r w:rsidRPr="00812E92">
        <w:t>równorzędne</w:t>
      </w:r>
      <w:proofErr w:type="spellEnd"/>
      <w:r w:rsidRPr="00812E92">
        <w:t>.</w:t>
      </w:r>
    </w:p>
    <w:p w14:paraId="7B3ED2BC" w14:textId="77777777" w:rsidR="00B14F83" w:rsidRPr="00812E92" w:rsidRDefault="006F5905" w:rsidP="00812E92">
      <w:pPr>
        <w:pStyle w:val="Listapunktowana"/>
        <w:widowControl w:val="0"/>
        <w:numPr>
          <w:ilvl w:val="0"/>
          <w:numId w:val="6"/>
        </w:numPr>
        <w:spacing w:before="120" w:after="120"/>
        <w:jc w:val="both"/>
      </w:pPr>
      <w:proofErr w:type="spellStart"/>
      <w:r w:rsidRPr="00812E92">
        <w:t>Jeżeli</w:t>
      </w:r>
      <w:proofErr w:type="spellEnd"/>
      <w:r w:rsidRPr="00812E92">
        <w:t xml:space="preserve"> remis </w:t>
      </w:r>
      <w:proofErr w:type="spellStart"/>
      <w:r w:rsidRPr="00812E92">
        <w:t>wystąpi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granicy</w:t>
      </w:r>
      <w:proofErr w:type="spellEnd"/>
      <w:r w:rsidRPr="00812E92">
        <w:t xml:space="preserve"> </w:t>
      </w:r>
      <w:proofErr w:type="spellStart"/>
      <w:r w:rsidRPr="00812E92">
        <w:t>liczby</w:t>
      </w:r>
      <w:proofErr w:type="spellEnd"/>
      <w:r w:rsidRPr="00812E92">
        <w:t xml:space="preserve"> </w:t>
      </w:r>
      <w:proofErr w:type="spellStart"/>
      <w:r w:rsidRPr="00812E92">
        <w:t>dostępnych</w:t>
      </w:r>
      <w:proofErr w:type="spellEnd"/>
      <w:r w:rsidRPr="00812E92">
        <w:t xml:space="preserve"> </w:t>
      </w:r>
      <w:proofErr w:type="spellStart"/>
      <w:r w:rsidRPr="00812E92">
        <w:t>miejsc</w:t>
      </w:r>
      <w:proofErr w:type="spellEnd"/>
      <w:r w:rsidRPr="00812E92">
        <w:t xml:space="preserve">, </w:t>
      </w:r>
      <w:proofErr w:type="spellStart"/>
      <w:r w:rsidRPr="00812E92">
        <w:t>Komisja</w:t>
      </w:r>
      <w:proofErr w:type="spellEnd"/>
      <w:r w:rsidRPr="00812E92">
        <w:t xml:space="preserve"> </w:t>
      </w:r>
      <w:proofErr w:type="spellStart"/>
      <w:r w:rsidRPr="00812E92">
        <w:t>kwalifikuje</w:t>
      </w:r>
      <w:proofErr w:type="spellEnd"/>
      <w:r w:rsidRPr="00812E92">
        <w:t xml:space="preserve"> </w:t>
      </w:r>
      <w:proofErr w:type="spellStart"/>
      <w:r w:rsidRPr="00812E92">
        <w:t>wszystkie</w:t>
      </w:r>
      <w:proofErr w:type="spellEnd"/>
      <w:r w:rsidRPr="00812E92">
        <w:t xml:space="preserve"> </w:t>
      </w:r>
      <w:proofErr w:type="spellStart"/>
      <w:r w:rsidRPr="00812E92">
        <w:t>osoby</w:t>
      </w:r>
      <w:proofErr w:type="spellEnd"/>
      <w:r w:rsidRPr="00812E92">
        <w:t xml:space="preserve"> </w:t>
      </w:r>
      <w:proofErr w:type="spellStart"/>
      <w:r w:rsidRPr="00812E92">
        <w:t>zajmujące</w:t>
      </w:r>
      <w:proofErr w:type="spellEnd"/>
      <w:r w:rsidRPr="00812E92">
        <w:t xml:space="preserve"> </w:t>
      </w:r>
      <w:proofErr w:type="spellStart"/>
      <w:r w:rsidRPr="00812E92">
        <w:t>miejsce</w:t>
      </w:r>
      <w:proofErr w:type="spellEnd"/>
      <w:r w:rsidRPr="00812E92">
        <w:t xml:space="preserve"> </w:t>
      </w:r>
      <w:proofErr w:type="spellStart"/>
      <w:r w:rsidRPr="00812E92">
        <w:t>równorzędne</w:t>
      </w:r>
      <w:proofErr w:type="spellEnd"/>
      <w:r w:rsidRPr="00812E92">
        <w:t xml:space="preserve">, o </w:t>
      </w:r>
      <w:proofErr w:type="spellStart"/>
      <w:r w:rsidRPr="00812E92">
        <w:t>ile</w:t>
      </w:r>
      <w:proofErr w:type="spellEnd"/>
      <w:r w:rsidRPr="00812E92">
        <w:t xml:space="preserve"> jest to </w:t>
      </w:r>
      <w:proofErr w:type="spellStart"/>
      <w:r w:rsidRPr="00812E92">
        <w:t>możliwe</w:t>
      </w:r>
      <w:proofErr w:type="spellEnd"/>
      <w:r w:rsidRPr="00812E92">
        <w:t xml:space="preserve"> </w:t>
      </w:r>
      <w:proofErr w:type="spellStart"/>
      <w:r w:rsidRPr="00812E92">
        <w:t>organizacyjnie</w:t>
      </w:r>
      <w:proofErr w:type="spellEnd"/>
      <w:r w:rsidRPr="00812E92">
        <w:t xml:space="preserve">,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powoduje</w:t>
      </w:r>
      <w:proofErr w:type="spellEnd"/>
      <w:r w:rsidRPr="00812E92">
        <w:t xml:space="preserve"> </w:t>
      </w:r>
      <w:proofErr w:type="spellStart"/>
      <w:r w:rsidRPr="00812E92">
        <w:t>zwiększenia</w:t>
      </w:r>
      <w:proofErr w:type="spellEnd"/>
      <w:r w:rsidRPr="00812E92">
        <w:t xml:space="preserve"> </w:t>
      </w:r>
      <w:proofErr w:type="spellStart"/>
      <w:r w:rsidRPr="00812E92">
        <w:t>wydatków</w:t>
      </w:r>
      <w:proofErr w:type="spellEnd"/>
      <w:r w:rsidRPr="00812E92">
        <w:t xml:space="preserve"> </w:t>
      </w:r>
      <w:proofErr w:type="spellStart"/>
      <w:r w:rsidRPr="00812E92">
        <w:t>kwalifikowalnych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prowadzi</w:t>
      </w:r>
      <w:proofErr w:type="spellEnd"/>
      <w:r w:rsidRPr="00812E92">
        <w:t xml:space="preserve"> do </w:t>
      </w:r>
      <w:proofErr w:type="spellStart"/>
      <w:r w:rsidRPr="00812E92">
        <w:t>zmiany</w:t>
      </w:r>
      <w:proofErr w:type="spellEnd"/>
      <w:r w:rsidRPr="00812E92">
        <w:t xml:space="preserve"> </w:t>
      </w:r>
      <w:proofErr w:type="spellStart"/>
      <w:r w:rsidRPr="00812E92">
        <w:t>zakresu</w:t>
      </w:r>
      <w:proofErr w:type="spellEnd"/>
      <w:r w:rsidRPr="00812E92">
        <w:t xml:space="preserve"> </w:t>
      </w:r>
      <w:proofErr w:type="spellStart"/>
      <w:r w:rsidRPr="00812E92">
        <w:t>rzeczowego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>.</w:t>
      </w:r>
    </w:p>
    <w:p w14:paraId="34276651" w14:textId="77777777" w:rsidR="00B14F83" w:rsidRPr="00812E92" w:rsidRDefault="006F5905" w:rsidP="00812E92">
      <w:pPr>
        <w:pStyle w:val="Listapunktowana"/>
        <w:widowControl w:val="0"/>
        <w:numPr>
          <w:ilvl w:val="0"/>
          <w:numId w:val="6"/>
        </w:numPr>
        <w:spacing w:before="120" w:after="120"/>
        <w:jc w:val="both"/>
      </w:pPr>
      <w:proofErr w:type="spellStart"/>
      <w:r w:rsidRPr="00812E92">
        <w:t>Jeżeli</w:t>
      </w:r>
      <w:proofErr w:type="spellEnd"/>
      <w:r w:rsidRPr="00812E92">
        <w:t xml:space="preserve"> </w:t>
      </w:r>
      <w:proofErr w:type="spellStart"/>
      <w:r w:rsidRPr="00812E92">
        <w:t>objęcie</w:t>
      </w:r>
      <w:proofErr w:type="spellEnd"/>
      <w:r w:rsidRPr="00812E92">
        <w:t xml:space="preserve"> </w:t>
      </w:r>
      <w:proofErr w:type="spellStart"/>
      <w:r w:rsidRPr="00812E92">
        <w:t>wsparciem</w:t>
      </w:r>
      <w:proofErr w:type="spellEnd"/>
      <w:r w:rsidRPr="00812E92">
        <w:t xml:space="preserve"> </w:t>
      </w:r>
      <w:proofErr w:type="spellStart"/>
      <w:r w:rsidRPr="00812E92">
        <w:t>wszystkich</w:t>
      </w:r>
      <w:proofErr w:type="spellEnd"/>
      <w:r w:rsidRPr="00812E92">
        <w:t xml:space="preserve"> </w:t>
      </w:r>
      <w:proofErr w:type="spellStart"/>
      <w:r w:rsidRPr="00812E92">
        <w:t>osób</w:t>
      </w:r>
      <w:proofErr w:type="spellEnd"/>
      <w:r w:rsidRPr="00812E92">
        <w:t xml:space="preserve"> </w:t>
      </w:r>
      <w:proofErr w:type="spellStart"/>
      <w:r w:rsidRPr="00812E92">
        <w:t>zajmujących</w:t>
      </w:r>
      <w:proofErr w:type="spellEnd"/>
      <w:r w:rsidRPr="00812E92">
        <w:t xml:space="preserve"> </w:t>
      </w:r>
      <w:proofErr w:type="spellStart"/>
      <w:r w:rsidRPr="00812E92">
        <w:t>miejsce</w:t>
      </w:r>
      <w:proofErr w:type="spellEnd"/>
      <w:r w:rsidRPr="00812E92">
        <w:t xml:space="preserve"> </w:t>
      </w:r>
      <w:proofErr w:type="spellStart"/>
      <w:r w:rsidRPr="00812E92">
        <w:t>równorzędne</w:t>
      </w:r>
      <w:proofErr w:type="spellEnd"/>
      <w:r w:rsidRPr="00812E92">
        <w:t xml:space="preserve"> </w:t>
      </w:r>
      <w:proofErr w:type="spellStart"/>
      <w:r w:rsidRPr="00812E92">
        <w:t>nie</w:t>
      </w:r>
      <w:proofErr w:type="spellEnd"/>
      <w:r w:rsidRPr="00812E92">
        <w:t xml:space="preserve"> jest </w:t>
      </w:r>
      <w:proofErr w:type="spellStart"/>
      <w:r w:rsidRPr="00812E92">
        <w:t>możliwe</w:t>
      </w:r>
      <w:proofErr w:type="spellEnd"/>
      <w:r w:rsidRPr="00812E92">
        <w:t xml:space="preserve">, </w:t>
      </w:r>
      <w:proofErr w:type="spellStart"/>
      <w:r w:rsidRPr="00812E92">
        <w:t>osoby</w:t>
      </w:r>
      <w:proofErr w:type="spellEnd"/>
      <w:r w:rsidRPr="00812E92">
        <w:t xml:space="preserve"> </w:t>
      </w:r>
      <w:proofErr w:type="spellStart"/>
      <w:r w:rsidRPr="00812E92">
        <w:t>te</w:t>
      </w:r>
      <w:proofErr w:type="spellEnd"/>
      <w:r w:rsidRPr="00812E92">
        <w:t xml:space="preserve"> </w:t>
      </w:r>
      <w:proofErr w:type="spellStart"/>
      <w:r w:rsidRPr="00812E92">
        <w:t>umieszcza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liście</w:t>
      </w:r>
      <w:proofErr w:type="spellEnd"/>
      <w:r w:rsidRPr="00812E92">
        <w:t xml:space="preserve"> </w:t>
      </w:r>
      <w:proofErr w:type="spellStart"/>
      <w:r w:rsidRPr="00812E92">
        <w:t>rezerwowej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równorzędnej</w:t>
      </w:r>
      <w:proofErr w:type="spellEnd"/>
      <w:r w:rsidRPr="00812E92">
        <w:t xml:space="preserve"> </w:t>
      </w:r>
      <w:proofErr w:type="spellStart"/>
      <w:r w:rsidRPr="00812E92">
        <w:t>pozycji</w:t>
      </w:r>
      <w:proofErr w:type="spellEnd"/>
      <w:r w:rsidRPr="00812E92">
        <w:t xml:space="preserve">.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stosuje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kolejności</w:t>
      </w:r>
      <w:proofErr w:type="spellEnd"/>
      <w:r w:rsidRPr="00812E92">
        <w:t xml:space="preserve"> </w:t>
      </w:r>
      <w:proofErr w:type="spellStart"/>
      <w:r w:rsidRPr="00812E92">
        <w:t>zgłoszeń</w:t>
      </w:r>
      <w:proofErr w:type="spellEnd"/>
      <w:r w:rsidRPr="00812E92">
        <w:t xml:space="preserve">, </w:t>
      </w:r>
      <w:proofErr w:type="spellStart"/>
      <w:r w:rsidRPr="00812E92">
        <w:t>losowania</w:t>
      </w:r>
      <w:proofErr w:type="spellEnd"/>
      <w:r w:rsidRPr="00812E92">
        <w:t xml:space="preserve"> ani </w:t>
      </w:r>
      <w:proofErr w:type="spellStart"/>
      <w:r w:rsidRPr="00812E92">
        <w:t>dodatkowych</w:t>
      </w:r>
      <w:proofErr w:type="spellEnd"/>
      <w:r w:rsidRPr="00812E92">
        <w:t xml:space="preserve"> </w:t>
      </w:r>
      <w:proofErr w:type="spellStart"/>
      <w:r w:rsidRPr="00812E92">
        <w:t>kryteriów</w:t>
      </w:r>
      <w:proofErr w:type="spellEnd"/>
      <w:r w:rsidRPr="00812E92">
        <w:t xml:space="preserve"> </w:t>
      </w:r>
      <w:proofErr w:type="spellStart"/>
      <w:r w:rsidRPr="00812E92">
        <w:t>technicznych</w:t>
      </w:r>
      <w:proofErr w:type="spellEnd"/>
      <w:r w:rsidRPr="00812E92">
        <w:t>.</w:t>
      </w:r>
    </w:p>
    <w:p w14:paraId="668CFA2E" w14:textId="77777777" w:rsidR="00B14F83" w:rsidRPr="00812E92" w:rsidRDefault="006F5905" w:rsidP="00812E92">
      <w:pPr>
        <w:pStyle w:val="Listapunktowana"/>
        <w:widowControl w:val="0"/>
        <w:numPr>
          <w:ilvl w:val="0"/>
          <w:numId w:val="6"/>
        </w:numPr>
        <w:spacing w:before="120" w:after="120"/>
        <w:jc w:val="both"/>
      </w:pPr>
      <w:proofErr w:type="spellStart"/>
      <w:r w:rsidRPr="00812E92">
        <w:t>Informację</w:t>
      </w:r>
      <w:proofErr w:type="spellEnd"/>
      <w:r w:rsidRPr="00812E92">
        <w:t xml:space="preserve"> o </w:t>
      </w:r>
      <w:proofErr w:type="spellStart"/>
      <w:r w:rsidRPr="00812E92">
        <w:t>wyniku</w:t>
      </w:r>
      <w:proofErr w:type="spellEnd"/>
      <w:r w:rsidRPr="00812E92">
        <w:t xml:space="preserve"> </w:t>
      </w:r>
      <w:proofErr w:type="spellStart"/>
      <w:r w:rsidRPr="00812E92">
        <w:t>rekrutacji</w:t>
      </w:r>
      <w:proofErr w:type="spellEnd"/>
      <w:r w:rsidRPr="00812E92">
        <w:t xml:space="preserve"> </w:t>
      </w:r>
      <w:proofErr w:type="spellStart"/>
      <w:r w:rsidRPr="00812E92">
        <w:t>przekazuje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kandydatowi</w:t>
      </w:r>
      <w:proofErr w:type="spellEnd"/>
      <w:r w:rsidRPr="00812E92">
        <w:t xml:space="preserve">, a 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rodzicowi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opiekunowi</w:t>
      </w:r>
      <w:proofErr w:type="spellEnd"/>
      <w:r w:rsidRPr="00812E92">
        <w:t xml:space="preserve"> </w:t>
      </w:r>
      <w:proofErr w:type="spellStart"/>
      <w:r w:rsidRPr="00812E92">
        <w:t>prawnemu</w:t>
      </w:r>
      <w:proofErr w:type="spellEnd"/>
      <w:r w:rsidRPr="00812E92">
        <w:t xml:space="preserve">, w </w:t>
      </w:r>
      <w:proofErr w:type="spellStart"/>
      <w:r w:rsidRPr="00812E92">
        <w:t>sposób</w:t>
      </w:r>
      <w:proofErr w:type="spellEnd"/>
      <w:r w:rsidRPr="00812E92">
        <w:t xml:space="preserve"> </w:t>
      </w:r>
      <w:proofErr w:type="spellStart"/>
      <w:r w:rsidRPr="00812E92">
        <w:t>indywidualny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zapewniający</w:t>
      </w:r>
      <w:proofErr w:type="spellEnd"/>
      <w:r w:rsidRPr="00812E92">
        <w:t xml:space="preserve"> </w:t>
      </w:r>
      <w:proofErr w:type="spellStart"/>
      <w:r w:rsidRPr="00812E92">
        <w:t>ochronę</w:t>
      </w:r>
      <w:proofErr w:type="spellEnd"/>
      <w:r w:rsidRPr="00812E92">
        <w:t xml:space="preserve"> </w:t>
      </w:r>
      <w:proofErr w:type="spellStart"/>
      <w:r w:rsidRPr="00812E92">
        <w:t>danych</w:t>
      </w:r>
      <w:proofErr w:type="spellEnd"/>
      <w:r w:rsidRPr="00812E92">
        <w:t xml:space="preserve"> </w:t>
      </w:r>
      <w:proofErr w:type="spellStart"/>
      <w:r w:rsidRPr="00812E92">
        <w:t>osobowych</w:t>
      </w:r>
      <w:proofErr w:type="spellEnd"/>
      <w:r w:rsidRPr="00812E92">
        <w:t xml:space="preserve">.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publikuje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list </w:t>
      </w:r>
      <w:proofErr w:type="spellStart"/>
      <w:r w:rsidRPr="00812E92">
        <w:t>zawierających</w:t>
      </w:r>
      <w:proofErr w:type="spellEnd"/>
      <w:r w:rsidRPr="00812E92">
        <w:t xml:space="preserve"> </w:t>
      </w:r>
      <w:proofErr w:type="spellStart"/>
      <w:r w:rsidRPr="00812E92">
        <w:t>imiona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nazwiska</w:t>
      </w:r>
      <w:proofErr w:type="spellEnd"/>
      <w:r w:rsidRPr="00812E92">
        <w:t xml:space="preserve">, </w:t>
      </w:r>
      <w:proofErr w:type="spellStart"/>
      <w:r w:rsidRPr="00812E92">
        <w:t>informacje</w:t>
      </w:r>
      <w:proofErr w:type="spellEnd"/>
      <w:r w:rsidRPr="00812E92">
        <w:t xml:space="preserve"> o </w:t>
      </w:r>
      <w:proofErr w:type="spellStart"/>
      <w:r w:rsidRPr="00812E92">
        <w:t>trudnościach</w:t>
      </w:r>
      <w:proofErr w:type="spellEnd"/>
      <w:r w:rsidRPr="00812E92">
        <w:t xml:space="preserve">, OPKS, </w:t>
      </w:r>
      <w:proofErr w:type="spellStart"/>
      <w:r w:rsidRPr="00812E92">
        <w:t>doświadczeniu</w:t>
      </w:r>
      <w:proofErr w:type="spellEnd"/>
      <w:r w:rsidRPr="00812E92">
        <w:t xml:space="preserve"> </w:t>
      </w:r>
      <w:proofErr w:type="spellStart"/>
      <w:r w:rsidRPr="00812E92">
        <w:t>migracji</w:t>
      </w:r>
      <w:proofErr w:type="spellEnd"/>
      <w:r w:rsidRPr="00812E92">
        <w:t xml:space="preserve"> ani </w:t>
      </w:r>
      <w:proofErr w:type="spellStart"/>
      <w:r w:rsidRPr="00812E92">
        <w:t>inne</w:t>
      </w:r>
      <w:proofErr w:type="spellEnd"/>
      <w:r w:rsidRPr="00812E92">
        <w:t xml:space="preserve"> </w:t>
      </w:r>
      <w:proofErr w:type="spellStart"/>
      <w:r w:rsidRPr="00812E92">
        <w:t>dane</w:t>
      </w:r>
      <w:proofErr w:type="spellEnd"/>
      <w:r w:rsidRPr="00812E92">
        <w:t xml:space="preserve"> </w:t>
      </w:r>
      <w:proofErr w:type="spellStart"/>
      <w:r w:rsidRPr="00812E92">
        <w:t>szczególnej</w:t>
      </w:r>
      <w:proofErr w:type="spellEnd"/>
      <w:r w:rsidRPr="00812E92">
        <w:t xml:space="preserve"> </w:t>
      </w:r>
      <w:proofErr w:type="spellStart"/>
      <w:r w:rsidRPr="00812E92">
        <w:t>kategorii</w:t>
      </w:r>
      <w:proofErr w:type="spellEnd"/>
      <w:r w:rsidRPr="00812E92">
        <w:t>.</w:t>
      </w:r>
    </w:p>
    <w:p w14:paraId="49669EDC" w14:textId="77777777" w:rsidR="00B14F83" w:rsidRPr="00812E92" w:rsidRDefault="006F5905" w:rsidP="00812E92">
      <w:pPr>
        <w:pStyle w:val="Listapunktowana"/>
        <w:widowControl w:val="0"/>
        <w:numPr>
          <w:ilvl w:val="0"/>
          <w:numId w:val="6"/>
        </w:numPr>
        <w:spacing w:before="120" w:after="120"/>
        <w:jc w:val="both"/>
      </w:pPr>
      <w:r w:rsidRPr="00812E92">
        <w:t xml:space="preserve">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rezygnacji</w:t>
      </w:r>
      <w:proofErr w:type="spellEnd"/>
      <w:r w:rsidRPr="00812E92">
        <w:t xml:space="preserve"> </w:t>
      </w:r>
      <w:proofErr w:type="spellStart"/>
      <w:r w:rsidRPr="00812E92">
        <w:t>uczestnika</w:t>
      </w:r>
      <w:proofErr w:type="spellEnd"/>
      <w:r w:rsidRPr="00812E92">
        <w:t xml:space="preserve"> do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może</w:t>
      </w:r>
      <w:proofErr w:type="spellEnd"/>
      <w:r w:rsidRPr="00812E92">
        <w:t xml:space="preserve"> </w:t>
      </w:r>
      <w:proofErr w:type="spellStart"/>
      <w:r w:rsidRPr="00812E92">
        <w:t>zostać</w:t>
      </w:r>
      <w:proofErr w:type="spellEnd"/>
      <w:r w:rsidRPr="00812E92">
        <w:t xml:space="preserve"> </w:t>
      </w:r>
      <w:proofErr w:type="spellStart"/>
      <w:r w:rsidRPr="00812E92">
        <w:t>zakwalifikowana</w:t>
      </w:r>
      <w:proofErr w:type="spellEnd"/>
      <w:r w:rsidRPr="00812E92">
        <w:t xml:space="preserve"> </w:t>
      </w:r>
      <w:proofErr w:type="spellStart"/>
      <w:r w:rsidRPr="00812E92">
        <w:t>kolejna</w:t>
      </w:r>
      <w:proofErr w:type="spellEnd"/>
      <w:r w:rsidRPr="00812E92">
        <w:t xml:space="preserve"> </w:t>
      </w:r>
      <w:proofErr w:type="spellStart"/>
      <w:r w:rsidRPr="00812E92">
        <w:t>uprawniona</w:t>
      </w:r>
      <w:proofErr w:type="spellEnd"/>
      <w:r w:rsidRPr="00812E92">
        <w:t xml:space="preserve"> </w:t>
      </w:r>
      <w:proofErr w:type="spellStart"/>
      <w:r w:rsidRPr="00812E92">
        <w:t>osoba</w:t>
      </w:r>
      <w:proofErr w:type="spellEnd"/>
      <w:r w:rsidRPr="00812E92">
        <w:t xml:space="preserve"> z </w:t>
      </w:r>
      <w:proofErr w:type="spellStart"/>
      <w:r w:rsidRPr="00812E92">
        <w:t>listy</w:t>
      </w:r>
      <w:proofErr w:type="spellEnd"/>
      <w:r w:rsidRPr="00812E92">
        <w:t xml:space="preserve"> </w:t>
      </w:r>
      <w:proofErr w:type="spellStart"/>
      <w:r w:rsidRPr="00812E92">
        <w:t>rezerwowej</w:t>
      </w:r>
      <w:proofErr w:type="spellEnd"/>
      <w:r w:rsidRPr="00812E92">
        <w:t xml:space="preserve">, o </w:t>
      </w:r>
      <w:proofErr w:type="spellStart"/>
      <w:r w:rsidRPr="00812E92">
        <w:t>ile</w:t>
      </w:r>
      <w:proofErr w:type="spellEnd"/>
      <w:r w:rsidRPr="00812E92">
        <w:t xml:space="preserve"> </w:t>
      </w:r>
      <w:proofErr w:type="spellStart"/>
      <w:r w:rsidRPr="00812E92">
        <w:t>charakter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etap</w:t>
      </w:r>
      <w:proofErr w:type="spellEnd"/>
      <w:r w:rsidRPr="00812E92">
        <w:t xml:space="preserve"> </w:t>
      </w:r>
      <w:proofErr w:type="spellStart"/>
      <w:r w:rsidRPr="00812E92">
        <w:t>realizacji</w:t>
      </w:r>
      <w:proofErr w:type="spellEnd"/>
      <w:r w:rsidRPr="00812E92">
        <w:t xml:space="preserve"> </w:t>
      </w:r>
      <w:proofErr w:type="spellStart"/>
      <w:r w:rsidRPr="00812E92">
        <w:t>danej</w:t>
      </w:r>
      <w:proofErr w:type="spellEnd"/>
      <w:r w:rsidRPr="00812E92">
        <w:t xml:space="preserve"> </w:t>
      </w:r>
      <w:proofErr w:type="spellStart"/>
      <w:r w:rsidRPr="00812E92">
        <w:t>formy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umożliwia</w:t>
      </w:r>
      <w:proofErr w:type="spellEnd"/>
      <w:r w:rsidRPr="00812E92">
        <w:t xml:space="preserve"> </w:t>
      </w:r>
      <w:proofErr w:type="spellStart"/>
      <w:r w:rsidRPr="00812E92">
        <w:t>jej</w:t>
      </w:r>
      <w:proofErr w:type="spellEnd"/>
      <w:r w:rsidRPr="00812E92">
        <w:t xml:space="preserve"> </w:t>
      </w:r>
      <w:proofErr w:type="spellStart"/>
      <w:r w:rsidRPr="00812E92">
        <w:t>skuteczne</w:t>
      </w:r>
      <w:proofErr w:type="spellEnd"/>
      <w:r w:rsidRPr="00812E92">
        <w:t xml:space="preserve"> </w:t>
      </w:r>
      <w:proofErr w:type="spellStart"/>
      <w:r w:rsidRPr="00812E92">
        <w:t>objęcie</w:t>
      </w:r>
      <w:proofErr w:type="spellEnd"/>
      <w:r w:rsidRPr="00812E92">
        <w:t xml:space="preserve"> </w:t>
      </w:r>
      <w:proofErr w:type="spellStart"/>
      <w:r w:rsidRPr="00812E92">
        <w:t>wsparciem</w:t>
      </w:r>
      <w:proofErr w:type="spellEnd"/>
      <w:r w:rsidRPr="00812E92">
        <w:t xml:space="preserve">. </w:t>
      </w:r>
      <w:proofErr w:type="spellStart"/>
      <w:r w:rsidRPr="00812E92">
        <w:t>W</w:t>
      </w:r>
      <w:proofErr w:type="spellEnd"/>
      <w:r w:rsidRPr="00812E92">
        <w:t xml:space="preserve"> </w:t>
      </w:r>
      <w:proofErr w:type="spellStart"/>
      <w:r w:rsidRPr="00812E92">
        <w:t>odniesieniu</w:t>
      </w:r>
      <w:proofErr w:type="spellEnd"/>
      <w:r w:rsidRPr="00812E92">
        <w:t xml:space="preserve"> do </w:t>
      </w:r>
      <w:proofErr w:type="spellStart"/>
      <w:r w:rsidRPr="00812E92">
        <w:t>osób</w:t>
      </w:r>
      <w:proofErr w:type="spellEnd"/>
      <w:r w:rsidRPr="00812E92">
        <w:t xml:space="preserve"> </w:t>
      </w:r>
      <w:proofErr w:type="spellStart"/>
      <w:r w:rsidRPr="00812E92">
        <w:t>zajmujących</w:t>
      </w:r>
      <w:proofErr w:type="spellEnd"/>
      <w:r w:rsidRPr="00812E92">
        <w:t xml:space="preserve"> </w:t>
      </w:r>
      <w:proofErr w:type="spellStart"/>
      <w:r w:rsidRPr="00812E92">
        <w:t>równorzędną</w:t>
      </w:r>
      <w:proofErr w:type="spellEnd"/>
      <w:r w:rsidRPr="00812E92">
        <w:t xml:space="preserve"> </w:t>
      </w:r>
      <w:proofErr w:type="spellStart"/>
      <w:r w:rsidRPr="00812E92">
        <w:t>pozycję</w:t>
      </w:r>
      <w:proofErr w:type="spellEnd"/>
      <w:r w:rsidRPr="00812E92">
        <w:t xml:space="preserve"> </w:t>
      </w:r>
      <w:proofErr w:type="spellStart"/>
      <w:r w:rsidRPr="00812E92">
        <w:t>stosuje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zasady</w:t>
      </w:r>
      <w:proofErr w:type="spellEnd"/>
      <w:r w:rsidRPr="00812E92">
        <w:t xml:space="preserve"> </w:t>
      </w:r>
      <w:proofErr w:type="spellStart"/>
      <w:r w:rsidRPr="00812E92">
        <w:t>określone</w:t>
      </w:r>
      <w:proofErr w:type="spellEnd"/>
      <w:r w:rsidRPr="00812E92">
        <w:t xml:space="preserve"> w </w:t>
      </w:r>
      <w:proofErr w:type="spellStart"/>
      <w:r w:rsidRPr="00812E92">
        <w:t>ust</w:t>
      </w:r>
      <w:proofErr w:type="spellEnd"/>
      <w:r w:rsidRPr="00812E92">
        <w:t>. 4–5.</w:t>
      </w:r>
    </w:p>
    <w:p w14:paraId="00E94A33" w14:textId="77777777" w:rsidR="00B14F83" w:rsidRPr="00812E92" w:rsidRDefault="006F5905" w:rsidP="00812E92">
      <w:pPr>
        <w:pStyle w:val="Listapunktowana"/>
        <w:widowControl w:val="0"/>
        <w:numPr>
          <w:ilvl w:val="0"/>
          <w:numId w:val="6"/>
        </w:numPr>
        <w:spacing w:before="120" w:after="120"/>
        <w:jc w:val="both"/>
      </w:pPr>
      <w:r w:rsidRPr="00812E92">
        <w:t xml:space="preserve">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niewystarczającej</w:t>
      </w:r>
      <w:proofErr w:type="spellEnd"/>
      <w:r w:rsidRPr="00812E92">
        <w:t xml:space="preserve"> </w:t>
      </w:r>
      <w:proofErr w:type="spellStart"/>
      <w:r w:rsidRPr="00812E92">
        <w:t>liczby</w:t>
      </w:r>
      <w:proofErr w:type="spellEnd"/>
      <w:r w:rsidRPr="00812E92">
        <w:t xml:space="preserve"> </w:t>
      </w:r>
      <w:proofErr w:type="spellStart"/>
      <w:r w:rsidRPr="00812E92">
        <w:t>uczestników</w:t>
      </w:r>
      <w:proofErr w:type="spellEnd"/>
      <w:r w:rsidRPr="00812E92">
        <w:t xml:space="preserve"> </w:t>
      </w:r>
      <w:proofErr w:type="spellStart"/>
      <w:r w:rsidRPr="00812E92">
        <w:t>prowadzona</w:t>
      </w:r>
      <w:proofErr w:type="spellEnd"/>
      <w:r w:rsidRPr="00812E92">
        <w:t xml:space="preserve"> </w:t>
      </w:r>
      <w:proofErr w:type="spellStart"/>
      <w:r w:rsidRPr="00812E92">
        <w:t>będzie</w:t>
      </w:r>
      <w:proofErr w:type="spellEnd"/>
      <w:r w:rsidRPr="00812E92">
        <w:t xml:space="preserve"> </w:t>
      </w:r>
      <w:proofErr w:type="spellStart"/>
      <w:r w:rsidRPr="00812E92">
        <w:t>rekrutacja</w:t>
      </w:r>
      <w:proofErr w:type="spellEnd"/>
      <w:r w:rsidRPr="00812E92">
        <w:t xml:space="preserve"> </w:t>
      </w:r>
      <w:proofErr w:type="spellStart"/>
      <w:r w:rsidRPr="00812E92">
        <w:t>uzupełniająca</w:t>
      </w:r>
      <w:proofErr w:type="spellEnd"/>
      <w:r w:rsidRPr="00812E92">
        <w:t xml:space="preserve">, </w:t>
      </w:r>
      <w:proofErr w:type="spellStart"/>
      <w:r w:rsidRPr="00812E92">
        <w:t>obejmująca</w:t>
      </w:r>
      <w:proofErr w:type="spellEnd"/>
      <w:r w:rsidRPr="00812E92">
        <w:t xml:space="preserve"> </w:t>
      </w:r>
      <w:proofErr w:type="spellStart"/>
      <w:r w:rsidRPr="00812E92">
        <w:t>dodatkowe</w:t>
      </w:r>
      <w:proofErr w:type="spellEnd"/>
      <w:r w:rsidRPr="00812E92">
        <w:t xml:space="preserve"> </w:t>
      </w:r>
      <w:proofErr w:type="spellStart"/>
      <w:r w:rsidRPr="00812E92">
        <w:t>działania</w:t>
      </w:r>
      <w:proofErr w:type="spellEnd"/>
      <w:r w:rsidRPr="00812E92">
        <w:t xml:space="preserve"> </w:t>
      </w:r>
      <w:proofErr w:type="spellStart"/>
      <w:r w:rsidRPr="00812E92">
        <w:t>informacyjne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, </w:t>
      </w:r>
      <w:proofErr w:type="spellStart"/>
      <w:r w:rsidRPr="00812E92">
        <w:t>odpowiednio</w:t>
      </w:r>
      <w:proofErr w:type="spellEnd"/>
      <w:r w:rsidRPr="00812E92">
        <w:t xml:space="preserve"> do </w:t>
      </w:r>
      <w:proofErr w:type="spellStart"/>
      <w:r w:rsidRPr="00812E92">
        <w:t>potrzeb</w:t>
      </w:r>
      <w:proofErr w:type="spellEnd"/>
      <w:r w:rsidRPr="00812E92">
        <w:t xml:space="preserve">, </w:t>
      </w:r>
      <w:proofErr w:type="spellStart"/>
      <w:r w:rsidRPr="00812E92">
        <w:t>indywidualne</w:t>
      </w:r>
      <w:proofErr w:type="spellEnd"/>
      <w:r w:rsidRPr="00812E92">
        <w:t xml:space="preserve"> </w:t>
      </w:r>
      <w:proofErr w:type="spellStart"/>
      <w:r w:rsidRPr="00812E92">
        <w:t>konsultacje</w:t>
      </w:r>
      <w:proofErr w:type="spellEnd"/>
      <w:r w:rsidRPr="00812E92">
        <w:t xml:space="preserve"> z </w:t>
      </w:r>
      <w:proofErr w:type="spellStart"/>
      <w:r w:rsidRPr="00812E92">
        <w:t>rodzicami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opiekunami</w:t>
      </w:r>
      <w:proofErr w:type="spellEnd"/>
      <w:r w:rsidRPr="00812E92">
        <w:t xml:space="preserve"> </w:t>
      </w:r>
      <w:proofErr w:type="spellStart"/>
      <w:r w:rsidRPr="00812E92">
        <w:t>prawnymi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nauczycielami</w:t>
      </w:r>
      <w:proofErr w:type="spellEnd"/>
      <w:r w:rsidRPr="00812E92">
        <w:t>/</w:t>
      </w:r>
      <w:proofErr w:type="spellStart"/>
      <w:r w:rsidRPr="00812E92">
        <w:t>nauczycielkami</w:t>
      </w:r>
      <w:proofErr w:type="spellEnd"/>
      <w:r w:rsidRPr="00812E92">
        <w:t>.</w:t>
      </w:r>
    </w:p>
    <w:p w14:paraId="10D025B3" w14:textId="77777777" w:rsidR="00B14F83" w:rsidRPr="00812E92" w:rsidRDefault="006F5905" w:rsidP="00812E92">
      <w:pPr>
        <w:pStyle w:val="Nagwek1"/>
        <w:keepNext w:val="0"/>
        <w:keepLines w:val="0"/>
        <w:widowControl w:val="0"/>
        <w:spacing w:after="120"/>
      </w:pPr>
      <w:r w:rsidRPr="00812E92">
        <w:rPr>
          <w:rFonts w:ascii="Arial" w:eastAsia="Arial" w:hAnsi="Arial" w:cs="Arial"/>
        </w:rPr>
        <w:t>§ 7. RÓWNOŚĆ SZANS, NIEDYSKRYMINACJA I DOSTĘPNOŚĆ</w:t>
      </w:r>
    </w:p>
    <w:p w14:paraId="1C430D16" w14:textId="77777777" w:rsidR="00B14F83" w:rsidRPr="00812E92" w:rsidRDefault="006F5905" w:rsidP="00812E92">
      <w:pPr>
        <w:pStyle w:val="Listapunktowana"/>
        <w:widowControl w:val="0"/>
        <w:numPr>
          <w:ilvl w:val="0"/>
          <w:numId w:val="7"/>
        </w:numPr>
        <w:spacing w:before="120" w:after="120"/>
        <w:jc w:val="both"/>
      </w:pPr>
      <w:proofErr w:type="spellStart"/>
      <w:r w:rsidRPr="00812E92">
        <w:t>Rekrutacja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udział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 xml:space="preserve"> </w:t>
      </w:r>
      <w:proofErr w:type="spellStart"/>
      <w:r w:rsidRPr="00812E92">
        <w:t>odbywają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z </w:t>
      </w:r>
      <w:proofErr w:type="spellStart"/>
      <w:r w:rsidRPr="00812E92">
        <w:t>poszanowaniem</w:t>
      </w:r>
      <w:proofErr w:type="spellEnd"/>
      <w:r w:rsidRPr="00812E92">
        <w:t xml:space="preserve"> </w:t>
      </w:r>
      <w:proofErr w:type="spellStart"/>
      <w:r w:rsidRPr="00812E92">
        <w:t>zasady</w:t>
      </w:r>
      <w:proofErr w:type="spellEnd"/>
      <w:r w:rsidRPr="00812E92">
        <w:t xml:space="preserve"> </w:t>
      </w:r>
      <w:proofErr w:type="spellStart"/>
      <w:r w:rsidRPr="00812E92">
        <w:t>równości</w:t>
      </w:r>
      <w:proofErr w:type="spellEnd"/>
      <w:r w:rsidRPr="00812E92">
        <w:t xml:space="preserve"> </w:t>
      </w:r>
      <w:proofErr w:type="spellStart"/>
      <w:r w:rsidRPr="00812E92">
        <w:t>szans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niedyskryminacji</w:t>
      </w:r>
      <w:proofErr w:type="spellEnd"/>
      <w:r w:rsidRPr="00812E92">
        <w:t xml:space="preserve">, w </w:t>
      </w:r>
      <w:proofErr w:type="spellStart"/>
      <w:r w:rsidRPr="00812E92">
        <w:t>tym</w:t>
      </w:r>
      <w:proofErr w:type="spellEnd"/>
      <w:r w:rsidRPr="00812E92">
        <w:t xml:space="preserve"> </w:t>
      </w:r>
      <w:proofErr w:type="spellStart"/>
      <w:r w:rsidRPr="00812E92">
        <w:t>dostępności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osób</w:t>
      </w:r>
      <w:proofErr w:type="spellEnd"/>
      <w:r w:rsidRPr="00812E92">
        <w:t xml:space="preserve"> z </w:t>
      </w:r>
      <w:proofErr w:type="spellStart"/>
      <w:r w:rsidRPr="00812E92">
        <w:t>niepełnosprawnościami</w:t>
      </w:r>
      <w:proofErr w:type="spellEnd"/>
      <w:r w:rsidRPr="00812E92">
        <w:t xml:space="preserve">, </w:t>
      </w:r>
      <w:proofErr w:type="spellStart"/>
      <w:r w:rsidRPr="00812E92">
        <w:t>zgodnie</w:t>
      </w:r>
      <w:proofErr w:type="spellEnd"/>
      <w:r w:rsidRPr="00812E92">
        <w:t xml:space="preserve"> z </w:t>
      </w:r>
      <w:proofErr w:type="spellStart"/>
      <w:r w:rsidRPr="00812E92">
        <w:t>Wytycznymi</w:t>
      </w:r>
      <w:proofErr w:type="spellEnd"/>
      <w:r w:rsidRPr="00812E92">
        <w:t xml:space="preserve"> </w:t>
      </w:r>
      <w:proofErr w:type="spellStart"/>
      <w:r w:rsidRPr="00812E92">
        <w:t>dotyczącymi</w:t>
      </w:r>
      <w:proofErr w:type="spellEnd"/>
      <w:r w:rsidRPr="00812E92">
        <w:t xml:space="preserve"> </w:t>
      </w:r>
      <w:proofErr w:type="spellStart"/>
      <w:r w:rsidRPr="00812E92">
        <w:t>realizacji</w:t>
      </w:r>
      <w:proofErr w:type="spellEnd"/>
      <w:r w:rsidRPr="00812E92">
        <w:t xml:space="preserve"> </w:t>
      </w:r>
      <w:proofErr w:type="spellStart"/>
      <w:r w:rsidRPr="00812E92">
        <w:t>zasad</w:t>
      </w:r>
      <w:proofErr w:type="spellEnd"/>
      <w:r w:rsidRPr="00812E92">
        <w:t xml:space="preserve"> </w:t>
      </w:r>
      <w:proofErr w:type="spellStart"/>
      <w:r w:rsidRPr="00812E92">
        <w:t>równościowych</w:t>
      </w:r>
      <w:proofErr w:type="spellEnd"/>
      <w:r w:rsidRPr="00812E92">
        <w:t xml:space="preserve"> w </w:t>
      </w:r>
      <w:proofErr w:type="spellStart"/>
      <w:r w:rsidRPr="00812E92">
        <w:t>ramach</w:t>
      </w:r>
      <w:proofErr w:type="spellEnd"/>
      <w:r w:rsidRPr="00812E92">
        <w:t xml:space="preserve"> </w:t>
      </w:r>
      <w:proofErr w:type="spellStart"/>
      <w:r w:rsidRPr="00812E92">
        <w:t>funduszy</w:t>
      </w:r>
      <w:proofErr w:type="spellEnd"/>
      <w:r w:rsidRPr="00812E92">
        <w:t xml:space="preserve"> </w:t>
      </w:r>
      <w:proofErr w:type="spellStart"/>
      <w:r w:rsidRPr="00812E92">
        <w:t>unijnych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lata</w:t>
      </w:r>
      <w:proofErr w:type="spellEnd"/>
      <w:r w:rsidRPr="00812E92">
        <w:t xml:space="preserve"> 2021–2027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Standardami</w:t>
      </w:r>
      <w:proofErr w:type="spellEnd"/>
      <w:r w:rsidRPr="00812E92">
        <w:t xml:space="preserve"> </w:t>
      </w:r>
      <w:proofErr w:type="spellStart"/>
      <w:r w:rsidRPr="00812E92">
        <w:t>dostępności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polityki</w:t>
      </w:r>
      <w:proofErr w:type="spellEnd"/>
      <w:r w:rsidRPr="00812E92">
        <w:t xml:space="preserve"> </w:t>
      </w:r>
      <w:proofErr w:type="spellStart"/>
      <w:r w:rsidRPr="00812E92">
        <w:t>spójności</w:t>
      </w:r>
      <w:proofErr w:type="spellEnd"/>
      <w:r w:rsidRPr="00812E92">
        <w:t xml:space="preserve"> 2021–2027.</w:t>
      </w:r>
    </w:p>
    <w:p w14:paraId="5359C7CA" w14:textId="77777777" w:rsidR="00B14F83" w:rsidRPr="00812E92" w:rsidRDefault="006F5905" w:rsidP="00812E92">
      <w:pPr>
        <w:pStyle w:val="Listapunktowana"/>
        <w:widowControl w:val="0"/>
        <w:numPr>
          <w:ilvl w:val="0"/>
          <w:numId w:val="7"/>
        </w:numPr>
        <w:spacing w:before="120" w:after="120"/>
        <w:jc w:val="both"/>
      </w:pPr>
      <w:proofErr w:type="spellStart"/>
      <w:r w:rsidRPr="00812E92">
        <w:t>Rekrutacja</w:t>
      </w:r>
      <w:proofErr w:type="spellEnd"/>
      <w:r w:rsidRPr="00812E92">
        <w:t xml:space="preserve"> </w:t>
      </w:r>
      <w:proofErr w:type="spellStart"/>
      <w:r w:rsidRPr="00812E92">
        <w:t>prowadzona</w:t>
      </w:r>
      <w:proofErr w:type="spellEnd"/>
      <w:r w:rsidRPr="00812E92">
        <w:t xml:space="preserve"> jest w </w:t>
      </w:r>
      <w:proofErr w:type="spellStart"/>
      <w:r w:rsidRPr="00812E92">
        <w:t>sposób</w:t>
      </w:r>
      <w:proofErr w:type="spellEnd"/>
      <w:r w:rsidRPr="00812E92">
        <w:t xml:space="preserve"> </w:t>
      </w:r>
      <w:proofErr w:type="spellStart"/>
      <w:r w:rsidRPr="00812E92">
        <w:t>przejrzysty</w:t>
      </w:r>
      <w:proofErr w:type="spellEnd"/>
      <w:r w:rsidRPr="00812E92">
        <w:t xml:space="preserve">, </w:t>
      </w:r>
      <w:proofErr w:type="spellStart"/>
      <w:r w:rsidRPr="00812E92">
        <w:t>obiektywny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niedyskryminujący</w:t>
      </w:r>
      <w:proofErr w:type="spellEnd"/>
      <w:r w:rsidRPr="00812E92">
        <w:t xml:space="preserve">. </w:t>
      </w:r>
      <w:proofErr w:type="spellStart"/>
      <w:r w:rsidRPr="00812E92">
        <w:lastRenderedPageBreak/>
        <w:t>Zapewnia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równy</w:t>
      </w:r>
      <w:proofErr w:type="spellEnd"/>
      <w:r w:rsidRPr="00812E92">
        <w:t xml:space="preserve"> </w:t>
      </w:r>
      <w:proofErr w:type="spellStart"/>
      <w:r w:rsidRPr="00812E92">
        <w:t>dostęp</w:t>
      </w:r>
      <w:proofErr w:type="spellEnd"/>
      <w:r w:rsidRPr="00812E92">
        <w:t xml:space="preserve"> do </w:t>
      </w:r>
      <w:proofErr w:type="spellStart"/>
      <w:r w:rsidRPr="00812E92">
        <w:t>wsparcia</w:t>
      </w:r>
      <w:proofErr w:type="spellEnd"/>
      <w:r w:rsidRPr="00812E92">
        <w:t xml:space="preserve"> bez </w:t>
      </w:r>
      <w:proofErr w:type="spellStart"/>
      <w:r w:rsidRPr="00812E92">
        <w:t>względu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płeć</w:t>
      </w:r>
      <w:proofErr w:type="spellEnd"/>
      <w:r w:rsidRPr="00812E92">
        <w:t xml:space="preserve">, </w:t>
      </w:r>
      <w:proofErr w:type="spellStart"/>
      <w:r w:rsidRPr="00812E92">
        <w:t>niepełnosprawność</w:t>
      </w:r>
      <w:proofErr w:type="spellEnd"/>
      <w:r w:rsidRPr="00812E92">
        <w:t xml:space="preserve">, </w:t>
      </w:r>
      <w:proofErr w:type="spellStart"/>
      <w:r w:rsidRPr="00812E92">
        <w:t>wiek</w:t>
      </w:r>
      <w:proofErr w:type="spellEnd"/>
      <w:r w:rsidRPr="00812E92">
        <w:t xml:space="preserve">, </w:t>
      </w:r>
      <w:proofErr w:type="spellStart"/>
      <w:r w:rsidRPr="00812E92">
        <w:t>pochodzenie</w:t>
      </w:r>
      <w:proofErr w:type="spellEnd"/>
      <w:r w:rsidRPr="00812E92">
        <w:t xml:space="preserve">, </w:t>
      </w:r>
      <w:proofErr w:type="spellStart"/>
      <w:r w:rsidRPr="00812E92">
        <w:t>język</w:t>
      </w:r>
      <w:proofErr w:type="spellEnd"/>
      <w:r w:rsidRPr="00812E92">
        <w:t xml:space="preserve">, </w:t>
      </w:r>
      <w:proofErr w:type="spellStart"/>
      <w:r w:rsidRPr="00812E92">
        <w:t>religię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inne</w:t>
      </w:r>
      <w:proofErr w:type="spellEnd"/>
      <w:r w:rsidRPr="00812E92">
        <w:t xml:space="preserve"> </w:t>
      </w:r>
      <w:proofErr w:type="spellStart"/>
      <w:r w:rsidRPr="00812E92">
        <w:t>cechy</w:t>
      </w:r>
      <w:proofErr w:type="spellEnd"/>
      <w:r w:rsidRPr="00812E92">
        <w:t>.</w:t>
      </w:r>
    </w:p>
    <w:p w14:paraId="153E91C6" w14:textId="59F99E15" w:rsidR="00B14F83" w:rsidRPr="00812E92" w:rsidRDefault="006F5905" w:rsidP="00812E92">
      <w:pPr>
        <w:pStyle w:val="Listapunktowana"/>
        <w:widowControl w:val="0"/>
        <w:numPr>
          <w:ilvl w:val="0"/>
          <w:numId w:val="7"/>
        </w:numPr>
        <w:spacing w:before="120" w:after="120"/>
        <w:jc w:val="both"/>
      </w:pPr>
      <w:proofErr w:type="spellStart"/>
      <w:r w:rsidRPr="00812E92">
        <w:t>Proces</w:t>
      </w:r>
      <w:proofErr w:type="spellEnd"/>
      <w:r w:rsidRPr="00812E92">
        <w:t xml:space="preserve"> </w:t>
      </w:r>
      <w:proofErr w:type="spellStart"/>
      <w:r w:rsidRPr="00812E92">
        <w:t>rekrutacji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realizacji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prowadzony</w:t>
      </w:r>
      <w:proofErr w:type="spellEnd"/>
      <w:r w:rsidRPr="00812E92">
        <w:t xml:space="preserve"> jest z </w:t>
      </w:r>
      <w:proofErr w:type="spellStart"/>
      <w:r w:rsidRPr="00812E92">
        <w:t>uwzględnieniem</w:t>
      </w:r>
      <w:proofErr w:type="spellEnd"/>
      <w:r w:rsidRPr="00812E92">
        <w:t xml:space="preserve"> </w:t>
      </w:r>
      <w:proofErr w:type="spellStart"/>
      <w:r w:rsidRPr="00812E92">
        <w:t>zasady</w:t>
      </w:r>
      <w:proofErr w:type="spellEnd"/>
      <w:r w:rsidRPr="00812E92">
        <w:t xml:space="preserve"> </w:t>
      </w:r>
      <w:proofErr w:type="spellStart"/>
      <w:r w:rsidRPr="00812E92">
        <w:t>uniwersalnego</w:t>
      </w:r>
      <w:proofErr w:type="spellEnd"/>
      <w:r w:rsidRPr="00812E92">
        <w:t xml:space="preserve"> </w:t>
      </w:r>
      <w:proofErr w:type="spellStart"/>
      <w:r w:rsidRPr="00812E92">
        <w:t>projektowania</w:t>
      </w:r>
      <w:proofErr w:type="spellEnd"/>
      <w:r w:rsidRPr="00812E92">
        <w:t xml:space="preserve">. W </w:t>
      </w:r>
      <w:proofErr w:type="spellStart"/>
      <w:r w:rsidRPr="00812E92">
        <w:t>szczególności</w:t>
      </w:r>
      <w:proofErr w:type="spellEnd"/>
      <w:r w:rsidRPr="00812E92">
        <w:t xml:space="preserve"> </w:t>
      </w:r>
      <w:proofErr w:type="spellStart"/>
      <w:r w:rsidRPr="00812E92">
        <w:t>zapewnia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>:</w:t>
      </w:r>
    </w:p>
    <w:p w14:paraId="1C6B1759" w14:textId="77777777" w:rsidR="00B14F83" w:rsidRPr="00812E92" w:rsidRDefault="006F5905" w:rsidP="00812E92">
      <w:pPr>
        <w:pStyle w:val="Listapunktowana"/>
        <w:widowControl w:val="0"/>
        <w:numPr>
          <w:ilvl w:val="0"/>
          <w:numId w:val="21"/>
        </w:numPr>
        <w:spacing w:before="120" w:after="120"/>
        <w:ind w:left="851"/>
        <w:jc w:val="both"/>
      </w:pPr>
      <w:proofErr w:type="spellStart"/>
      <w:r w:rsidRPr="00812E92">
        <w:t>stosowanie</w:t>
      </w:r>
      <w:proofErr w:type="spellEnd"/>
      <w:r w:rsidRPr="00812E92">
        <w:t xml:space="preserve"> </w:t>
      </w:r>
      <w:proofErr w:type="spellStart"/>
      <w:r w:rsidRPr="00812E92">
        <w:t>prostego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zrozumiałego</w:t>
      </w:r>
      <w:proofErr w:type="spellEnd"/>
      <w:r w:rsidRPr="00812E92">
        <w:t xml:space="preserve"> </w:t>
      </w:r>
      <w:proofErr w:type="spellStart"/>
      <w:r w:rsidRPr="00812E92">
        <w:t>języka</w:t>
      </w:r>
      <w:proofErr w:type="spellEnd"/>
      <w:r w:rsidRPr="00812E92">
        <w:t>;</w:t>
      </w:r>
    </w:p>
    <w:p w14:paraId="536B7092" w14:textId="40AE4AF0" w:rsidR="00B14F83" w:rsidRPr="00812E92" w:rsidRDefault="00736C69" w:rsidP="00812E92">
      <w:pPr>
        <w:pStyle w:val="Listapunktowana"/>
        <w:widowControl w:val="0"/>
        <w:numPr>
          <w:ilvl w:val="0"/>
          <w:numId w:val="21"/>
        </w:numPr>
        <w:spacing w:before="120" w:after="120"/>
        <w:ind w:left="851"/>
        <w:jc w:val="both"/>
      </w:pPr>
      <w:proofErr w:type="spellStart"/>
      <w:r w:rsidRPr="00812E92">
        <w:t>możliwość</w:t>
      </w:r>
      <w:proofErr w:type="spellEnd"/>
      <w:r w:rsidRPr="00812E92">
        <w:t xml:space="preserve"> </w:t>
      </w:r>
      <w:proofErr w:type="spellStart"/>
      <w:r w:rsidRPr="00812E92">
        <w:t>uzyskania</w:t>
      </w:r>
      <w:proofErr w:type="spellEnd"/>
      <w:r w:rsidRPr="00812E92">
        <w:t xml:space="preserve"> </w:t>
      </w:r>
      <w:proofErr w:type="spellStart"/>
      <w:r w:rsidRPr="00812E92">
        <w:t>informacji</w:t>
      </w:r>
      <w:proofErr w:type="spellEnd"/>
      <w:r w:rsidRPr="00812E92">
        <w:t xml:space="preserve"> w </w:t>
      </w:r>
      <w:proofErr w:type="spellStart"/>
      <w:r w:rsidRPr="00812E92">
        <w:t>różnych</w:t>
      </w:r>
      <w:proofErr w:type="spellEnd"/>
      <w:r w:rsidRPr="00812E92">
        <w:t xml:space="preserve"> </w:t>
      </w:r>
      <w:proofErr w:type="spellStart"/>
      <w:r w:rsidRPr="00812E92">
        <w:t>formach</w:t>
      </w:r>
      <w:proofErr w:type="spellEnd"/>
      <w:r w:rsidRPr="00812E92">
        <w:t xml:space="preserve"> </w:t>
      </w:r>
      <w:proofErr w:type="spellStart"/>
      <w:r w:rsidR="006F5905" w:rsidRPr="00812E92">
        <w:t>oraz</w:t>
      </w:r>
      <w:proofErr w:type="spellEnd"/>
      <w:r w:rsidR="006F5905" w:rsidRPr="00812E92">
        <w:t xml:space="preserve"> </w:t>
      </w:r>
      <w:proofErr w:type="spellStart"/>
      <w:r w:rsidR="006F5905" w:rsidRPr="00812E92">
        <w:t>składania</w:t>
      </w:r>
      <w:proofErr w:type="spellEnd"/>
      <w:r w:rsidR="006F5905" w:rsidRPr="00812E92">
        <w:t xml:space="preserve"> </w:t>
      </w:r>
      <w:proofErr w:type="spellStart"/>
      <w:r w:rsidR="006F5905" w:rsidRPr="00812E92">
        <w:t>dokumentów</w:t>
      </w:r>
      <w:proofErr w:type="spellEnd"/>
      <w:r w:rsidR="006F5905" w:rsidRPr="00812E92">
        <w:t xml:space="preserve"> w </w:t>
      </w:r>
      <w:proofErr w:type="spellStart"/>
      <w:r w:rsidR="006F5905" w:rsidRPr="00812E92">
        <w:t>formie</w:t>
      </w:r>
      <w:proofErr w:type="spellEnd"/>
      <w:r w:rsidR="006F5905" w:rsidRPr="00812E92">
        <w:t xml:space="preserve"> </w:t>
      </w:r>
      <w:proofErr w:type="spellStart"/>
      <w:r w:rsidR="006F5905" w:rsidRPr="00812E92">
        <w:t>papierowej</w:t>
      </w:r>
      <w:proofErr w:type="spellEnd"/>
      <w:r w:rsidR="006F5905"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drogą</w:t>
      </w:r>
      <w:proofErr w:type="spellEnd"/>
      <w:r w:rsidR="006F5905" w:rsidRPr="00812E92">
        <w:t xml:space="preserve"> </w:t>
      </w:r>
      <w:proofErr w:type="spellStart"/>
      <w:r w:rsidR="006F5905" w:rsidRPr="00812E92">
        <w:t>elektroniczn</w:t>
      </w:r>
      <w:r w:rsidRPr="00812E92">
        <w:t>ą</w:t>
      </w:r>
      <w:proofErr w:type="spellEnd"/>
      <w:r w:rsidR="006F5905" w:rsidRPr="00812E92">
        <w:t>;</w:t>
      </w:r>
    </w:p>
    <w:p w14:paraId="5BCA7691" w14:textId="77777777" w:rsidR="00B14F83" w:rsidRPr="00812E92" w:rsidRDefault="006F5905" w:rsidP="00812E92">
      <w:pPr>
        <w:pStyle w:val="Listapunktowana"/>
        <w:widowControl w:val="0"/>
        <w:numPr>
          <w:ilvl w:val="0"/>
          <w:numId w:val="21"/>
        </w:numPr>
        <w:spacing w:before="120" w:after="120"/>
        <w:ind w:left="851"/>
        <w:jc w:val="both"/>
      </w:pPr>
      <w:proofErr w:type="spellStart"/>
      <w:r w:rsidRPr="00812E92">
        <w:t>pomoc</w:t>
      </w:r>
      <w:proofErr w:type="spellEnd"/>
      <w:r w:rsidRPr="00812E92">
        <w:t xml:space="preserve"> w </w:t>
      </w:r>
      <w:proofErr w:type="spellStart"/>
      <w:r w:rsidRPr="00812E92">
        <w:t>wypełnianiu</w:t>
      </w:r>
      <w:proofErr w:type="spellEnd"/>
      <w:r w:rsidRPr="00812E92">
        <w:t xml:space="preserve"> </w:t>
      </w:r>
      <w:proofErr w:type="spellStart"/>
      <w:r w:rsidRPr="00812E92">
        <w:t>dokumentów</w:t>
      </w:r>
      <w:proofErr w:type="spellEnd"/>
      <w:r w:rsidRPr="00812E92">
        <w:t xml:space="preserve"> </w:t>
      </w:r>
      <w:proofErr w:type="spellStart"/>
      <w:r w:rsidRPr="00812E92">
        <w:t>rekrutacyjnych</w:t>
      </w:r>
      <w:proofErr w:type="spellEnd"/>
      <w:r w:rsidRPr="00812E92">
        <w:t xml:space="preserve"> </w:t>
      </w:r>
      <w:proofErr w:type="spellStart"/>
      <w:r w:rsidRPr="00812E92">
        <w:t>osobom</w:t>
      </w:r>
      <w:proofErr w:type="spellEnd"/>
      <w:r w:rsidRPr="00812E92">
        <w:t xml:space="preserve">, </w:t>
      </w:r>
      <w:proofErr w:type="spellStart"/>
      <w:r w:rsidRPr="00812E92">
        <w:t>które</w:t>
      </w:r>
      <w:proofErr w:type="spellEnd"/>
      <w:r w:rsidRPr="00812E92">
        <w:t xml:space="preserve"> </w:t>
      </w:r>
      <w:proofErr w:type="spellStart"/>
      <w:r w:rsidRPr="00812E92">
        <w:t>jej</w:t>
      </w:r>
      <w:proofErr w:type="spellEnd"/>
      <w:r w:rsidRPr="00812E92">
        <w:t xml:space="preserve"> </w:t>
      </w:r>
      <w:proofErr w:type="spellStart"/>
      <w:r w:rsidRPr="00812E92">
        <w:t>potrzebują</w:t>
      </w:r>
      <w:proofErr w:type="spellEnd"/>
      <w:r w:rsidRPr="00812E92">
        <w:t>;</w:t>
      </w:r>
    </w:p>
    <w:p w14:paraId="0133773D" w14:textId="77777777" w:rsidR="00B14F83" w:rsidRPr="00812E92" w:rsidRDefault="006F5905" w:rsidP="00812E92">
      <w:pPr>
        <w:pStyle w:val="Listapunktowana"/>
        <w:widowControl w:val="0"/>
        <w:numPr>
          <w:ilvl w:val="0"/>
          <w:numId w:val="21"/>
        </w:numPr>
        <w:spacing w:before="120" w:after="120"/>
        <w:ind w:left="851"/>
        <w:jc w:val="both"/>
      </w:pPr>
      <w:proofErr w:type="spellStart"/>
      <w:r w:rsidRPr="00812E92">
        <w:t>możliwość</w:t>
      </w:r>
      <w:proofErr w:type="spellEnd"/>
      <w:r w:rsidRPr="00812E92">
        <w:t xml:space="preserve"> </w:t>
      </w:r>
      <w:proofErr w:type="spellStart"/>
      <w:r w:rsidRPr="00812E92">
        <w:t>zgłoszenia</w:t>
      </w:r>
      <w:proofErr w:type="spellEnd"/>
      <w:r w:rsidRPr="00812E92">
        <w:t xml:space="preserve"> w </w:t>
      </w:r>
      <w:proofErr w:type="spellStart"/>
      <w:r w:rsidRPr="00812E92">
        <w:t>formularzu</w:t>
      </w:r>
      <w:proofErr w:type="spellEnd"/>
      <w:r w:rsidRPr="00812E92">
        <w:t xml:space="preserve"> </w:t>
      </w:r>
      <w:proofErr w:type="spellStart"/>
      <w:r w:rsidRPr="00812E92">
        <w:t>rekrutacyjnym</w:t>
      </w:r>
      <w:proofErr w:type="spellEnd"/>
      <w:r w:rsidRPr="00812E92">
        <w:t xml:space="preserve"> </w:t>
      </w:r>
      <w:proofErr w:type="spellStart"/>
      <w:r w:rsidRPr="00812E92">
        <w:t>szczególnych</w:t>
      </w:r>
      <w:proofErr w:type="spellEnd"/>
      <w:r w:rsidRPr="00812E92">
        <w:t xml:space="preserve"> </w:t>
      </w:r>
      <w:proofErr w:type="spellStart"/>
      <w:r w:rsidRPr="00812E92">
        <w:t>potrzeb</w:t>
      </w:r>
      <w:proofErr w:type="spellEnd"/>
      <w:r w:rsidRPr="00812E92">
        <w:t xml:space="preserve"> </w:t>
      </w:r>
      <w:proofErr w:type="spellStart"/>
      <w:r w:rsidRPr="00812E92">
        <w:t>uczestnika</w:t>
      </w:r>
      <w:proofErr w:type="spellEnd"/>
      <w:r w:rsidRPr="00812E92">
        <w:t>;</w:t>
      </w:r>
    </w:p>
    <w:p w14:paraId="2E721B7B" w14:textId="77777777" w:rsidR="00B14F83" w:rsidRPr="00812E92" w:rsidRDefault="006F5905" w:rsidP="00812E92">
      <w:pPr>
        <w:pStyle w:val="Listapunktowana"/>
        <w:widowControl w:val="0"/>
        <w:numPr>
          <w:ilvl w:val="0"/>
          <w:numId w:val="21"/>
        </w:numPr>
        <w:spacing w:before="120" w:after="120"/>
        <w:ind w:left="851"/>
        <w:jc w:val="both"/>
      </w:pPr>
      <w:proofErr w:type="spellStart"/>
      <w:r w:rsidRPr="00812E92">
        <w:t>możliwość</w:t>
      </w:r>
      <w:proofErr w:type="spellEnd"/>
      <w:r w:rsidRPr="00812E92">
        <w:t xml:space="preserve"> </w:t>
      </w:r>
      <w:proofErr w:type="spellStart"/>
      <w:r w:rsidRPr="00812E92">
        <w:t>kontaktu</w:t>
      </w:r>
      <w:proofErr w:type="spellEnd"/>
      <w:r w:rsidRPr="00812E92">
        <w:t xml:space="preserve"> w </w:t>
      </w:r>
      <w:proofErr w:type="spellStart"/>
      <w:r w:rsidRPr="00812E92">
        <w:t>różnych</w:t>
      </w:r>
      <w:proofErr w:type="spellEnd"/>
      <w:r w:rsidRPr="00812E92">
        <w:t xml:space="preserve"> </w:t>
      </w:r>
      <w:proofErr w:type="spellStart"/>
      <w:r w:rsidRPr="00812E92">
        <w:t>formach</w:t>
      </w:r>
      <w:proofErr w:type="spellEnd"/>
      <w:r w:rsidRPr="00812E92">
        <w:t xml:space="preserve">, w </w:t>
      </w:r>
      <w:proofErr w:type="spellStart"/>
      <w:r w:rsidRPr="00812E92">
        <w:t>tym</w:t>
      </w:r>
      <w:proofErr w:type="spellEnd"/>
      <w:r w:rsidRPr="00812E92">
        <w:t xml:space="preserve"> </w:t>
      </w:r>
      <w:proofErr w:type="spellStart"/>
      <w:r w:rsidRPr="00812E92">
        <w:t>osobiście</w:t>
      </w:r>
      <w:proofErr w:type="spellEnd"/>
      <w:r w:rsidRPr="00812E92">
        <w:t xml:space="preserve">, </w:t>
      </w:r>
      <w:proofErr w:type="spellStart"/>
      <w:r w:rsidRPr="00812E92">
        <w:t>telefonicznie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elektronicznie</w:t>
      </w:r>
      <w:proofErr w:type="spellEnd"/>
      <w:r w:rsidRPr="00812E92">
        <w:t>;</w:t>
      </w:r>
    </w:p>
    <w:p w14:paraId="6A94F9A0" w14:textId="77777777" w:rsidR="00B14F83" w:rsidRPr="00812E92" w:rsidRDefault="006F5905" w:rsidP="00812E92">
      <w:pPr>
        <w:pStyle w:val="Listapunktowana"/>
        <w:widowControl w:val="0"/>
        <w:numPr>
          <w:ilvl w:val="0"/>
          <w:numId w:val="21"/>
        </w:numPr>
        <w:spacing w:before="120" w:after="120"/>
        <w:ind w:left="851"/>
        <w:jc w:val="both"/>
      </w:pPr>
      <w:proofErr w:type="spellStart"/>
      <w:r w:rsidRPr="00812E92">
        <w:t>organizację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miejsca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realizacji</w:t>
      </w:r>
      <w:proofErr w:type="spellEnd"/>
      <w:r w:rsidRPr="00812E92">
        <w:t xml:space="preserve"> z </w:t>
      </w:r>
      <w:proofErr w:type="spellStart"/>
      <w:r w:rsidRPr="00812E92">
        <w:t>uwzględnieniem</w:t>
      </w:r>
      <w:proofErr w:type="spellEnd"/>
      <w:r w:rsidRPr="00812E92">
        <w:t xml:space="preserve"> </w:t>
      </w:r>
      <w:proofErr w:type="spellStart"/>
      <w:r w:rsidRPr="00812E92">
        <w:t>szczególnych</w:t>
      </w:r>
      <w:proofErr w:type="spellEnd"/>
      <w:r w:rsidRPr="00812E92">
        <w:t xml:space="preserve"> </w:t>
      </w:r>
      <w:proofErr w:type="spellStart"/>
      <w:r w:rsidRPr="00812E92">
        <w:t>potrzeb</w:t>
      </w:r>
      <w:proofErr w:type="spellEnd"/>
      <w:r w:rsidRPr="00812E92">
        <w:t xml:space="preserve"> </w:t>
      </w:r>
      <w:proofErr w:type="spellStart"/>
      <w:r w:rsidRPr="00812E92">
        <w:t>uczestników</w:t>
      </w:r>
      <w:proofErr w:type="spellEnd"/>
      <w:r w:rsidRPr="00812E92">
        <w:t>.</w:t>
      </w:r>
    </w:p>
    <w:p w14:paraId="70396074" w14:textId="77777777" w:rsidR="00B14F83" w:rsidRPr="00812E92" w:rsidRDefault="006F5905" w:rsidP="00812E92">
      <w:pPr>
        <w:pStyle w:val="Listapunktowana"/>
        <w:widowControl w:val="0"/>
        <w:numPr>
          <w:ilvl w:val="0"/>
          <w:numId w:val="7"/>
        </w:numPr>
        <w:spacing w:before="120" w:after="120"/>
        <w:jc w:val="both"/>
      </w:pPr>
      <w:r w:rsidRPr="00812E92">
        <w:t xml:space="preserve">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gdy</w:t>
      </w:r>
      <w:proofErr w:type="spellEnd"/>
      <w:r w:rsidRPr="00812E92">
        <w:t xml:space="preserve"> </w:t>
      </w:r>
      <w:proofErr w:type="spellStart"/>
      <w:r w:rsidRPr="00812E92">
        <w:t>rozwiązania</w:t>
      </w:r>
      <w:proofErr w:type="spellEnd"/>
      <w:r w:rsidRPr="00812E92">
        <w:t xml:space="preserve"> </w:t>
      </w:r>
      <w:proofErr w:type="spellStart"/>
      <w:r w:rsidRPr="00812E92">
        <w:t>wynikające</w:t>
      </w:r>
      <w:proofErr w:type="spellEnd"/>
      <w:r w:rsidRPr="00812E92">
        <w:t xml:space="preserve"> z </w:t>
      </w:r>
      <w:proofErr w:type="spellStart"/>
      <w:r w:rsidRPr="00812E92">
        <w:t>projektowania</w:t>
      </w:r>
      <w:proofErr w:type="spellEnd"/>
      <w:r w:rsidRPr="00812E92">
        <w:t xml:space="preserve"> </w:t>
      </w:r>
      <w:proofErr w:type="spellStart"/>
      <w:r w:rsidRPr="00812E92">
        <w:t>uniwersalnego</w:t>
      </w:r>
      <w:proofErr w:type="spellEnd"/>
      <w:r w:rsidRPr="00812E92">
        <w:t xml:space="preserve"> </w:t>
      </w:r>
      <w:proofErr w:type="spellStart"/>
      <w:r w:rsidRPr="00812E92">
        <w:t>okażą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niewystarczające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konkretnego</w:t>
      </w:r>
      <w:proofErr w:type="spellEnd"/>
      <w:r w:rsidRPr="00812E92">
        <w:t xml:space="preserve"> </w:t>
      </w:r>
      <w:proofErr w:type="spellStart"/>
      <w:r w:rsidRPr="00812E92">
        <w:t>uczestnika</w:t>
      </w:r>
      <w:proofErr w:type="spellEnd"/>
      <w:r w:rsidRPr="00812E92">
        <w:t xml:space="preserve">, </w:t>
      </w:r>
      <w:proofErr w:type="spellStart"/>
      <w:r w:rsidRPr="00812E92">
        <w:t>możliwe</w:t>
      </w:r>
      <w:proofErr w:type="spellEnd"/>
      <w:r w:rsidRPr="00812E92">
        <w:t xml:space="preserve"> </w:t>
      </w:r>
      <w:proofErr w:type="spellStart"/>
      <w:r w:rsidRPr="00812E92">
        <w:t>będzie</w:t>
      </w:r>
      <w:proofErr w:type="spellEnd"/>
      <w:r w:rsidRPr="00812E92">
        <w:t xml:space="preserve"> </w:t>
      </w:r>
      <w:proofErr w:type="spellStart"/>
      <w:r w:rsidRPr="00812E92">
        <w:t>zastosowanie</w:t>
      </w:r>
      <w:proofErr w:type="spellEnd"/>
      <w:r w:rsidRPr="00812E92">
        <w:t xml:space="preserve"> </w:t>
      </w:r>
      <w:proofErr w:type="spellStart"/>
      <w:r w:rsidRPr="00812E92">
        <w:t>racjonalnych</w:t>
      </w:r>
      <w:proofErr w:type="spellEnd"/>
      <w:r w:rsidRPr="00812E92">
        <w:t xml:space="preserve"> </w:t>
      </w:r>
      <w:proofErr w:type="spellStart"/>
      <w:r w:rsidRPr="00812E92">
        <w:t>usprawnień</w:t>
      </w:r>
      <w:proofErr w:type="spellEnd"/>
      <w:r w:rsidRPr="00812E92">
        <w:t xml:space="preserve"> </w:t>
      </w:r>
      <w:proofErr w:type="spellStart"/>
      <w:r w:rsidRPr="00812E92">
        <w:t>odpowiednio</w:t>
      </w:r>
      <w:proofErr w:type="spellEnd"/>
      <w:r w:rsidRPr="00812E92">
        <w:t xml:space="preserve"> do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indywidualnych</w:t>
      </w:r>
      <w:proofErr w:type="spellEnd"/>
      <w:r w:rsidRPr="00812E92">
        <w:t xml:space="preserve"> </w:t>
      </w:r>
      <w:proofErr w:type="spellStart"/>
      <w:r w:rsidRPr="00812E92">
        <w:t>potrzeb</w:t>
      </w:r>
      <w:proofErr w:type="spellEnd"/>
      <w:r w:rsidRPr="00812E92">
        <w:t>.</w:t>
      </w:r>
    </w:p>
    <w:p w14:paraId="643624E5" w14:textId="77777777" w:rsidR="00B14F83" w:rsidRPr="00812E92" w:rsidRDefault="006F5905" w:rsidP="00812E92">
      <w:pPr>
        <w:pStyle w:val="Listapunktowana"/>
        <w:widowControl w:val="0"/>
        <w:numPr>
          <w:ilvl w:val="0"/>
          <w:numId w:val="7"/>
        </w:numPr>
        <w:spacing w:before="120" w:after="120"/>
        <w:jc w:val="both"/>
      </w:pPr>
      <w:proofErr w:type="spellStart"/>
      <w:r w:rsidRPr="00812E92">
        <w:t>Informacje</w:t>
      </w:r>
      <w:proofErr w:type="spellEnd"/>
      <w:r w:rsidRPr="00812E92">
        <w:t xml:space="preserve"> o </w:t>
      </w:r>
      <w:proofErr w:type="spellStart"/>
      <w:r w:rsidRPr="00812E92">
        <w:t>dostępności</w:t>
      </w:r>
      <w:proofErr w:type="spellEnd"/>
      <w:r w:rsidRPr="00812E92">
        <w:t xml:space="preserve"> </w:t>
      </w:r>
      <w:proofErr w:type="spellStart"/>
      <w:r w:rsidRPr="00812E92">
        <w:t>miejsc</w:t>
      </w:r>
      <w:proofErr w:type="spellEnd"/>
      <w:r w:rsidRPr="00812E92">
        <w:t xml:space="preserve"> </w:t>
      </w:r>
      <w:proofErr w:type="spellStart"/>
      <w:r w:rsidRPr="00812E92">
        <w:t>prowadzenia</w:t>
      </w:r>
      <w:proofErr w:type="spellEnd"/>
      <w:r w:rsidRPr="00812E92">
        <w:t xml:space="preserve"> </w:t>
      </w:r>
      <w:proofErr w:type="spellStart"/>
      <w:r w:rsidRPr="00812E92">
        <w:t>rekrutacji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realizacji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będą</w:t>
      </w:r>
      <w:proofErr w:type="spellEnd"/>
      <w:r w:rsidRPr="00812E92">
        <w:t xml:space="preserve"> </w:t>
      </w:r>
      <w:proofErr w:type="spellStart"/>
      <w:r w:rsidRPr="00812E92">
        <w:t>udostępniane</w:t>
      </w:r>
      <w:proofErr w:type="spellEnd"/>
      <w:r w:rsidRPr="00812E92">
        <w:t xml:space="preserve"> </w:t>
      </w:r>
      <w:proofErr w:type="spellStart"/>
      <w:r w:rsidRPr="00812E92">
        <w:t>uczestnikom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rodzicom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opiekunom</w:t>
      </w:r>
      <w:proofErr w:type="spellEnd"/>
      <w:r w:rsidRPr="00812E92">
        <w:t xml:space="preserve"> </w:t>
      </w:r>
      <w:proofErr w:type="spellStart"/>
      <w:r w:rsidRPr="00812E92">
        <w:t>prawnym</w:t>
      </w:r>
      <w:proofErr w:type="spellEnd"/>
      <w:r w:rsidRPr="00812E92">
        <w:t xml:space="preserve"> </w:t>
      </w:r>
      <w:proofErr w:type="spellStart"/>
      <w:r w:rsidRPr="00812E92">
        <w:t>dzieci</w:t>
      </w:r>
      <w:proofErr w:type="spellEnd"/>
      <w:r w:rsidRPr="00812E92">
        <w:t>.</w:t>
      </w:r>
    </w:p>
    <w:p w14:paraId="0C324E9E" w14:textId="77777777" w:rsidR="00B14F83" w:rsidRPr="00812E92" w:rsidRDefault="006F5905" w:rsidP="00812E92">
      <w:pPr>
        <w:pStyle w:val="Nagwek1"/>
        <w:keepNext w:val="0"/>
        <w:keepLines w:val="0"/>
        <w:widowControl w:val="0"/>
        <w:spacing w:after="120"/>
      </w:pPr>
      <w:r w:rsidRPr="00812E92">
        <w:rPr>
          <w:rFonts w:ascii="Arial" w:eastAsia="Arial" w:hAnsi="Arial" w:cs="Arial"/>
        </w:rPr>
        <w:t>§ 8. ZASADA RÓWNOŚCI KOBIET I MĘŻCZYZN ORAZ KPON I KPP</w:t>
      </w:r>
    </w:p>
    <w:p w14:paraId="00FECCAF" w14:textId="77777777" w:rsidR="00B14F83" w:rsidRPr="00812E92" w:rsidRDefault="006F5905" w:rsidP="00812E92">
      <w:pPr>
        <w:pStyle w:val="Listapunktowana"/>
        <w:widowControl w:val="0"/>
        <w:numPr>
          <w:ilvl w:val="0"/>
          <w:numId w:val="8"/>
        </w:numPr>
        <w:spacing w:before="120" w:after="120"/>
        <w:jc w:val="both"/>
      </w:pPr>
      <w:proofErr w:type="spellStart"/>
      <w:r w:rsidRPr="00812E92">
        <w:t>Rekrutacja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realizacja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prowadzone</w:t>
      </w:r>
      <w:proofErr w:type="spellEnd"/>
      <w:r w:rsidRPr="00812E92">
        <w:t xml:space="preserve"> </w:t>
      </w:r>
      <w:proofErr w:type="spellStart"/>
      <w:r w:rsidRPr="00812E92">
        <w:t>są</w:t>
      </w:r>
      <w:proofErr w:type="spellEnd"/>
      <w:r w:rsidRPr="00812E92">
        <w:t xml:space="preserve"> </w:t>
      </w:r>
      <w:proofErr w:type="spellStart"/>
      <w:r w:rsidRPr="00812E92">
        <w:t>zgodnie</w:t>
      </w:r>
      <w:proofErr w:type="spellEnd"/>
      <w:r w:rsidRPr="00812E92">
        <w:t xml:space="preserve"> z </w:t>
      </w:r>
      <w:proofErr w:type="spellStart"/>
      <w:r w:rsidRPr="00812E92">
        <w:t>zasadą</w:t>
      </w:r>
      <w:proofErr w:type="spellEnd"/>
      <w:r w:rsidRPr="00812E92">
        <w:t xml:space="preserve"> </w:t>
      </w:r>
      <w:proofErr w:type="spellStart"/>
      <w:r w:rsidRPr="00812E92">
        <w:t>równości</w:t>
      </w:r>
      <w:proofErr w:type="spellEnd"/>
      <w:r w:rsidRPr="00812E92">
        <w:t xml:space="preserve"> </w:t>
      </w:r>
      <w:proofErr w:type="spellStart"/>
      <w:r w:rsidRPr="00812E92">
        <w:t>kobiet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mężczyzn</w:t>
      </w:r>
      <w:proofErr w:type="spellEnd"/>
      <w:r w:rsidRPr="00812E92">
        <w:t xml:space="preserve">. </w:t>
      </w:r>
      <w:proofErr w:type="spellStart"/>
      <w:r w:rsidRPr="00812E92">
        <w:t>Dziewczynki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chłopcy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kobiety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mężczyźni</w:t>
      </w:r>
      <w:proofErr w:type="spellEnd"/>
      <w:r w:rsidRPr="00812E92">
        <w:t xml:space="preserve"> </w:t>
      </w:r>
      <w:proofErr w:type="spellStart"/>
      <w:r w:rsidRPr="00812E92">
        <w:t>mają</w:t>
      </w:r>
      <w:proofErr w:type="spellEnd"/>
      <w:r w:rsidRPr="00812E92">
        <w:t xml:space="preserve"> </w:t>
      </w:r>
      <w:proofErr w:type="spellStart"/>
      <w:r w:rsidRPr="00812E92">
        <w:t>równy</w:t>
      </w:r>
      <w:proofErr w:type="spellEnd"/>
      <w:r w:rsidRPr="00812E92">
        <w:t xml:space="preserve"> </w:t>
      </w:r>
      <w:proofErr w:type="spellStart"/>
      <w:r w:rsidRPr="00812E92">
        <w:t>dostęp</w:t>
      </w:r>
      <w:proofErr w:type="spellEnd"/>
      <w:r w:rsidRPr="00812E92">
        <w:t xml:space="preserve"> do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projektowego</w:t>
      </w:r>
      <w:proofErr w:type="spellEnd"/>
      <w:r w:rsidRPr="00812E92">
        <w:t>.</w:t>
      </w:r>
    </w:p>
    <w:p w14:paraId="49FEFB6A" w14:textId="77777777" w:rsidR="00B14F83" w:rsidRPr="00812E92" w:rsidRDefault="006F5905" w:rsidP="00812E92">
      <w:pPr>
        <w:pStyle w:val="Listapunktowana"/>
        <w:widowControl w:val="0"/>
        <w:numPr>
          <w:ilvl w:val="0"/>
          <w:numId w:val="8"/>
        </w:numPr>
        <w:spacing w:before="120" w:after="120"/>
        <w:jc w:val="both"/>
      </w:pPr>
      <w:r w:rsidRPr="00812E92">
        <w:t xml:space="preserve">W </w:t>
      </w:r>
      <w:proofErr w:type="spellStart"/>
      <w:r w:rsidRPr="00812E92">
        <w:t>komunikacji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materiałach</w:t>
      </w:r>
      <w:proofErr w:type="spellEnd"/>
      <w:r w:rsidRPr="00812E92">
        <w:t xml:space="preserve"> </w:t>
      </w:r>
      <w:proofErr w:type="spellStart"/>
      <w:r w:rsidRPr="00812E92">
        <w:t>projektowych</w:t>
      </w:r>
      <w:proofErr w:type="spellEnd"/>
      <w:r w:rsidRPr="00812E92">
        <w:t xml:space="preserve"> </w:t>
      </w:r>
      <w:proofErr w:type="spellStart"/>
      <w:r w:rsidRPr="00812E92">
        <w:t>stosowany</w:t>
      </w:r>
      <w:proofErr w:type="spellEnd"/>
      <w:r w:rsidRPr="00812E92">
        <w:t xml:space="preserve"> </w:t>
      </w:r>
      <w:proofErr w:type="spellStart"/>
      <w:r w:rsidRPr="00812E92">
        <w:t>będzie</w:t>
      </w:r>
      <w:proofErr w:type="spellEnd"/>
      <w:r w:rsidRPr="00812E92">
        <w:t xml:space="preserve"> </w:t>
      </w:r>
      <w:proofErr w:type="spellStart"/>
      <w:r w:rsidRPr="00812E92">
        <w:t>język</w:t>
      </w:r>
      <w:proofErr w:type="spellEnd"/>
      <w:r w:rsidRPr="00812E92">
        <w:t xml:space="preserve"> </w:t>
      </w:r>
      <w:proofErr w:type="spellStart"/>
      <w:r w:rsidRPr="00812E92">
        <w:t>równościowy</w:t>
      </w:r>
      <w:proofErr w:type="spellEnd"/>
      <w:r w:rsidRPr="00812E92">
        <w:t xml:space="preserve">, a </w:t>
      </w:r>
      <w:proofErr w:type="spellStart"/>
      <w:r w:rsidRPr="00812E92">
        <w:t>materiały</w:t>
      </w:r>
      <w:proofErr w:type="spellEnd"/>
      <w:r w:rsidRPr="00812E92">
        <w:t xml:space="preserve"> </w:t>
      </w:r>
      <w:proofErr w:type="spellStart"/>
      <w:r w:rsidRPr="00812E92">
        <w:t>będą</w:t>
      </w:r>
      <w:proofErr w:type="spellEnd"/>
      <w:r w:rsidRPr="00812E92">
        <w:t xml:space="preserve"> </w:t>
      </w:r>
      <w:proofErr w:type="spellStart"/>
      <w:r w:rsidRPr="00812E92">
        <w:t>przygotowywane</w:t>
      </w:r>
      <w:proofErr w:type="spellEnd"/>
      <w:r w:rsidRPr="00812E92">
        <w:t xml:space="preserve"> w </w:t>
      </w:r>
      <w:proofErr w:type="spellStart"/>
      <w:r w:rsidRPr="00812E92">
        <w:t>sposób</w:t>
      </w:r>
      <w:proofErr w:type="spellEnd"/>
      <w:r w:rsidRPr="00812E92">
        <w:t xml:space="preserve"> </w:t>
      </w:r>
      <w:proofErr w:type="spellStart"/>
      <w:r w:rsidRPr="00812E92">
        <w:t>wolny</w:t>
      </w:r>
      <w:proofErr w:type="spellEnd"/>
      <w:r w:rsidRPr="00812E92">
        <w:t xml:space="preserve"> </w:t>
      </w:r>
      <w:proofErr w:type="spellStart"/>
      <w:r w:rsidRPr="00812E92">
        <w:t>od</w:t>
      </w:r>
      <w:proofErr w:type="spellEnd"/>
      <w:r w:rsidRPr="00812E92">
        <w:t xml:space="preserve"> </w:t>
      </w:r>
      <w:proofErr w:type="spellStart"/>
      <w:r w:rsidRPr="00812E92">
        <w:t>stereotypów</w:t>
      </w:r>
      <w:proofErr w:type="spellEnd"/>
      <w:r w:rsidRPr="00812E92">
        <w:t xml:space="preserve"> </w:t>
      </w:r>
      <w:proofErr w:type="spellStart"/>
      <w:r w:rsidRPr="00812E92">
        <w:t>płciowych</w:t>
      </w:r>
      <w:proofErr w:type="spellEnd"/>
      <w:r w:rsidRPr="00812E92">
        <w:t>.</w:t>
      </w:r>
    </w:p>
    <w:p w14:paraId="55FFE0EF" w14:textId="77777777" w:rsidR="00B14F83" w:rsidRPr="00812E92" w:rsidRDefault="006F5905" w:rsidP="00812E92">
      <w:pPr>
        <w:pStyle w:val="Listapunktowana"/>
        <w:widowControl w:val="0"/>
        <w:numPr>
          <w:ilvl w:val="0"/>
          <w:numId w:val="8"/>
        </w:numPr>
        <w:spacing w:before="120" w:after="120"/>
        <w:jc w:val="both"/>
      </w:pPr>
      <w:proofErr w:type="spellStart"/>
      <w:r w:rsidRPr="00812E92">
        <w:t>Wsparcie</w:t>
      </w:r>
      <w:proofErr w:type="spellEnd"/>
      <w:r w:rsidRPr="00812E92">
        <w:t xml:space="preserve"> </w:t>
      </w:r>
      <w:proofErr w:type="spellStart"/>
      <w:r w:rsidRPr="00812E92">
        <w:t>dzieci</w:t>
      </w:r>
      <w:proofErr w:type="spellEnd"/>
      <w:r w:rsidRPr="00812E92">
        <w:t xml:space="preserve"> </w:t>
      </w:r>
      <w:proofErr w:type="spellStart"/>
      <w:r w:rsidRPr="00812E92">
        <w:t>realizowane</w:t>
      </w:r>
      <w:proofErr w:type="spellEnd"/>
      <w:r w:rsidRPr="00812E92">
        <w:t xml:space="preserve"> </w:t>
      </w:r>
      <w:proofErr w:type="spellStart"/>
      <w:r w:rsidRPr="00812E92">
        <w:t>będzie</w:t>
      </w:r>
      <w:proofErr w:type="spellEnd"/>
      <w:r w:rsidRPr="00812E92">
        <w:t xml:space="preserve"> w </w:t>
      </w:r>
      <w:proofErr w:type="spellStart"/>
      <w:r w:rsidRPr="00812E92">
        <w:t>sposób</w:t>
      </w:r>
      <w:proofErr w:type="spellEnd"/>
      <w:r w:rsidRPr="00812E92">
        <w:t xml:space="preserve"> </w:t>
      </w:r>
      <w:proofErr w:type="spellStart"/>
      <w:r w:rsidRPr="00812E92">
        <w:t>umożliwiający</w:t>
      </w:r>
      <w:proofErr w:type="spellEnd"/>
      <w:r w:rsidRPr="00812E92">
        <w:t xml:space="preserve"> </w:t>
      </w:r>
      <w:proofErr w:type="spellStart"/>
      <w:r w:rsidRPr="00812E92">
        <w:t>rozwój</w:t>
      </w:r>
      <w:proofErr w:type="spellEnd"/>
      <w:r w:rsidRPr="00812E92">
        <w:t xml:space="preserve"> </w:t>
      </w:r>
      <w:proofErr w:type="spellStart"/>
      <w:r w:rsidRPr="00812E92">
        <w:t>zainteresowań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aspiracji</w:t>
      </w:r>
      <w:proofErr w:type="spellEnd"/>
      <w:r w:rsidRPr="00812E92">
        <w:t xml:space="preserve"> </w:t>
      </w:r>
      <w:proofErr w:type="spellStart"/>
      <w:r w:rsidRPr="00812E92">
        <w:t>niezależnie</w:t>
      </w:r>
      <w:proofErr w:type="spellEnd"/>
      <w:r w:rsidRPr="00812E92">
        <w:t xml:space="preserve"> </w:t>
      </w:r>
      <w:proofErr w:type="spellStart"/>
      <w:r w:rsidRPr="00812E92">
        <w:t>od</w:t>
      </w:r>
      <w:proofErr w:type="spellEnd"/>
      <w:r w:rsidRPr="00812E92">
        <w:t xml:space="preserve"> </w:t>
      </w:r>
      <w:proofErr w:type="spellStart"/>
      <w:r w:rsidRPr="00812E92">
        <w:t>płci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przeciwdziałający</w:t>
      </w:r>
      <w:proofErr w:type="spellEnd"/>
      <w:r w:rsidRPr="00812E92">
        <w:t xml:space="preserve"> </w:t>
      </w:r>
      <w:proofErr w:type="spellStart"/>
      <w:r w:rsidRPr="00812E92">
        <w:t>utrwalaniu</w:t>
      </w:r>
      <w:proofErr w:type="spellEnd"/>
      <w:r w:rsidRPr="00812E92">
        <w:t xml:space="preserve"> </w:t>
      </w:r>
      <w:proofErr w:type="spellStart"/>
      <w:r w:rsidRPr="00812E92">
        <w:t>stereotypów</w:t>
      </w:r>
      <w:proofErr w:type="spellEnd"/>
      <w:r w:rsidRPr="00812E92">
        <w:t xml:space="preserve"> </w:t>
      </w:r>
      <w:proofErr w:type="spellStart"/>
      <w:r w:rsidRPr="00812E92">
        <w:t>dotyczących</w:t>
      </w:r>
      <w:proofErr w:type="spellEnd"/>
      <w:r w:rsidRPr="00812E92">
        <w:t xml:space="preserve"> </w:t>
      </w:r>
      <w:proofErr w:type="spellStart"/>
      <w:r w:rsidRPr="00812E92">
        <w:t>ról</w:t>
      </w:r>
      <w:proofErr w:type="spellEnd"/>
      <w:r w:rsidRPr="00812E92">
        <w:t xml:space="preserve"> </w:t>
      </w:r>
      <w:proofErr w:type="spellStart"/>
      <w:r w:rsidRPr="00812E92">
        <w:t>społecznych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zawodowych</w:t>
      </w:r>
      <w:proofErr w:type="spellEnd"/>
      <w:r w:rsidRPr="00812E92">
        <w:t>.</w:t>
      </w:r>
    </w:p>
    <w:p w14:paraId="54650471" w14:textId="77777777" w:rsidR="00B14F83" w:rsidRPr="00812E92" w:rsidRDefault="006F5905" w:rsidP="00812E92">
      <w:pPr>
        <w:pStyle w:val="Listapunktowana"/>
        <w:widowControl w:val="0"/>
        <w:numPr>
          <w:ilvl w:val="0"/>
          <w:numId w:val="8"/>
        </w:numPr>
        <w:spacing w:before="120" w:after="120"/>
        <w:jc w:val="both"/>
      </w:pPr>
      <w:proofErr w:type="spellStart"/>
      <w:r w:rsidRPr="00812E92">
        <w:t>Projekt</w:t>
      </w:r>
      <w:proofErr w:type="spellEnd"/>
      <w:r w:rsidRPr="00812E92">
        <w:t xml:space="preserve"> </w:t>
      </w:r>
      <w:proofErr w:type="spellStart"/>
      <w:r w:rsidRPr="00812E92">
        <w:t>realizowany</w:t>
      </w:r>
      <w:proofErr w:type="spellEnd"/>
      <w:r w:rsidRPr="00812E92">
        <w:t xml:space="preserve"> jest z </w:t>
      </w:r>
      <w:proofErr w:type="spellStart"/>
      <w:r w:rsidRPr="00812E92">
        <w:t>poszanowaniem</w:t>
      </w:r>
      <w:proofErr w:type="spellEnd"/>
      <w:r w:rsidRPr="00812E92">
        <w:t xml:space="preserve"> </w:t>
      </w:r>
      <w:proofErr w:type="spellStart"/>
      <w:r w:rsidRPr="00812E92">
        <w:t>praw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wolności</w:t>
      </w:r>
      <w:proofErr w:type="spellEnd"/>
      <w:r w:rsidRPr="00812E92">
        <w:t xml:space="preserve"> </w:t>
      </w:r>
      <w:proofErr w:type="spellStart"/>
      <w:r w:rsidRPr="00812E92">
        <w:t>określonych</w:t>
      </w:r>
      <w:proofErr w:type="spellEnd"/>
      <w:r w:rsidRPr="00812E92">
        <w:t xml:space="preserve"> w KPON </w:t>
      </w:r>
      <w:proofErr w:type="spellStart"/>
      <w:r w:rsidRPr="00812E92">
        <w:t>oraz</w:t>
      </w:r>
      <w:proofErr w:type="spellEnd"/>
      <w:r w:rsidRPr="00812E92">
        <w:t xml:space="preserve"> KPP.</w:t>
      </w:r>
    </w:p>
    <w:p w14:paraId="4268582A" w14:textId="77777777" w:rsidR="00B14F83" w:rsidRPr="00812E92" w:rsidRDefault="006F5905" w:rsidP="00812E92">
      <w:pPr>
        <w:pStyle w:val="Listapunktowana"/>
        <w:widowControl w:val="0"/>
        <w:numPr>
          <w:ilvl w:val="0"/>
          <w:numId w:val="8"/>
        </w:numPr>
        <w:spacing w:before="120" w:after="120"/>
        <w:jc w:val="both"/>
      </w:pPr>
      <w:proofErr w:type="spellStart"/>
      <w:r w:rsidRPr="00812E92">
        <w:t>Uczestnik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, a 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rodzic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</w:t>
      </w:r>
      <w:proofErr w:type="spellEnd"/>
      <w:r w:rsidRPr="00812E92">
        <w:t xml:space="preserve"> prawny, ma </w:t>
      </w:r>
      <w:proofErr w:type="spellStart"/>
      <w:r w:rsidRPr="00812E92">
        <w:t>możliwość</w:t>
      </w:r>
      <w:proofErr w:type="spellEnd"/>
      <w:r w:rsidRPr="00812E92">
        <w:t xml:space="preserve"> </w:t>
      </w:r>
      <w:proofErr w:type="spellStart"/>
      <w:r w:rsidRPr="00812E92">
        <w:t>zgłoszenia</w:t>
      </w:r>
      <w:proofErr w:type="spellEnd"/>
      <w:r w:rsidRPr="00812E92">
        <w:t xml:space="preserve"> do </w:t>
      </w:r>
      <w:proofErr w:type="spellStart"/>
      <w:r w:rsidRPr="00812E92">
        <w:t>Instytucji</w:t>
      </w:r>
      <w:proofErr w:type="spellEnd"/>
      <w:r w:rsidRPr="00812E92">
        <w:t xml:space="preserve"> </w:t>
      </w:r>
      <w:proofErr w:type="spellStart"/>
      <w:r w:rsidRPr="00812E92">
        <w:t>Zarządzającej</w:t>
      </w:r>
      <w:proofErr w:type="spellEnd"/>
      <w:r w:rsidRPr="00812E92">
        <w:t xml:space="preserve"> </w:t>
      </w:r>
      <w:proofErr w:type="spellStart"/>
      <w:r w:rsidRPr="00812E92">
        <w:t>programem</w:t>
      </w:r>
      <w:proofErr w:type="spellEnd"/>
      <w:r w:rsidRPr="00812E92">
        <w:t xml:space="preserve"> </w:t>
      </w:r>
      <w:proofErr w:type="spellStart"/>
      <w:r w:rsidRPr="00812E92">
        <w:t>Fundusze</w:t>
      </w:r>
      <w:proofErr w:type="spellEnd"/>
      <w:r w:rsidRPr="00812E92">
        <w:t xml:space="preserve"> </w:t>
      </w:r>
      <w:proofErr w:type="spellStart"/>
      <w:r w:rsidRPr="00812E92">
        <w:lastRenderedPageBreak/>
        <w:t>Europejskie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Pomorza</w:t>
      </w:r>
      <w:proofErr w:type="spellEnd"/>
      <w:r w:rsidRPr="00812E92">
        <w:t xml:space="preserve"> 2021–2027 </w:t>
      </w:r>
      <w:proofErr w:type="spellStart"/>
      <w:r w:rsidRPr="00812E92">
        <w:t>podejrzenia</w:t>
      </w:r>
      <w:proofErr w:type="spellEnd"/>
      <w:r w:rsidRPr="00812E92">
        <w:t xml:space="preserve"> </w:t>
      </w:r>
      <w:proofErr w:type="spellStart"/>
      <w:r w:rsidRPr="00812E92">
        <w:t>niezgodności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działań</w:t>
      </w:r>
      <w:proofErr w:type="spellEnd"/>
      <w:r w:rsidRPr="00812E92">
        <w:t xml:space="preserve"> </w:t>
      </w:r>
      <w:proofErr w:type="spellStart"/>
      <w:r w:rsidRPr="00812E92">
        <w:t>Beneficjenta</w:t>
      </w:r>
      <w:proofErr w:type="spellEnd"/>
      <w:r w:rsidRPr="00812E92">
        <w:t xml:space="preserve"> z </w:t>
      </w:r>
      <w:proofErr w:type="spellStart"/>
      <w:r w:rsidRPr="00812E92">
        <w:t>postanowieniami</w:t>
      </w:r>
      <w:proofErr w:type="spellEnd"/>
      <w:r w:rsidRPr="00812E92">
        <w:t xml:space="preserve"> KPON </w:t>
      </w:r>
      <w:proofErr w:type="spellStart"/>
      <w:r w:rsidRPr="00812E92">
        <w:t>lub</w:t>
      </w:r>
      <w:proofErr w:type="spellEnd"/>
      <w:r w:rsidRPr="00812E92">
        <w:t xml:space="preserve"> KPP, </w:t>
      </w:r>
      <w:proofErr w:type="spellStart"/>
      <w:r w:rsidRPr="00812E92">
        <w:t>zgodnie</w:t>
      </w:r>
      <w:proofErr w:type="spellEnd"/>
      <w:r w:rsidRPr="00812E92">
        <w:t xml:space="preserve"> z </w:t>
      </w:r>
      <w:proofErr w:type="spellStart"/>
      <w:r w:rsidRPr="00812E92">
        <w:t>procedurami</w:t>
      </w:r>
      <w:proofErr w:type="spellEnd"/>
      <w:r w:rsidRPr="00812E92">
        <w:t xml:space="preserve"> </w:t>
      </w:r>
      <w:proofErr w:type="spellStart"/>
      <w:r w:rsidRPr="00812E92">
        <w:t>obowiązującymi</w:t>
      </w:r>
      <w:proofErr w:type="spellEnd"/>
      <w:r w:rsidRPr="00812E92">
        <w:t xml:space="preserve"> w </w:t>
      </w:r>
      <w:proofErr w:type="spellStart"/>
      <w:r w:rsidRPr="00812E92">
        <w:t>ramach</w:t>
      </w:r>
      <w:proofErr w:type="spellEnd"/>
      <w:r w:rsidRPr="00812E92">
        <w:t xml:space="preserve"> </w:t>
      </w:r>
      <w:proofErr w:type="spellStart"/>
      <w:r w:rsidRPr="00812E92">
        <w:t>programu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kanałami</w:t>
      </w:r>
      <w:proofErr w:type="spellEnd"/>
      <w:r w:rsidRPr="00812E92">
        <w:t xml:space="preserve"> </w:t>
      </w:r>
      <w:proofErr w:type="spellStart"/>
      <w:r w:rsidRPr="00812E92">
        <w:t>komunikacji</w:t>
      </w:r>
      <w:proofErr w:type="spellEnd"/>
      <w:r w:rsidRPr="00812E92">
        <w:t xml:space="preserve"> </w:t>
      </w:r>
      <w:proofErr w:type="spellStart"/>
      <w:r w:rsidRPr="00812E92">
        <w:t>wskazanymi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</w:t>
      </w:r>
      <w:proofErr w:type="spellStart"/>
      <w:r w:rsidRPr="00812E92">
        <w:t>Instytucję</w:t>
      </w:r>
      <w:proofErr w:type="spellEnd"/>
      <w:r w:rsidRPr="00812E92">
        <w:t xml:space="preserve"> </w:t>
      </w:r>
      <w:proofErr w:type="spellStart"/>
      <w:r w:rsidRPr="00812E92">
        <w:t>Zarządzającą</w:t>
      </w:r>
      <w:proofErr w:type="spellEnd"/>
      <w:r w:rsidRPr="00812E92">
        <w:t>.</w:t>
      </w:r>
    </w:p>
    <w:p w14:paraId="380B196D" w14:textId="6B2E4625" w:rsidR="00B14F83" w:rsidRPr="00812E92" w:rsidRDefault="006F5905" w:rsidP="00812E92">
      <w:pPr>
        <w:pStyle w:val="Listapunktowana"/>
        <w:widowControl w:val="0"/>
        <w:numPr>
          <w:ilvl w:val="0"/>
          <w:numId w:val="8"/>
        </w:numPr>
        <w:spacing w:before="120" w:after="120"/>
        <w:jc w:val="both"/>
      </w:pPr>
      <w:proofErr w:type="spellStart"/>
      <w:r w:rsidRPr="00812E92">
        <w:t>Informacja</w:t>
      </w:r>
      <w:proofErr w:type="spellEnd"/>
      <w:r w:rsidRPr="00812E92">
        <w:t xml:space="preserve">, o </w:t>
      </w:r>
      <w:proofErr w:type="spellStart"/>
      <w:r w:rsidRPr="00812E92">
        <w:t>której</w:t>
      </w:r>
      <w:proofErr w:type="spellEnd"/>
      <w:r w:rsidRPr="00812E92">
        <w:t xml:space="preserve"> </w:t>
      </w:r>
      <w:proofErr w:type="spellStart"/>
      <w:r w:rsidRPr="00812E92">
        <w:t>mowa</w:t>
      </w:r>
      <w:proofErr w:type="spellEnd"/>
      <w:r w:rsidRPr="00812E92">
        <w:t xml:space="preserve"> w </w:t>
      </w:r>
      <w:proofErr w:type="spellStart"/>
      <w:r w:rsidRPr="00812E92">
        <w:t>ust</w:t>
      </w:r>
      <w:proofErr w:type="spellEnd"/>
      <w:r w:rsidRPr="00812E92">
        <w:t xml:space="preserve">. 5, </w:t>
      </w:r>
      <w:proofErr w:type="spellStart"/>
      <w:r w:rsidRPr="00812E92">
        <w:t>zostanie</w:t>
      </w:r>
      <w:proofErr w:type="spellEnd"/>
      <w:r w:rsidRPr="00812E92">
        <w:t xml:space="preserve"> </w:t>
      </w:r>
      <w:proofErr w:type="spellStart"/>
      <w:r w:rsidRPr="00812E92">
        <w:t>zamieszczona</w:t>
      </w:r>
      <w:proofErr w:type="spellEnd"/>
      <w:r w:rsidRPr="00812E92">
        <w:t xml:space="preserve"> </w:t>
      </w:r>
      <w:proofErr w:type="spellStart"/>
      <w:r w:rsidRPr="00812E92">
        <w:t>również</w:t>
      </w:r>
      <w:proofErr w:type="spellEnd"/>
      <w:r w:rsidRPr="00812E92">
        <w:t xml:space="preserve"> w </w:t>
      </w:r>
      <w:proofErr w:type="spellStart"/>
      <w:r w:rsidRPr="00812E92">
        <w:t>formularzach</w:t>
      </w:r>
      <w:proofErr w:type="spellEnd"/>
      <w:r w:rsidRPr="00812E92">
        <w:t xml:space="preserve"> </w:t>
      </w:r>
      <w:proofErr w:type="spellStart"/>
      <w:r w:rsidRPr="00812E92">
        <w:t>rekrutacyjnych</w:t>
      </w:r>
      <w:proofErr w:type="spellEnd"/>
      <w:r w:rsidRPr="00812E92">
        <w:t>.</w:t>
      </w:r>
    </w:p>
    <w:p w14:paraId="1CDB4018" w14:textId="77777777" w:rsidR="00B14F83" w:rsidRPr="00812E92" w:rsidRDefault="006F5905" w:rsidP="00812E92">
      <w:pPr>
        <w:pStyle w:val="Nagwek1"/>
        <w:keepNext w:val="0"/>
        <w:keepLines w:val="0"/>
        <w:widowControl w:val="0"/>
        <w:spacing w:after="120"/>
      </w:pPr>
      <w:r w:rsidRPr="00812E92">
        <w:rPr>
          <w:rFonts w:ascii="Arial" w:eastAsia="Arial" w:hAnsi="Arial" w:cs="Arial"/>
        </w:rPr>
        <w:t>§ 9. PRAWA I OBOWIĄZKI UCZESTNIKÓW, REZYGNACJA I POSTANOWIENIA KOŃCOWE</w:t>
      </w:r>
    </w:p>
    <w:p w14:paraId="223695DD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proofErr w:type="spellStart"/>
      <w:r w:rsidRPr="00812E92">
        <w:t>Uczestnik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, a 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rodzic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</w:t>
      </w:r>
      <w:proofErr w:type="spellEnd"/>
      <w:r w:rsidRPr="00812E92">
        <w:t xml:space="preserve"> prawny, ma </w:t>
      </w:r>
      <w:proofErr w:type="spellStart"/>
      <w:r w:rsidRPr="00812E92">
        <w:t>prawo</w:t>
      </w:r>
      <w:proofErr w:type="spellEnd"/>
      <w:r w:rsidRPr="00812E92">
        <w:t xml:space="preserve"> do </w:t>
      </w:r>
      <w:proofErr w:type="spellStart"/>
      <w:r w:rsidRPr="00812E92">
        <w:t>bezpłatnego</w:t>
      </w:r>
      <w:proofErr w:type="spellEnd"/>
      <w:r w:rsidRPr="00812E92">
        <w:t xml:space="preserve"> </w:t>
      </w: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przyznanych</w:t>
      </w:r>
      <w:proofErr w:type="spellEnd"/>
      <w:r w:rsidRPr="00812E92">
        <w:t xml:space="preserve"> </w:t>
      </w:r>
      <w:proofErr w:type="spellStart"/>
      <w:r w:rsidRPr="00812E92">
        <w:t>formach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, </w:t>
      </w:r>
      <w:proofErr w:type="spellStart"/>
      <w:r w:rsidRPr="00812E92">
        <w:t>uzyskania</w:t>
      </w:r>
      <w:proofErr w:type="spellEnd"/>
      <w:r w:rsidRPr="00812E92">
        <w:t xml:space="preserve"> </w:t>
      </w:r>
      <w:proofErr w:type="spellStart"/>
      <w:r w:rsidRPr="00812E92">
        <w:t>informacji</w:t>
      </w:r>
      <w:proofErr w:type="spellEnd"/>
      <w:r w:rsidRPr="00812E92">
        <w:t xml:space="preserve"> o </w:t>
      </w:r>
      <w:proofErr w:type="spellStart"/>
      <w:r w:rsidRPr="00812E92">
        <w:t>zasadach</w:t>
      </w:r>
      <w:proofErr w:type="spellEnd"/>
      <w:r w:rsidRPr="00812E92">
        <w:t xml:space="preserve"> </w:t>
      </w:r>
      <w:proofErr w:type="spellStart"/>
      <w:r w:rsidRPr="00812E92">
        <w:t>udziału</w:t>
      </w:r>
      <w:proofErr w:type="spellEnd"/>
      <w:r w:rsidRPr="00812E92">
        <w:t xml:space="preserve">, </w:t>
      </w:r>
      <w:proofErr w:type="spellStart"/>
      <w:r w:rsidRPr="00812E92">
        <w:t>korzystania</w:t>
      </w:r>
      <w:proofErr w:type="spellEnd"/>
      <w:r w:rsidRPr="00812E92">
        <w:t xml:space="preserve"> </w:t>
      </w:r>
      <w:proofErr w:type="spellStart"/>
      <w:r w:rsidRPr="00812E92">
        <w:t>ze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w </w:t>
      </w:r>
      <w:proofErr w:type="spellStart"/>
      <w:r w:rsidRPr="00812E92">
        <w:t>sposób</w:t>
      </w:r>
      <w:proofErr w:type="spellEnd"/>
      <w:r w:rsidRPr="00812E92">
        <w:t xml:space="preserve"> </w:t>
      </w:r>
      <w:proofErr w:type="spellStart"/>
      <w:r w:rsidRPr="00812E92">
        <w:t>dostępny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ochrony</w:t>
      </w:r>
      <w:proofErr w:type="spellEnd"/>
      <w:r w:rsidRPr="00812E92">
        <w:t xml:space="preserve"> </w:t>
      </w:r>
      <w:proofErr w:type="spellStart"/>
      <w:r w:rsidRPr="00812E92">
        <w:t>danych</w:t>
      </w:r>
      <w:proofErr w:type="spellEnd"/>
      <w:r w:rsidRPr="00812E92">
        <w:t xml:space="preserve"> </w:t>
      </w:r>
      <w:proofErr w:type="spellStart"/>
      <w:r w:rsidRPr="00812E92">
        <w:t>osobowych</w:t>
      </w:r>
      <w:proofErr w:type="spellEnd"/>
      <w:r w:rsidRPr="00812E92">
        <w:t>.</w:t>
      </w:r>
    </w:p>
    <w:p w14:paraId="231FFB28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proofErr w:type="spellStart"/>
      <w:r w:rsidRPr="00812E92">
        <w:t>Uczestnik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, a 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rodzic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</w:t>
      </w:r>
      <w:proofErr w:type="spellEnd"/>
      <w:r w:rsidRPr="00812E92">
        <w:t xml:space="preserve"> prawny, </w:t>
      </w:r>
      <w:proofErr w:type="spellStart"/>
      <w:r w:rsidRPr="00812E92">
        <w:t>zobowiązany</w:t>
      </w:r>
      <w:proofErr w:type="spellEnd"/>
      <w:r w:rsidRPr="00812E92">
        <w:t xml:space="preserve"> jest do:</w:t>
      </w:r>
    </w:p>
    <w:p w14:paraId="1CF2E608" w14:textId="77777777" w:rsidR="00B14F83" w:rsidRPr="00812E92" w:rsidRDefault="006F5905" w:rsidP="00812E92">
      <w:pPr>
        <w:pStyle w:val="Listapunktowana"/>
        <w:widowControl w:val="0"/>
        <w:numPr>
          <w:ilvl w:val="0"/>
          <w:numId w:val="20"/>
        </w:numPr>
        <w:spacing w:before="120" w:after="120"/>
        <w:ind w:left="851"/>
        <w:jc w:val="both"/>
      </w:pPr>
      <w:proofErr w:type="spellStart"/>
      <w:r w:rsidRPr="00812E92">
        <w:t>przekazania</w:t>
      </w:r>
      <w:proofErr w:type="spellEnd"/>
      <w:r w:rsidRPr="00812E92">
        <w:t xml:space="preserve"> </w:t>
      </w:r>
      <w:proofErr w:type="spellStart"/>
      <w:r w:rsidRPr="00812E92">
        <w:t>danych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dokumentów</w:t>
      </w:r>
      <w:proofErr w:type="spellEnd"/>
      <w:r w:rsidRPr="00812E92">
        <w:t xml:space="preserve"> </w:t>
      </w:r>
      <w:proofErr w:type="spellStart"/>
      <w:r w:rsidRPr="00812E92">
        <w:t>niezbędnych</w:t>
      </w:r>
      <w:proofErr w:type="spellEnd"/>
      <w:r w:rsidRPr="00812E92">
        <w:t xml:space="preserve"> do </w:t>
      </w:r>
      <w:proofErr w:type="spellStart"/>
      <w:r w:rsidRPr="00812E92">
        <w:t>potwierdzenia</w:t>
      </w:r>
      <w:proofErr w:type="spellEnd"/>
      <w:r w:rsidRPr="00812E92">
        <w:t xml:space="preserve"> </w:t>
      </w:r>
      <w:proofErr w:type="spellStart"/>
      <w:r w:rsidRPr="00812E92">
        <w:t>kwalifikowalności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monitorowania</w:t>
      </w:r>
      <w:proofErr w:type="spellEnd"/>
      <w:r w:rsidRPr="00812E92">
        <w:t xml:space="preserve"> </w:t>
      </w:r>
      <w:proofErr w:type="spellStart"/>
      <w:r w:rsidRPr="00812E92">
        <w:t>wskaźników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przeprowadzenia</w:t>
      </w:r>
      <w:proofErr w:type="spellEnd"/>
      <w:r w:rsidRPr="00812E92">
        <w:t xml:space="preserve"> </w:t>
      </w:r>
      <w:proofErr w:type="spellStart"/>
      <w:r w:rsidRPr="00812E92">
        <w:t>ewaluacji</w:t>
      </w:r>
      <w:proofErr w:type="spellEnd"/>
      <w:r w:rsidRPr="00812E92">
        <w:t>;</w:t>
      </w:r>
    </w:p>
    <w:p w14:paraId="2D6F72BC" w14:textId="77777777" w:rsidR="00B14F83" w:rsidRPr="00812E92" w:rsidRDefault="006F5905" w:rsidP="00812E92">
      <w:pPr>
        <w:pStyle w:val="Listapunktowana"/>
        <w:widowControl w:val="0"/>
        <w:numPr>
          <w:ilvl w:val="0"/>
          <w:numId w:val="20"/>
        </w:numPr>
        <w:spacing w:before="120" w:after="120"/>
        <w:ind w:left="851"/>
        <w:jc w:val="both"/>
      </w:pPr>
      <w:proofErr w:type="spellStart"/>
      <w:r w:rsidRPr="00812E92">
        <w:t>przekazywania</w:t>
      </w:r>
      <w:proofErr w:type="spellEnd"/>
      <w:r w:rsidRPr="00812E92">
        <w:t xml:space="preserve"> </w:t>
      </w:r>
      <w:proofErr w:type="spellStart"/>
      <w:r w:rsidRPr="00812E92">
        <w:t>prawdziwych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aktualnych</w:t>
      </w:r>
      <w:proofErr w:type="spellEnd"/>
      <w:r w:rsidRPr="00812E92">
        <w:t xml:space="preserve"> </w:t>
      </w:r>
      <w:proofErr w:type="spellStart"/>
      <w:r w:rsidRPr="00812E92">
        <w:t>informacji</w:t>
      </w:r>
      <w:proofErr w:type="spellEnd"/>
      <w:r w:rsidRPr="00812E92">
        <w:t xml:space="preserve"> </w:t>
      </w:r>
      <w:proofErr w:type="spellStart"/>
      <w:r w:rsidRPr="00812E92">
        <w:t>mających</w:t>
      </w:r>
      <w:proofErr w:type="spellEnd"/>
      <w:r w:rsidRPr="00812E92">
        <w:t xml:space="preserve"> </w:t>
      </w:r>
      <w:proofErr w:type="spellStart"/>
      <w:r w:rsidRPr="00812E92">
        <w:t>wpływ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uczestnictwo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niezwłocznego</w:t>
      </w:r>
      <w:proofErr w:type="spellEnd"/>
      <w:r w:rsidRPr="00812E92">
        <w:t xml:space="preserve"> </w:t>
      </w:r>
      <w:proofErr w:type="spellStart"/>
      <w:r w:rsidRPr="00812E92">
        <w:t>informowania</w:t>
      </w:r>
      <w:proofErr w:type="spellEnd"/>
      <w:r w:rsidRPr="00812E92">
        <w:t xml:space="preserve"> o ich </w:t>
      </w:r>
      <w:proofErr w:type="spellStart"/>
      <w:r w:rsidRPr="00812E92">
        <w:t>zmianie</w:t>
      </w:r>
      <w:proofErr w:type="spellEnd"/>
      <w:r w:rsidRPr="00812E92">
        <w:t>;</w:t>
      </w:r>
    </w:p>
    <w:p w14:paraId="2791681F" w14:textId="77777777" w:rsidR="00B14F83" w:rsidRPr="00812E92" w:rsidRDefault="006F5905" w:rsidP="00812E92">
      <w:pPr>
        <w:pStyle w:val="Listapunktowana"/>
        <w:widowControl w:val="0"/>
        <w:numPr>
          <w:ilvl w:val="0"/>
          <w:numId w:val="20"/>
        </w:numPr>
        <w:spacing w:before="120" w:after="120"/>
        <w:ind w:left="851"/>
        <w:jc w:val="both"/>
      </w:pP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przyznanych</w:t>
      </w:r>
      <w:proofErr w:type="spellEnd"/>
      <w:r w:rsidRPr="00812E92">
        <w:t xml:space="preserve"> </w:t>
      </w:r>
      <w:proofErr w:type="spellStart"/>
      <w:r w:rsidRPr="00812E92">
        <w:t>formach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zgodnie</w:t>
      </w:r>
      <w:proofErr w:type="spellEnd"/>
      <w:r w:rsidRPr="00812E92">
        <w:t xml:space="preserve"> z ich </w:t>
      </w:r>
      <w:proofErr w:type="spellStart"/>
      <w:r w:rsidRPr="00812E92">
        <w:t>harmonogramem</w:t>
      </w:r>
      <w:proofErr w:type="spellEnd"/>
      <w:r w:rsidRPr="00812E92">
        <w:t>;</w:t>
      </w:r>
    </w:p>
    <w:p w14:paraId="10542E3A" w14:textId="77777777" w:rsidR="00B14F83" w:rsidRPr="00812E92" w:rsidRDefault="006F5905" w:rsidP="00812E92">
      <w:pPr>
        <w:pStyle w:val="Listapunktowana"/>
        <w:widowControl w:val="0"/>
        <w:numPr>
          <w:ilvl w:val="0"/>
          <w:numId w:val="20"/>
        </w:numPr>
        <w:spacing w:before="120" w:after="120"/>
        <w:ind w:left="851"/>
        <w:jc w:val="both"/>
      </w:pPr>
      <w:proofErr w:type="spellStart"/>
      <w:r w:rsidRPr="00812E92">
        <w:t>potwierdzania</w:t>
      </w:r>
      <w:proofErr w:type="spellEnd"/>
      <w:r w:rsidRPr="00812E92">
        <w:t xml:space="preserve"> </w:t>
      </w: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formach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w </w:t>
      </w:r>
      <w:proofErr w:type="spellStart"/>
      <w:r w:rsidRPr="00812E92">
        <w:t>sposób</w:t>
      </w:r>
      <w:proofErr w:type="spellEnd"/>
      <w:r w:rsidRPr="00812E92">
        <w:t xml:space="preserve"> </w:t>
      </w:r>
      <w:proofErr w:type="spellStart"/>
      <w:r w:rsidRPr="00812E92">
        <w:t>przewidziany</w:t>
      </w:r>
      <w:proofErr w:type="spellEnd"/>
      <w:r w:rsidRPr="00812E92">
        <w:t xml:space="preserve"> w </w:t>
      </w:r>
      <w:proofErr w:type="spellStart"/>
      <w:r w:rsidRPr="00812E92">
        <w:t>dokumentacji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>;</w:t>
      </w:r>
    </w:p>
    <w:p w14:paraId="087E2D0F" w14:textId="77777777" w:rsidR="00B14F83" w:rsidRPr="00812E92" w:rsidRDefault="006F5905" w:rsidP="00812E92">
      <w:pPr>
        <w:pStyle w:val="Listapunktowana"/>
        <w:widowControl w:val="0"/>
        <w:numPr>
          <w:ilvl w:val="0"/>
          <w:numId w:val="20"/>
        </w:numPr>
        <w:spacing w:before="120" w:after="120"/>
        <w:ind w:left="851"/>
        <w:jc w:val="both"/>
      </w:pP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badaniach</w:t>
      </w:r>
      <w:proofErr w:type="spellEnd"/>
      <w:r w:rsidRPr="00812E92">
        <w:t xml:space="preserve"> </w:t>
      </w:r>
      <w:proofErr w:type="spellStart"/>
      <w:r w:rsidRPr="00812E92">
        <w:t>monitoringowych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ewaluacyjnych</w:t>
      </w:r>
      <w:proofErr w:type="spellEnd"/>
      <w:r w:rsidRPr="00812E92">
        <w:t xml:space="preserve"> </w:t>
      </w:r>
      <w:proofErr w:type="spellStart"/>
      <w:r w:rsidRPr="00812E92">
        <w:t>związanych</w:t>
      </w:r>
      <w:proofErr w:type="spellEnd"/>
      <w:r w:rsidRPr="00812E92">
        <w:t xml:space="preserve"> z </w:t>
      </w:r>
      <w:proofErr w:type="spellStart"/>
      <w:r w:rsidRPr="00812E92">
        <w:t>realizacją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>;</w:t>
      </w:r>
    </w:p>
    <w:p w14:paraId="6B933E96" w14:textId="4DD1B851" w:rsidR="00B14F83" w:rsidRPr="00812E92" w:rsidRDefault="00D25090" w:rsidP="00812E92">
      <w:pPr>
        <w:pStyle w:val="Listapunktowana"/>
        <w:widowControl w:val="0"/>
        <w:numPr>
          <w:ilvl w:val="0"/>
          <w:numId w:val="20"/>
        </w:numPr>
        <w:spacing w:before="120" w:after="120"/>
        <w:ind w:left="851"/>
        <w:jc w:val="both"/>
      </w:pPr>
      <w:proofErr w:type="spellStart"/>
      <w:r w:rsidRPr="00D25090">
        <w:t>przekazania</w:t>
      </w:r>
      <w:proofErr w:type="spellEnd"/>
      <w:r w:rsidRPr="00D25090">
        <w:t xml:space="preserve">, w </w:t>
      </w:r>
      <w:proofErr w:type="spellStart"/>
      <w:r w:rsidRPr="00D25090">
        <w:t>terminie</w:t>
      </w:r>
      <w:proofErr w:type="spellEnd"/>
      <w:r w:rsidRPr="00D25090">
        <w:t xml:space="preserve"> </w:t>
      </w:r>
      <w:proofErr w:type="spellStart"/>
      <w:r w:rsidRPr="00D25090">
        <w:t>wskazanym</w:t>
      </w:r>
      <w:proofErr w:type="spellEnd"/>
      <w:r w:rsidRPr="00D25090">
        <w:t xml:space="preserve"> </w:t>
      </w:r>
      <w:proofErr w:type="spellStart"/>
      <w:r w:rsidRPr="00D25090">
        <w:t>przez</w:t>
      </w:r>
      <w:proofErr w:type="spellEnd"/>
      <w:r w:rsidRPr="00D25090">
        <w:t xml:space="preserve"> </w:t>
      </w:r>
      <w:proofErr w:type="spellStart"/>
      <w:r w:rsidRPr="00D25090">
        <w:t>Beneficjenta</w:t>
      </w:r>
      <w:proofErr w:type="spellEnd"/>
      <w:r w:rsidRPr="00D25090">
        <w:t xml:space="preserve">, </w:t>
      </w:r>
      <w:proofErr w:type="spellStart"/>
      <w:r w:rsidRPr="00D25090">
        <w:t>nie</w:t>
      </w:r>
      <w:proofErr w:type="spellEnd"/>
      <w:r w:rsidRPr="00D25090">
        <w:t xml:space="preserve"> </w:t>
      </w:r>
      <w:proofErr w:type="spellStart"/>
      <w:r w:rsidRPr="00D25090">
        <w:t>później</w:t>
      </w:r>
      <w:proofErr w:type="spellEnd"/>
      <w:r w:rsidRPr="00D25090">
        <w:t xml:space="preserve"> </w:t>
      </w:r>
      <w:proofErr w:type="spellStart"/>
      <w:r w:rsidRPr="00D25090">
        <w:t>jednak</w:t>
      </w:r>
      <w:proofErr w:type="spellEnd"/>
      <w:r w:rsidRPr="00D25090">
        <w:t xml:space="preserve"> </w:t>
      </w:r>
      <w:proofErr w:type="spellStart"/>
      <w:r w:rsidRPr="00D25090">
        <w:t>niż</w:t>
      </w:r>
      <w:proofErr w:type="spellEnd"/>
      <w:r w:rsidRPr="00D25090">
        <w:t xml:space="preserve"> w </w:t>
      </w:r>
      <w:proofErr w:type="spellStart"/>
      <w:r w:rsidRPr="00D25090">
        <w:t>ciągu</w:t>
      </w:r>
      <w:proofErr w:type="spellEnd"/>
      <w:r w:rsidRPr="00D25090">
        <w:t xml:space="preserve"> 4 </w:t>
      </w:r>
      <w:proofErr w:type="spellStart"/>
      <w:r w:rsidRPr="00D25090">
        <w:t>tygodni</w:t>
      </w:r>
      <w:proofErr w:type="spellEnd"/>
      <w:r w:rsidRPr="00D25090">
        <w:t xml:space="preserve"> </w:t>
      </w:r>
      <w:proofErr w:type="spellStart"/>
      <w:r w:rsidRPr="00D25090">
        <w:t>od</w:t>
      </w:r>
      <w:proofErr w:type="spellEnd"/>
      <w:r w:rsidRPr="00D25090">
        <w:t xml:space="preserve"> </w:t>
      </w:r>
      <w:proofErr w:type="spellStart"/>
      <w:r w:rsidRPr="00D25090">
        <w:t>dnia</w:t>
      </w:r>
      <w:proofErr w:type="spellEnd"/>
      <w:r w:rsidRPr="00D25090">
        <w:t xml:space="preserve"> </w:t>
      </w:r>
      <w:proofErr w:type="spellStart"/>
      <w:r w:rsidRPr="00D25090">
        <w:t>zakończenia</w:t>
      </w:r>
      <w:proofErr w:type="spellEnd"/>
      <w:r w:rsidRPr="00D25090">
        <w:t xml:space="preserve"> </w:t>
      </w:r>
      <w:proofErr w:type="spellStart"/>
      <w:r w:rsidRPr="00D25090">
        <w:t>udziału</w:t>
      </w:r>
      <w:proofErr w:type="spellEnd"/>
      <w:r w:rsidRPr="00D25090">
        <w:t xml:space="preserve"> </w:t>
      </w:r>
      <w:proofErr w:type="spellStart"/>
      <w:r w:rsidRPr="00D25090">
        <w:t>uczestnika</w:t>
      </w:r>
      <w:proofErr w:type="spellEnd"/>
      <w:r w:rsidRPr="00D25090">
        <w:t xml:space="preserve"> w </w:t>
      </w:r>
      <w:proofErr w:type="spellStart"/>
      <w:r w:rsidRPr="00D25090">
        <w:t>projekcie</w:t>
      </w:r>
      <w:proofErr w:type="spellEnd"/>
      <w:r w:rsidRPr="00D25090">
        <w:t xml:space="preserve">, </w:t>
      </w:r>
      <w:proofErr w:type="spellStart"/>
      <w:r w:rsidRPr="00D25090">
        <w:t>informacji</w:t>
      </w:r>
      <w:proofErr w:type="spellEnd"/>
      <w:r w:rsidRPr="00D25090">
        <w:t xml:space="preserve"> </w:t>
      </w:r>
      <w:proofErr w:type="spellStart"/>
      <w:r w:rsidRPr="00D25090">
        <w:t>niezbędnych</w:t>
      </w:r>
      <w:proofErr w:type="spellEnd"/>
      <w:r w:rsidRPr="00D25090">
        <w:t xml:space="preserve"> do </w:t>
      </w:r>
      <w:proofErr w:type="spellStart"/>
      <w:r w:rsidRPr="00D25090">
        <w:t>ustalenia</w:t>
      </w:r>
      <w:proofErr w:type="spellEnd"/>
      <w:r w:rsidRPr="00D25090">
        <w:t xml:space="preserve"> </w:t>
      </w:r>
      <w:proofErr w:type="spellStart"/>
      <w:r w:rsidRPr="00D25090">
        <w:t>jego</w:t>
      </w:r>
      <w:proofErr w:type="spellEnd"/>
      <w:r w:rsidRPr="00D25090">
        <w:t xml:space="preserve"> </w:t>
      </w:r>
      <w:proofErr w:type="spellStart"/>
      <w:r w:rsidRPr="00D25090">
        <w:t>sytuacji</w:t>
      </w:r>
      <w:proofErr w:type="spellEnd"/>
      <w:r w:rsidRPr="00D25090">
        <w:t xml:space="preserve"> po </w:t>
      </w:r>
      <w:proofErr w:type="spellStart"/>
      <w:r w:rsidRPr="00D25090">
        <w:t>opuszczeniu</w:t>
      </w:r>
      <w:proofErr w:type="spellEnd"/>
      <w:r w:rsidRPr="00D25090">
        <w:t xml:space="preserve"> </w:t>
      </w:r>
      <w:proofErr w:type="spellStart"/>
      <w:r w:rsidRPr="00D25090">
        <w:t>projektu</w:t>
      </w:r>
      <w:proofErr w:type="spellEnd"/>
      <w:r w:rsidRPr="00D25090">
        <w:t xml:space="preserve"> </w:t>
      </w:r>
      <w:proofErr w:type="spellStart"/>
      <w:r w:rsidRPr="00D25090">
        <w:t>oraz</w:t>
      </w:r>
      <w:proofErr w:type="spellEnd"/>
      <w:r w:rsidRPr="00D25090">
        <w:t xml:space="preserve"> </w:t>
      </w:r>
      <w:proofErr w:type="spellStart"/>
      <w:r w:rsidRPr="00D25090">
        <w:t>pomiaru</w:t>
      </w:r>
      <w:proofErr w:type="spellEnd"/>
      <w:r w:rsidRPr="00D25090">
        <w:t xml:space="preserve"> </w:t>
      </w:r>
      <w:proofErr w:type="spellStart"/>
      <w:r w:rsidRPr="00D25090">
        <w:t>właściwych</w:t>
      </w:r>
      <w:proofErr w:type="spellEnd"/>
      <w:r w:rsidRPr="00D25090">
        <w:t xml:space="preserve"> </w:t>
      </w:r>
      <w:proofErr w:type="spellStart"/>
      <w:r w:rsidRPr="00D25090">
        <w:t>dla</w:t>
      </w:r>
      <w:proofErr w:type="spellEnd"/>
      <w:r w:rsidRPr="00D25090">
        <w:t xml:space="preserve"> </w:t>
      </w:r>
      <w:proofErr w:type="spellStart"/>
      <w:r w:rsidRPr="00D25090">
        <w:t>projektu</w:t>
      </w:r>
      <w:proofErr w:type="spellEnd"/>
      <w:r w:rsidRPr="00D25090">
        <w:t xml:space="preserve"> </w:t>
      </w:r>
      <w:proofErr w:type="spellStart"/>
      <w:r w:rsidRPr="00D25090">
        <w:t>wskaźników</w:t>
      </w:r>
      <w:proofErr w:type="spellEnd"/>
      <w:r w:rsidRPr="00D25090">
        <w:t xml:space="preserve"> </w:t>
      </w:r>
      <w:proofErr w:type="spellStart"/>
      <w:r w:rsidRPr="00D25090">
        <w:t>rezultatu</w:t>
      </w:r>
      <w:proofErr w:type="spellEnd"/>
      <w:r w:rsidRPr="00D25090">
        <w:t xml:space="preserve"> </w:t>
      </w:r>
      <w:proofErr w:type="spellStart"/>
      <w:r w:rsidRPr="00D25090">
        <w:t>bezpośredniego</w:t>
      </w:r>
      <w:proofErr w:type="spellEnd"/>
      <w:r w:rsidRPr="00D25090">
        <w:t xml:space="preserve">, w </w:t>
      </w:r>
      <w:proofErr w:type="spellStart"/>
      <w:r w:rsidRPr="00D25090">
        <w:t>szczególności</w:t>
      </w:r>
      <w:proofErr w:type="spellEnd"/>
      <w:r w:rsidRPr="00D25090">
        <w:t xml:space="preserve"> </w:t>
      </w:r>
      <w:proofErr w:type="spellStart"/>
      <w:r w:rsidRPr="00D25090">
        <w:t>informacji</w:t>
      </w:r>
      <w:proofErr w:type="spellEnd"/>
      <w:r w:rsidRPr="00D25090">
        <w:t xml:space="preserve"> </w:t>
      </w:r>
      <w:proofErr w:type="spellStart"/>
      <w:r w:rsidRPr="00D25090">
        <w:t>dotyczących</w:t>
      </w:r>
      <w:proofErr w:type="spellEnd"/>
      <w:r w:rsidRPr="00D25090">
        <w:t xml:space="preserve"> </w:t>
      </w:r>
      <w:proofErr w:type="spellStart"/>
      <w:r w:rsidRPr="00D25090">
        <w:t>ukończenia</w:t>
      </w:r>
      <w:proofErr w:type="spellEnd"/>
      <w:r w:rsidRPr="00D25090">
        <w:t xml:space="preserve"> </w:t>
      </w:r>
      <w:proofErr w:type="spellStart"/>
      <w:r w:rsidRPr="00D25090">
        <w:t>zaplanowanej</w:t>
      </w:r>
      <w:proofErr w:type="spellEnd"/>
      <w:r w:rsidRPr="00D25090">
        <w:t xml:space="preserve"> </w:t>
      </w:r>
      <w:proofErr w:type="spellStart"/>
      <w:r w:rsidRPr="00D25090">
        <w:t>ścieżki</w:t>
      </w:r>
      <w:proofErr w:type="spellEnd"/>
      <w:r w:rsidRPr="00D25090">
        <w:t xml:space="preserve"> </w:t>
      </w:r>
      <w:proofErr w:type="spellStart"/>
      <w:r w:rsidRPr="00D25090">
        <w:t>wsparcia</w:t>
      </w:r>
      <w:proofErr w:type="spellEnd"/>
      <w:r w:rsidRPr="00D25090">
        <w:t xml:space="preserve">, </w:t>
      </w:r>
      <w:proofErr w:type="spellStart"/>
      <w:r w:rsidRPr="00D25090">
        <w:t>podjęcia</w:t>
      </w:r>
      <w:proofErr w:type="spellEnd"/>
      <w:r w:rsidRPr="00D25090">
        <w:t xml:space="preserve"> </w:t>
      </w:r>
      <w:proofErr w:type="spellStart"/>
      <w:r w:rsidRPr="00D25090">
        <w:t>kształcenia</w:t>
      </w:r>
      <w:proofErr w:type="spellEnd"/>
      <w:r w:rsidRPr="00D25090">
        <w:t xml:space="preserve"> </w:t>
      </w:r>
      <w:proofErr w:type="spellStart"/>
      <w:r w:rsidRPr="00D25090">
        <w:t>lub</w:t>
      </w:r>
      <w:proofErr w:type="spellEnd"/>
      <w:r w:rsidRPr="00D25090">
        <w:t xml:space="preserve"> </w:t>
      </w:r>
      <w:proofErr w:type="spellStart"/>
      <w:r w:rsidRPr="00D25090">
        <w:t>szkolenia</w:t>
      </w:r>
      <w:proofErr w:type="spellEnd"/>
      <w:r w:rsidRPr="00D25090">
        <w:t xml:space="preserve"> </w:t>
      </w:r>
      <w:proofErr w:type="spellStart"/>
      <w:r w:rsidRPr="00D25090">
        <w:t>oraz</w:t>
      </w:r>
      <w:proofErr w:type="spellEnd"/>
      <w:r w:rsidRPr="00D25090">
        <w:t xml:space="preserve"> </w:t>
      </w:r>
      <w:proofErr w:type="spellStart"/>
      <w:r w:rsidRPr="00D25090">
        <w:t>uzyskania</w:t>
      </w:r>
      <w:proofErr w:type="spellEnd"/>
      <w:r w:rsidRPr="00D25090">
        <w:t xml:space="preserve"> </w:t>
      </w:r>
      <w:proofErr w:type="spellStart"/>
      <w:r w:rsidRPr="00D25090">
        <w:t>kwalifikacji</w:t>
      </w:r>
      <w:proofErr w:type="spellEnd"/>
      <w:r w:rsidRPr="00D25090">
        <w:t xml:space="preserve"> </w:t>
      </w:r>
      <w:proofErr w:type="spellStart"/>
      <w:r w:rsidRPr="00D25090">
        <w:t>lub</w:t>
      </w:r>
      <w:proofErr w:type="spellEnd"/>
      <w:r w:rsidRPr="00D25090">
        <w:t xml:space="preserve"> </w:t>
      </w:r>
      <w:proofErr w:type="spellStart"/>
      <w:r w:rsidRPr="00D25090">
        <w:t>kompetencji</w:t>
      </w:r>
      <w:proofErr w:type="spellEnd"/>
      <w:r w:rsidRPr="00D25090">
        <w:t xml:space="preserve"> – </w:t>
      </w:r>
      <w:proofErr w:type="spellStart"/>
      <w:r w:rsidRPr="00D25090">
        <w:t>jeżeli</w:t>
      </w:r>
      <w:proofErr w:type="spellEnd"/>
      <w:r w:rsidRPr="00D25090">
        <w:t xml:space="preserve"> dana </w:t>
      </w:r>
      <w:proofErr w:type="spellStart"/>
      <w:r w:rsidRPr="00D25090">
        <w:t>informacja</w:t>
      </w:r>
      <w:proofErr w:type="spellEnd"/>
      <w:r w:rsidRPr="00D25090">
        <w:t xml:space="preserve"> </w:t>
      </w:r>
      <w:proofErr w:type="spellStart"/>
      <w:r w:rsidRPr="00D25090">
        <w:t>dotyczy</w:t>
      </w:r>
      <w:proofErr w:type="spellEnd"/>
      <w:r w:rsidRPr="00D25090">
        <w:t xml:space="preserve"> </w:t>
      </w:r>
      <w:proofErr w:type="spellStart"/>
      <w:r w:rsidRPr="00D25090">
        <w:t>uczestnika</w:t>
      </w:r>
      <w:proofErr w:type="spellEnd"/>
      <w:r w:rsidRPr="00D25090">
        <w:t xml:space="preserve">. W </w:t>
      </w:r>
      <w:proofErr w:type="spellStart"/>
      <w:r w:rsidRPr="00D25090">
        <w:t>przypadku</w:t>
      </w:r>
      <w:proofErr w:type="spellEnd"/>
      <w:r w:rsidRPr="00D25090">
        <w:t xml:space="preserve"> </w:t>
      </w:r>
      <w:proofErr w:type="spellStart"/>
      <w:r w:rsidRPr="00D25090">
        <w:t>dziecka</w:t>
      </w:r>
      <w:proofErr w:type="spellEnd"/>
      <w:r w:rsidRPr="00D25090">
        <w:t xml:space="preserve"> </w:t>
      </w:r>
      <w:proofErr w:type="spellStart"/>
      <w:r w:rsidRPr="00D25090">
        <w:t>informacje</w:t>
      </w:r>
      <w:proofErr w:type="spellEnd"/>
      <w:r w:rsidRPr="00D25090">
        <w:t xml:space="preserve"> </w:t>
      </w:r>
      <w:proofErr w:type="spellStart"/>
      <w:r w:rsidRPr="00D25090">
        <w:t>przekazuje</w:t>
      </w:r>
      <w:proofErr w:type="spellEnd"/>
      <w:r w:rsidRPr="00D25090">
        <w:t xml:space="preserve"> </w:t>
      </w:r>
      <w:proofErr w:type="spellStart"/>
      <w:r w:rsidRPr="00D25090">
        <w:t>rodzic</w:t>
      </w:r>
      <w:proofErr w:type="spellEnd"/>
      <w:r w:rsidRPr="00D25090">
        <w:t xml:space="preserve"> </w:t>
      </w:r>
      <w:proofErr w:type="spellStart"/>
      <w:r w:rsidRPr="00D25090">
        <w:t>lub</w:t>
      </w:r>
      <w:proofErr w:type="spellEnd"/>
      <w:r w:rsidRPr="00D25090">
        <w:t xml:space="preserve"> </w:t>
      </w:r>
      <w:proofErr w:type="spellStart"/>
      <w:r w:rsidRPr="00D25090">
        <w:t>opiekun</w:t>
      </w:r>
      <w:proofErr w:type="spellEnd"/>
      <w:r w:rsidRPr="00D25090">
        <w:t xml:space="preserve"> prawny </w:t>
      </w:r>
      <w:proofErr w:type="spellStart"/>
      <w:r w:rsidRPr="00D25090">
        <w:t>na</w:t>
      </w:r>
      <w:proofErr w:type="spellEnd"/>
      <w:r w:rsidRPr="00D25090">
        <w:t xml:space="preserve"> </w:t>
      </w:r>
      <w:proofErr w:type="spellStart"/>
      <w:r w:rsidRPr="00D25090">
        <w:t>wezwanie</w:t>
      </w:r>
      <w:proofErr w:type="spellEnd"/>
      <w:r w:rsidRPr="00D25090">
        <w:t xml:space="preserve"> </w:t>
      </w:r>
      <w:proofErr w:type="spellStart"/>
      <w:r w:rsidRPr="00D25090">
        <w:t>Beneficjenta</w:t>
      </w:r>
      <w:proofErr w:type="spellEnd"/>
      <w:r w:rsidRPr="00D25090">
        <w:t xml:space="preserve">, w </w:t>
      </w:r>
      <w:proofErr w:type="spellStart"/>
      <w:r w:rsidRPr="00D25090">
        <w:t>powyższym</w:t>
      </w:r>
      <w:proofErr w:type="spellEnd"/>
      <w:r w:rsidRPr="00D25090">
        <w:t xml:space="preserve"> </w:t>
      </w:r>
      <w:proofErr w:type="spellStart"/>
      <w:r w:rsidRPr="00D25090">
        <w:t>terminie</w:t>
      </w:r>
      <w:proofErr w:type="spellEnd"/>
      <w:r w:rsidRPr="00D25090">
        <w:t xml:space="preserve">, </w:t>
      </w:r>
      <w:proofErr w:type="spellStart"/>
      <w:r w:rsidRPr="00D25090">
        <w:t>wyłącznie</w:t>
      </w:r>
      <w:proofErr w:type="spellEnd"/>
      <w:r w:rsidRPr="00D25090">
        <w:t xml:space="preserve"> w </w:t>
      </w:r>
      <w:proofErr w:type="spellStart"/>
      <w:r w:rsidRPr="00D25090">
        <w:t>zakresie</w:t>
      </w:r>
      <w:proofErr w:type="spellEnd"/>
      <w:r w:rsidRPr="00D25090">
        <w:t xml:space="preserve">, w </w:t>
      </w:r>
      <w:proofErr w:type="spellStart"/>
      <w:r w:rsidRPr="00D25090">
        <w:t>jakim</w:t>
      </w:r>
      <w:proofErr w:type="spellEnd"/>
      <w:r w:rsidRPr="00D25090">
        <w:t xml:space="preserve"> </w:t>
      </w:r>
      <w:proofErr w:type="spellStart"/>
      <w:r w:rsidRPr="00D25090">
        <w:t>Beneficjent</w:t>
      </w:r>
      <w:proofErr w:type="spellEnd"/>
      <w:r w:rsidRPr="00D25090">
        <w:t xml:space="preserve"> </w:t>
      </w:r>
      <w:proofErr w:type="spellStart"/>
      <w:r w:rsidRPr="00D25090">
        <w:t>nie</w:t>
      </w:r>
      <w:proofErr w:type="spellEnd"/>
      <w:r w:rsidRPr="00D25090">
        <w:t xml:space="preserve"> </w:t>
      </w:r>
      <w:proofErr w:type="spellStart"/>
      <w:r w:rsidRPr="00D25090">
        <w:t>posiada</w:t>
      </w:r>
      <w:proofErr w:type="spellEnd"/>
      <w:r w:rsidRPr="00D25090">
        <w:t xml:space="preserve"> </w:t>
      </w:r>
      <w:proofErr w:type="spellStart"/>
      <w:r w:rsidRPr="00D25090">
        <w:lastRenderedPageBreak/>
        <w:t>tych</w:t>
      </w:r>
      <w:proofErr w:type="spellEnd"/>
      <w:r w:rsidRPr="00D25090">
        <w:t xml:space="preserve"> </w:t>
      </w:r>
      <w:proofErr w:type="spellStart"/>
      <w:r w:rsidRPr="00D25090">
        <w:t>informacji</w:t>
      </w:r>
      <w:proofErr w:type="spellEnd"/>
      <w:r w:rsidRPr="00D25090">
        <w:t xml:space="preserve"> </w:t>
      </w:r>
      <w:proofErr w:type="spellStart"/>
      <w:r w:rsidRPr="00D25090">
        <w:t>albo</w:t>
      </w:r>
      <w:proofErr w:type="spellEnd"/>
      <w:r w:rsidRPr="00D25090">
        <w:t xml:space="preserve"> </w:t>
      </w:r>
      <w:proofErr w:type="spellStart"/>
      <w:r w:rsidRPr="00D25090">
        <w:t>nie</w:t>
      </w:r>
      <w:proofErr w:type="spellEnd"/>
      <w:r w:rsidRPr="00D25090">
        <w:t xml:space="preserve"> </w:t>
      </w:r>
      <w:proofErr w:type="spellStart"/>
      <w:r w:rsidRPr="00D25090">
        <w:t>może</w:t>
      </w:r>
      <w:proofErr w:type="spellEnd"/>
      <w:r w:rsidRPr="00D25090">
        <w:t xml:space="preserve"> ich </w:t>
      </w:r>
      <w:proofErr w:type="spellStart"/>
      <w:r w:rsidRPr="00D25090">
        <w:t>wiarygodnie</w:t>
      </w:r>
      <w:proofErr w:type="spellEnd"/>
      <w:r w:rsidRPr="00D25090">
        <w:t xml:space="preserve"> </w:t>
      </w:r>
      <w:proofErr w:type="spellStart"/>
      <w:r w:rsidRPr="00D25090">
        <w:t>ustalić</w:t>
      </w:r>
      <w:proofErr w:type="spellEnd"/>
      <w:r w:rsidRPr="00D25090">
        <w:t xml:space="preserve"> </w:t>
      </w:r>
      <w:proofErr w:type="spellStart"/>
      <w:r w:rsidRPr="00D25090">
        <w:t>na</w:t>
      </w:r>
      <w:proofErr w:type="spellEnd"/>
      <w:r w:rsidRPr="00D25090">
        <w:t xml:space="preserve"> </w:t>
      </w:r>
      <w:proofErr w:type="spellStart"/>
      <w:r w:rsidRPr="00D25090">
        <w:t>podstawie</w:t>
      </w:r>
      <w:proofErr w:type="spellEnd"/>
      <w:r w:rsidRPr="00D25090">
        <w:t xml:space="preserve"> </w:t>
      </w:r>
      <w:proofErr w:type="spellStart"/>
      <w:r w:rsidRPr="00D25090">
        <w:t>dokumentacji</w:t>
      </w:r>
      <w:proofErr w:type="spellEnd"/>
      <w:r w:rsidRPr="00D25090">
        <w:t xml:space="preserve"> </w:t>
      </w:r>
      <w:proofErr w:type="spellStart"/>
      <w:r w:rsidRPr="00D25090">
        <w:t>projektu</w:t>
      </w:r>
      <w:proofErr w:type="spellEnd"/>
      <w:r w:rsidRPr="00D25090">
        <w:t xml:space="preserve">, OWP </w:t>
      </w:r>
      <w:proofErr w:type="spellStart"/>
      <w:r w:rsidRPr="00D25090">
        <w:t>lub</w:t>
      </w:r>
      <w:proofErr w:type="spellEnd"/>
      <w:r w:rsidRPr="00D25090">
        <w:t xml:space="preserve"> </w:t>
      </w:r>
      <w:proofErr w:type="spellStart"/>
      <w:r w:rsidRPr="00D25090">
        <w:t>szkoły</w:t>
      </w:r>
      <w:proofErr w:type="spellEnd"/>
      <w:r w:rsidR="006F5905" w:rsidRPr="00812E92">
        <w:t>;</w:t>
      </w:r>
    </w:p>
    <w:p w14:paraId="0AD4EBCB" w14:textId="77777777" w:rsidR="00B14F83" w:rsidRPr="00812E92" w:rsidRDefault="006F5905" w:rsidP="00812E92">
      <w:pPr>
        <w:pStyle w:val="Listapunktowana"/>
        <w:widowControl w:val="0"/>
        <w:numPr>
          <w:ilvl w:val="0"/>
          <w:numId w:val="20"/>
        </w:numPr>
        <w:spacing w:before="120" w:after="120"/>
        <w:ind w:left="851"/>
        <w:jc w:val="both"/>
      </w:pPr>
      <w:proofErr w:type="spellStart"/>
      <w:r w:rsidRPr="00812E92">
        <w:t>niezwłocznego</w:t>
      </w:r>
      <w:proofErr w:type="spellEnd"/>
      <w:r w:rsidRPr="00812E92">
        <w:t xml:space="preserve"> </w:t>
      </w:r>
      <w:proofErr w:type="spellStart"/>
      <w:r w:rsidRPr="00812E92">
        <w:t>poinformowania</w:t>
      </w:r>
      <w:proofErr w:type="spellEnd"/>
      <w:r w:rsidRPr="00812E92">
        <w:t xml:space="preserve"> OWP o </w:t>
      </w:r>
      <w:proofErr w:type="spellStart"/>
      <w:r w:rsidRPr="00812E92">
        <w:t>rezygnacji</w:t>
      </w:r>
      <w:proofErr w:type="spellEnd"/>
      <w:r w:rsidRPr="00812E92">
        <w:t xml:space="preserve"> z </w:t>
      </w:r>
      <w:proofErr w:type="spellStart"/>
      <w:r w:rsidRPr="00812E92">
        <w:t>udziału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wystąpieniu</w:t>
      </w:r>
      <w:proofErr w:type="spellEnd"/>
      <w:r w:rsidRPr="00812E92">
        <w:t xml:space="preserve"> </w:t>
      </w:r>
      <w:proofErr w:type="spellStart"/>
      <w:r w:rsidRPr="00812E92">
        <w:t>okoliczności</w:t>
      </w:r>
      <w:proofErr w:type="spellEnd"/>
      <w:r w:rsidRPr="00812E92">
        <w:t xml:space="preserve"> </w:t>
      </w:r>
      <w:proofErr w:type="spellStart"/>
      <w:r w:rsidRPr="00812E92">
        <w:t>uniemożliwiających</w:t>
      </w:r>
      <w:proofErr w:type="spellEnd"/>
      <w:r w:rsidRPr="00812E92">
        <w:t xml:space="preserve"> </w:t>
      </w:r>
      <w:proofErr w:type="spellStart"/>
      <w:r w:rsidRPr="00812E92">
        <w:t>dalsze</w:t>
      </w:r>
      <w:proofErr w:type="spellEnd"/>
      <w:r w:rsidRPr="00812E92">
        <w:t xml:space="preserve"> </w:t>
      </w:r>
      <w:proofErr w:type="spellStart"/>
      <w:r w:rsidRPr="00812E92">
        <w:t>uczestnictwo</w:t>
      </w:r>
      <w:proofErr w:type="spellEnd"/>
      <w:r w:rsidRPr="00812E92">
        <w:t>.</w:t>
      </w:r>
    </w:p>
    <w:p w14:paraId="2566826B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proofErr w:type="spellStart"/>
      <w:r w:rsidRPr="00812E92">
        <w:t>Wszystkie</w:t>
      </w:r>
      <w:proofErr w:type="spellEnd"/>
      <w:r w:rsidRPr="00812E92">
        <w:t xml:space="preserve"> </w:t>
      </w:r>
      <w:proofErr w:type="spellStart"/>
      <w:r w:rsidRPr="00812E92">
        <w:t>oświadczenia</w:t>
      </w:r>
      <w:proofErr w:type="spellEnd"/>
      <w:r w:rsidRPr="00812E92">
        <w:t xml:space="preserve"> </w:t>
      </w:r>
      <w:proofErr w:type="spellStart"/>
      <w:r w:rsidRPr="00812E92">
        <w:t>składane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</w:t>
      </w:r>
      <w:proofErr w:type="spellStart"/>
      <w:r w:rsidRPr="00812E92">
        <w:t>uczestnika</w:t>
      </w:r>
      <w:proofErr w:type="spellEnd"/>
      <w:r w:rsidRPr="00812E92">
        <w:t xml:space="preserve">, a 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rodzica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opiekuna</w:t>
      </w:r>
      <w:proofErr w:type="spellEnd"/>
      <w:r w:rsidRPr="00812E92">
        <w:t xml:space="preserve"> </w:t>
      </w:r>
      <w:proofErr w:type="spellStart"/>
      <w:r w:rsidRPr="00812E92">
        <w:t>prawnego</w:t>
      </w:r>
      <w:proofErr w:type="spellEnd"/>
      <w:r w:rsidRPr="00812E92">
        <w:t xml:space="preserve">, </w:t>
      </w:r>
      <w:proofErr w:type="spellStart"/>
      <w:r w:rsidRPr="00812E92">
        <w:t>wymagają</w:t>
      </w:r>
      <w:proofErr w:type="spellEnd"/>
      <w:r w:rsidRPr="00812E92">
        <w:t xml:space="preserve"> </w:t>
      </w:r>
      <w:proofErr w:type="spellStart"/>
      <w:r w:rsidRPr="00812E92">
        <w:t>wskazania</w:t>
      </w:r>
      <w:proofErr w:type="spellEnd"/>
      <w:r w:rsidRPr="00812E92">
        <w:t xml:space="preserve"> </w:t>
      </w:r>
      <w:proofErr w:type="spellStart"/>
      <w:r w:rsidRPr="00812E92">
        <w:t>daty</w:t>
      </w:r>
      <w:proofErr w:type="spellEnd"/>
      <w:r w:rsidRPr="00812E92">
        <w:t xml:space="preserve"> ich </w:t>
      </w:r>
      <w:proofErr w:type="spellStart"/>
      <w:r w:rsidRPr="00812E92">
        <w:t>złożenia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podpisania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podpisu</w:t>
      </w:r>
      <w:proofErr w:type="spellEnd"/>
      <w:r w:rsidRPr="00812E92">
        <w:t xml:space="preserve"> </w:t>
      </w:r>
      <w:proofErr w:type="spellStart"/>
      <w:r w:rsidRPr="00812E92">
        <w:t>osoby</w:t>
      </w:r>
      <w:proofErr w:type="spellEnd"/>
      <w:r w:rsidRPr="00812E92">
        <w:t xml:space="preserve"> </w:t>
      </w:r>
      <w:proofErr w:type="spellStart"/>
      <w:r w:rsidRPr="00812E92">
        <w:t>składającej</w:t>
      </w:r>
      <w:proofErr w:type="spellEnd"/>
      <w:r w:rsidRPr="00812E92">
        <w:t xml:space="preserve"> </w:t>
      </w:r>
      <w:proofErr w:type="spellStart"/>
      <w:r w:rsidRPr="00812E92">
        <w:t>oświadczenie</w:t>
      </w:r>
      <w:proofErr w:type="spellEnd"/>
      <w:r w:rsidRPr="00812E92">
        <w:t>.</w:t>
      </w:r>
    </w:p>
    <w:p w14:paraId="68A61B22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proofErr w:type="spellStart"/>
      <w:r w:rsidRPr="00812E92">
        <w:t>Najpóźniej</w:t>
      </w:r>
      <w:proofErr w:type="spellEnd"/>
      <w:r w:rsidRPr="00812E92">
        <w:t xml:space="preserve"> </w:t>
      </w:r>
      <w:proofErr w:type="spellStart"/>
      <w:r w:rsidRPr="00812E92">
        <w:t>przed</w:t>
      </w:r>
      <w:proofErr w:type="spellEnd"/>
      <w:r w:rsidRPr="00812E92">
        <w:t xml:space="preserve"> </w:t>
      </w:r>
      <w:proofErr w:type="spellStart"/>
      <w:r w:rsidRPr="00812E92">
        <w:t>rozpoczęciem</w:t>
      </w:r>
      <w:proofErr w:type="spellEnd"/>
      <w:r w:rsidRPr="00812E92">
        <w:t xml:space="preserve"> </w:t>
      </w:r>
      <w:proofErr w:type="spellStart"/>
      <w:r w:rsidRPr="00812E92">
        <w:t>pierwszej</w:t>
      </w:r>
      <w:proofErr w:type="spellEnd"/>
      <w:r w:rsidRPr="00812E92">
        <w:t xml:space="preserve"> </w:t>
      </w:r>
      <w:proofErr w:type="spellStart"/>
      <w:r w:rsidRPr="00812E92">
        <w:t>formy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uczestnik</w:t>
      </w:r>
      <w:proofErr w:type="spellEnd"/>
      <w:r w:rsidRPr="00812E92">
        <w:t xml:space="preserve">, a 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rodzic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</w:t>
      </w:r>
      <w:proofErr w:type="spellEnd"/>
      <w:r w:rsidRPr="00812E92">
        <w:t xml:space="preserve"> prawny, </w:t>
      </w:r>
      <w:proofErr w:type="spellStart"/>
      <w:r w:rsidRPr="00812E92">
        <w:t>potwierdza</w:t>
      </w:r>
      <w:proofErr w:type="spellEnd"/>
      <w:r w:rsidRPr="00812E92">
        <w:t xml:space="preserve"> </w:t>
      </w:r>
      <w:proofErr w:type="spellStart"/>
      <w:r w:rsidRPr="00812E92">
        <w:t>zapoznanie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z </w:t>
      </w:r>
      <w:proofErr w:type="spellStart"/>
      <w:r w:rsidRPr="00812E92">
        <w:t>informacjami</w:t>
      </w:r>
      <w:proofErr w:type="spellEnd"/>
      <w:r w:rsidRPr="00812E92">
        <w:t xml:space="preserve"> </w:t>
      </w:r>
      <w:proofErr w:type="spellStart"/>
      <w:r w:rsidRPr="00812E92">
        <w:t>wynikającymi</w:t>
      </w:r>
      <w:proofErr w:type="spellEnd"/>
      <w:r w:rsidRPr="00812E92">
        <w:t xml:space="preserve"> z art. 13 </w:t>
      </w:r>
      <w:proofErr w:type="spellStart"/>
      <w:r w:rsidRPr="00812E92">
        <w:t>i</w:t>
      </w:r>
      <w:proofErr w:type="spellEnd"/>
      <w:r w:rsidRPr="00812E92">
        <w:t xml:space="preserve"> art. 14 RODO. </w:t>
      </w:r>
      <w:proofErr w:type="spellStart"/>
      <w:r w:rsidRPr="00812E92">
        <w:t>Sposób</w:t>
      </w:r>
      <w:proofErr w:type="spellEnd"/>
      <w:r w:rsidRPr="00812E92">
        <w:t xml:space="preserve"> </w:t>
      </w:r>
      <w:proofErr w:type="spellStart"/>
      <w:r w:rsidRPr="00812E92">
        <w:t>potwierdzenia</w:t>
      </w:r>
      <w:proofErr w:type="spellEnd"/>
      <w:r w:rsidRPr="00812E92">
        <w:t xml:space="preserve"> </w:t>
      </w:r>
      <w:proofErr w:type="spellStart"/>
      <w:r w:rsidRPr="00812E92">
        <w:t>musi</w:t>
      </w:r>
      <w:proofErr w:type="spellEnd"/>
      <w:r w:rsidRPr="00812E92">
        <w:t xml:space="preserve"> </w:t>
      </w:r>
      <w:proofErr w:type="spellStart"/>
      <w:r w:rsidRPr="00812E92">
        <w:t>zapewniać</w:t>
      </w:r>
      <w:proofErr w:type="spellEnd"/>
      <w:r w:rsidRPr="00812E92">
        <w:t xml:space="preserve"> </w:t>
      </w:r>
      <w:proofErr w:type="spellStart"/>
      <w:r w:rsidRPr="00812E92">
        <w:t>zachowanie</w:t>
      </w:r>
      <w:proofErr w:type="spellEnd"/>
      <w:r w:rsidRPr="00812E92">
        <w:t xml:space="preserve"> </w:t>
      </w:r>
      <w:proofErr w:type="spellStart"/>
      <w:r w:rsidRPr="00812E92">
        <w:t>ścieżki</w:t>
      </w:r>
      <w:proofErr w:type="spellEnd"/>
      <w:r w:rsidRPr="00812E92">
        <w:t xml:space="preserve"> </w:t>
      </w:r>
      <w:proofErr w:type="spellStart"/>
      <w:r w:rsidRPr="00812E92">
        <w:t>audytu</w:t>
      </w:r>
      <w:proofErr w:type="spellEnd"/>
      <w:r w:rsidRPr="00812E92">
        <w:t>.</w:t>
      </w:r>
    </w:p>
    <w:p w14:paraId="476BE681" w14:textId="2148073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proofErr w:type="spellStart"/>
      <w:r w:rsidRPr="00812E92">
        <w:t>Udział</w:t>
      </w:r>
      <w:proofErr w:type="spellEnd"/>
      <w:r w:rsidRPr="00812E92">
        <w:t xml:space="preserve"> </w:t>
      </w:r>
      <w:proofErr w:type="spellStart"/>
      <w:r w:rsidRPr="00812E92">
        <w:t>uczestników</w:t>
      </w:r>
      <w:proofErr w:type="spellEnd"/>
      <w:r w:rsidRPr="00812E92">
        <w:t xml:space="preserve"> w </w:t>
      </w:r>
      <w:proofErr w:type="spellStart"/>
      <w:r w:rsidRPr="00812E92">
        <w:t>formach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podlega</w:t>
      </w:r>
      <w:proofErr w:type="spellEnd"/>
      <w:r w:rsidRPr="00812E92">
        <w:t xml:space="preserve"> </w:t>
      </w:r>
      <w:proofErr w:type="spellStart"/>
      <w:r w:rsidRPr="00812E92">
        <w:t>bieżącemu</w:t>
      </w:r>
      <w:proofErr w:type="spellEnd"/>
      <w:r w:rsidRPr="00812E92">
        <w:t xml:space="preserve"> </w:t>
      </w:r>
      <w:proofErr w:type="spellStart"/>
      <w:r w:rsidRPr="00812E92">
        <w:t>monitoringowi</w:t>
      </w:r>
      <w:proofErr w:type="spellEnd"/>
      <w:r w:rsidRPr="00812E92">
        <w:t xml:space="preserve">. </w:t>
      </w:r>
      <w:proofErr w:type="spellStart"/>
      <w:r w:rsidR="00980077" w:rsidRPr="00980077">
        <w:t>Beneficjent</w:t>
      </w:r>
      <w:proofErr w:type="spellEnd"/>
      <w:r w:rsidR="00980077" w:rsidRPr="00980077">
        <w:t xml:space="preserve"> </w:t>
      </w:r>
      <w:proofErr w:type="spellStart"/>
      <w:r w:rsidR="00980077" w:rsidRPr="00980077">
        <w:t>dokumentuje</w:t>
      </w:r>
      <w:proofErr w:type="spellEnd"/>
      <w:r w:rsidR="00980077" w:rsidRPr="00980077">
        <w:t xml:space="preserve"> w </w:t>
      </w:r>
      <w:proofErr w:type="spellStart"/>
      <w:r w:rsidR="00980077" w:rsidRPr="00980077">
        <w:t>szczególności</w:t>
      </w:r>
      <w:proofErr w:type="spellEnd"/>
      <w:r w:rsidR="00980077" w:rsidRPr="00980077">
        <w:t xml:space="preserve"> </w:t>
      </w:r>
      <w:proofErr w:type="spellStart"/>
      <w:r w:rsidR="00980077" w:rsidRPr="00980077">
        <w:t>datę</w:t>
      </w:r>
      <w:proofErr w:type="spellEnd"/>
      <w:r w:rsidR="00980077" w:rsidRPr="00980077">
        <w:t xml:space="preserve"> </w:t>
      </w:r>
      <w:proofErr w:type="spellStart"/>
      <w:r w:rsidR="00980077" w:rsidRPr="00980077">
        <w:t>rozpoczęcia</w:t>
      </w:r>
      <w:proofErr w:type="spellEnd"/>
      <w:r w:rsidR="00980077" w:rsidRPr="00980077">
        <w:t xml:space="preserve"> </w:t>
      </w:r>
      <w:proofErr w:type="spellStart"/>
      <w:r w:rsidR="00980077" w:rsidRPr="00980077">
        <w:t>i</w:t>
      </w:r>
      <w:proofErr w:type="spellEnd"/>
      <w:r w:rsidR="00980077" w:rsidRPr="00980077">
        <w:t xml:space="preserve"> </w:t>
      </w:r>
      <w:proofErr w:type="spellStart"/>
      <w:r w:rsidR="00980077" w:rsidRPr="00980077">
        <w:t>zakończenia</w:t>
      </w:r>
      <w:proofErr w:type="spellEnd"/>
      <w:r w:rsidR="00980077" w:rsidRPr="00980077">
        <w:t xml:space="preserve"> </w:t>
      </w:r>
      <w:proofErr w:type="spellStart"/>
      <w:r w:rsidR="00980077" w:rsidRPr="00980077">
        <w:t>udziału</w:t>
      </w:r>
      <w:proofErr w:type="spellEnd"/>
      <w:r w:rsidR="00980077" w:rsidRPr="00980077">
        <w:t xml:space="preserve">, </w:t>
      </w:r>
      <w:proofErr w:type="spellStart"/>
      <w:r w:rsidR="00980077" w:rsidRPr="00980077">
        <w:t>udzielone</w:t>
      </w:r>
      <w:proofErr w:type="spellEnd"/>
      <w:r w:rsidR="00980077" w:rsidRPr="00980077">
        <w:t xml:space="preserve"> </w:t>
      </w:r>
      <w:proofErr w:type="spellStart"/>
      <w:r w:rsidR="00980077" w:rsidRPr="00980077">
        <w:t>formy</w:t>
      </w:r>
      <w:proofErr w:type="spellEnd"/>
      <w:r w:rsidR="00980077" w:rsidRPr="00980077">
        <w:t xml:space="preserve"> </w:t>
      </w:r>
      <w:proofErr w:type="spellStart"/>
      <w:r w:rsidR="00980077" w:rsidRPr="00980077">
        <w:t>wsparcia</w:t>
      </w:r>
      <w:proofErr w:type="spellEnd"/>
      <w:r w:rsidR="00980077" w:rsidRPr="00980077">
        <w:t xml:space="preserve">, </w:t>
      </w:r>
      <w:proofErr w:type="spellStart"/>
      <w:r w:rsidR="00980077" w:rsidRPr="00980077">
        <w:t>informację</w:t>
      </w:r>
      <w:proofErr w:type="spellEnd"/>
      <w:r w:rsidR="00980077" w:rsidRPr="00980077">
        <w:t xml:space="preserve">, </w:t>
      </w:r>
      <w:proofErr w:type="spellStart"/>
      <w:r w:rsidR="00980077" w:rsidRPr="00980077">
        <w:t>czy</w:t>
      </w:r>
      <w:proofErr w:type="spellEnd"/>
      <w:r w:rsidR="00980077" w:rsidRPr="00980077">
        <w:t xml:space="preserve"> </w:t>
      </w:r>
      <w:proofErr w:type="spellStart"/>
      <w:r w:rsidR="00980077" w:rsidRPr="00980077">
        <w:t>uczestnik</w:t>
      </w:r>
      <w:proofErr w:type="spellEnd"/>
      <w:r w:rsidR="00980077" w:rsidRPr="00980077">
        <w:t xml:space="preserve"> </w:t>
      </w:r>
      <w:proofErr w:type="spellStart"/>
      <w:r w:rsidR="00980077" w:rsidRPr="00980077">
        <w:t>zakończył</w:t>
      </w:r>
      <w:proofErr w:type="spellEnd"/>
      <w:r w:rsidR="00980077" w:rsidRPr="00980077">
        <w:t xml:space="preserve"> </w:t>
      </w:r>
      <w:proofErr w:type="spellStart"/>
      <w:r w:rsidR="00980077" w:rsidRPr="00980077">
        <w:t>udział</w:t>
      </w:r>
      <w:proofErr w:type="spellEnd"/>
      <w:r w:rsidR="00980077" w:rsidRPr="00980077">
        <w:t xml:space="preserve"> </w:t>
      </w:r>
      <w:proofErr w:type="spellStart"/>
      <w:r w:rsidR="00980077" w:rsidRPr="00980077">
        <w:t>zgodnie</w:t>
      </w:r>
      <w:proofErr w:type="spellEnd"/>
      <w:r w:rsidR="00980077" w:rsidRPr="00980077">
        <w:t xml:space="preserve"> z </w:t>
      </w:r>
      <w:proofErr w:type="spellStart"/>
      <w:r w:rsidR="00980077" w:rsidRPr="00980077">
        <w:t>zaplanowaną</w:t>
      </w:r>
      <w:proofErr w:type="spellEnd"/>
      <w:r w:rsidR="00980077" w:rsidRPr="00980077">
        <w:t xml:space="preserve"> </w:t>
      </w:r>
      <w:proofErr w:type="spellStart"/>
      <w:r w:rsidR="00980077" w:rsidRPr="00980077">
        <w:t>ścieżką</w:t>
      </w:r>
      <w:proofErr w:type="spellEnd"/>
      <w:r w:rsidR="00980077" w:rsidRPr="00980077">
        <w:t xml:space="preserve">, </w:t>
      </w:r>
      <w:proofErr w:type="spellStart"/>
      <w:r w:rsidR="00980077" w:rsidRPr="00980077">
        <w:t>oraz</w:t>
      </w:r>
      <w:proofErr w:type="spellEnd"/>
      <w:r w:rsidR="00980077" w:rsidRPr="00980077">
        <w:t xml:space="preserve"> </w:t>
      </w:r>
      <w:proofErr w:type="spellStart"/>
      <w:r w:rsidR="00980077" w:rsidRPr="00980077">
        <w:t>dane</w:t>
      </w:r>
      <w:proofErr w:type="spellEnd"/>
      <w:r w:rsidR="00980077" w:rsidRPr="00980077">
        <w:t xml:space="preserve"> </w:t>
      </w:r>
      <w:proofErr w:type="spellStart"/>
      <w:r w:rsidR="00980077" w:rsidRPr="00980077">
        <w:t>wymagane</w:t>
      </w:r>
      <w:proofErr w:type="spellEnd"/>
      <w:r w:rsidR="00980077" w:rsidRPr="00980077">
        <w:t xml:space="preserve"> po </w:t>
      </w:r>
      <w:proofErr w:type="spellStart"/>
      <w:r w:rsidR="00980077" w:rsidRPr="00980077">
        <w:t>zakończeniu</w:t>
      </w:r>
      <w:proofErr w:type="spellEnd"/>
      <w:r w:rsidR="00980077" w:rsidRPr="00980077">
        <w:t xml:space="preserve"> </w:t>
      </w:r>
      <w:proofErr w:type="spellStart"/>
      <w:r w:rsidR="00980077" w:rsidRPr="00980077">
        <w:t>udziału</w:t>
      </w:r>
      <w:proofErr w:type="spellEnd"/>
      <w:r w:rsidRPr="00812E92">
        <w:t xml:space="preserve">. </w:t>
      </w:r>
      <w:proofErr w:type="spellStart"/>
      <w:r w:rsidRPr="00812E92">
        <w:t>Zakres</w:t>
      </w:r>
      <w:proofErr w:type="spellEnd"/>
      <w:r w:rsidRPr="00812E92">
        <w:t xml:space="preserve"> </w:t>
      </w:r>
      <w:proofErr w:type="spellStart"/>
      <w:r w:rsidRPr="00812E92">
        <w:t>tych</w:t>
      </w:r>
      <w:proofErr w:type="spellEnd"/>
      <w:r w:rsidRPr="00812E92">
        <w:t xml:space="preserve"> </w:t>
      </w:r>
      <w:proofErr w:type="spellStart"/>
      <w:r w:rsidRPr="00812E92">
        <w:t>danych</w:t>
      </w:r>
      <w:proofErr w:type="spellEnd"/>
      <w:r w:rsidRPr="00812E92">
        <w:t xml:space="preserve"> </w:t>
      </w:r>
      <w:proofErr w:type="spellStart"/>
      <w:r w:rsidRPr="00812E92">
        <w:t>ustala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odpowiednio</w:t>
      </w:r>
      <w:proofErr w:type="spellEnd"/>
      <w:r w:rsidRPr="00812E92">
        <w:t xml:space="preserve"> do </w:t>
      </w:r>
      <w:proofErr w:type="spellStart"/>
      <w:r w:rsidRPr="00812E92">
        <w:t>rodzaju</w:t>
      </w:r>
      <w:proofErr w:type="spellEnd"/>
      <w:r w:rsidRPr="00812E92">
        <w:t xml:space="preserve"> </w:t>
      </w:r>
      <w:proofErr w:type="spellStart"/>
      <w:r w:rsidRPr="00812E92">
        <w:t>uczestnika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właściwych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wskaźników</w:t>
      </w:r>
      <w:proofErr w:type="spellEnd"/>
      <w:r w:rsidRPr="00812E92">
        <w:t xml:space="preserve">;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pozyskuje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informacji</w:t>
      </w:r>
      <w:proofErr w:type="spellEnd"/>
      <w:r w:rsidRPr="00812E92">
        <w:t xml:space="preserve">, </w:t>
      </w:r>
      <w:proofErr w:type="spellStart"/>
      <w:r w:rsidRPr="00812E92">
        <w:t>które</w:t>
      </w:r>
      <w:proofErr w:type="spellEnd"/>
      <w:r w:rsidRPr="00812E92">
        <w:t xml:space="preserve">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dotyczą</w:t>
      </w:r>
      <w:proofErr w:type="spellEnd"/>
      <w:r w:rsidRPr="00812E92">
        <w:t xml:space="preserve"> </w:t>
      </w:r>
      <w:proofErr w:type="spellStart"/>
      <w:r w:rsidRPr="00812E92">
        <w:t>danego</w:t>
      </w:r>
      <w:proofErr w:type="spellEnd"/>
      <w:r w:rsidRPr="00812E92">
        <w:t xml:space="preserve"> </w:t>
      </w:r>
      <w:proofErr w:type="spellStart"/>
      <w:r w:rsidRPr="00812E92">
        <w:t>uczestnika</w:t>
      </w:r>
      <w:proofErr w:type="spellEnd"/>
      <w:r w:rsidRPr="00812E92">
        <w:t>.</w:t>
      </w:r>
    </w:p>
    <w:p w14:paraId="1176C612" w14:textId="24AF57F9" w:rsidR="00B14F83" w:rsidRPr="00812E92" w:rsidRDefault="00D25090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proofErr w:type="spellStart"/>
      <w:r w:rsidRPr="00D25090">
        <w:t>Zakończenie</w:t>
      </w:r>
      <w:proofErr w:type="spellEnd"/>
      <w:r w:rsidRPr="00D25090">
        <w:t xml:space="preserve"> </w:t>
      </w:r>
      <w:proofErr w:type="spellStart"/>
      <w:r w:rsidRPr="00D25090">
        <w:t>udziału</w:t>
      </w:r>
      <w:proofErr w:type="spellEnd"/>
      <w:r w:rsidRPr="00D25090">
        <w:t xml:space="preserve"> </w:t>
      </w:r>
      <w:proofErr w:type="spellStart"/>
      <w:r w:rsidRPr="00D25090">
        <w:t>oraz</w:t>
      </w:r>
      <w:proofErr w:type="spellEnd"/>
      <w:r w:rsidRPr="00D25090">
        <w:t xml:space="preserve"> </w:t>
      </w:r>
      <w:proofErr w:type="spellStart"/>
      <w:r w:rsidRPr="00D25090">
        <w:t>sytuację</w:t>
      </w:r>
      <w:proofErr w:type="spellEnd"/>
      <w:r w:rsidRPr="00D25090">
        <w:t xml:space="preserve"> </w:t>
      </w:r>
      <w:proofErr w:type="spellStart"/>
      <w:r w:rsidRPr="00D25090">
        <w:t>uczestników</w:t>
      </w:r>
      <w:proofErr w:type="spellEnd"/>
      <w:r w:rsidRPr="00D25090">
        <w:t xml:space="preserve"> po </w:t>
      </w:r>
      <w:proofErr w:type="spellStart"/>
      <w:r w:rsidRPr="00D25090">
        <w:t>opuszczeniu</w:t>
      </w:r>
      <w:proofErr w:type="spellEnd"/>
      <w:r w:rsidRPr="00D25090">
        <w:t xml:space="preserve"> </w:t>
      </w:r>
      <w:proofErr w:type="spellStart"/>
      <w:r w:rsidRPr="00D25090">
        <w:t>projektu</w:t>
      </w:r>
      <w:proofErr w:type="spellEnd"/>
      <w:r w:rsidRPr="00D25090">
        <w:t xml:space="preserve"> </w:t>
      </w:r>
      <w:proofErr w:type="spellStart"/>
      <w:r w:rsidRPr="00D25090">
        <w:t>dokumentuje</w:t>
      </w:r>
      <w:proofErr w:type="spellEnd"/>
      <w:r w:rsidRPr="00D25090">
        <w:t xml:space="preserve"> </w:t>
      </w:r>
      <w:proofErr w:type="spellStart"/>
      <w:r w:rsidRPr="00D25090">
        <w:t>się</w:t>
      </w:r>
      <w:proofErr w:type="spellEnd"/>
      <w:r w:rsidRPr="00D25090">
        <w:t xml:space="preserve"> za </w:t>
      </w:r>
      <w:proofErr w:type="spellStart"/>
      <w:r w:rsidRPr="00D25090">
        <w:t>pomocą</w:t>
      </w:r>
      <w:proofErr w:type="spellEnd"/>
      <w:r w:rsidRPr="00D25090">
        <w:t xml:space="preserve"> </w:t>
      </w:r>
      <w:proofErr w:type="spellStart"/>
      <w:r w:rsidRPr="00D25090">
        <w:t>Zbiorczej</w:t>
      </w:r>
      <w:proofErr w:type="spellEnd"/>
      <w:r w:rsidRPr="00D25090">
        <w:t xml:space="preserve"> </w:t>
      </w:r>
      <w:proofErr w:type="spellStart"/>
      <w:r w:rsidRPr="00D25090">
        <w:t>karty</w:t>
      </w:r>
      <w:proofErr w:type="spellEnd"/>
      <w:r w:rsidRPr="00D25090">
        <w:t xml:space="preserve"> </w:t>
      </w:r>
      <w:proofErr w:type="spellStart"/>
      <w:r w:rsidRPr="00D25090">
        <w:t>zakończenia</w:t>
      </w:r>
      <w:proofErr w:type="spellEnd"/>
      <w:r w:rsidRPr="00D25090">
        <w:t xml:space="preserve"> </w:t>
      </w:r>
      <w:proofErr w:type="spellStart"/>
      <w:r w:rsidRPr="00D25090">
        <w:t>udziału</w:t>
      </w:r>
      <w:proofErr w:type="spellEnd"/>
      <w:r w:rsidRPr="00D25090">
        <w:t xml:space="preserve"> w </w:t>
      </w:r>
      <w:proofErr w:type="spellStart"/>
      <w:r w:rsidRPr="00D25090">
        <w:t>projekcie</w:t>
      </w:r>
      <w:proofErr w:type="spellEnd"/>
      <w:r w:rsidRPr="00D25090">
        <w:t xml:space="preserve"> </w:t>
      </w:r>
      <w:proofErr w:type="spellStart"/>
      <w:r w:rsidRPr="00D25090">
        <w:t>i</w:t>
      </w:r>
      <w:proofErr w:type="spellEnd"/>
      <w:r w:rsidRPr="00D25090">
        <w:t xml:space="preserve"> </w:t>
      </w:r>
      <w:proofErr w:type="spellStart"/>
      <w:r w:rsidRPr="00D25090">
        <w:t>sytuacji</w:t>
      </w:r>
      <w:proofErr w:type="spellEnd"/>
      <w:r w:rsidRPr="00D25090">
        <w:t xml:space="preserve"> </w:t>
      </w:r>
      <w:proofErr w:type="spellStart"/>
      <w:r w:rsidRPr="00D25090">
        <w:t>uczestników</w:t>
      </w:r>
      <w:proofErr w:type="spellEnd"/>
      <w:r w:rsidRPr="00D25090">
        <w:t xml:space="preserve"> po </w:t>
      </w:r>
      <w:proofErr w:type="spellStart"/>
      <w:r w:rsidRPr="00D25090">
        <w:t>opuszczeniu</w:t>
      </w:r>
      <w:proofErr w:type="spellEnd"/>
      <w:r w:rsidRPr="00D25090">
        <w:t xml:space="preserve"> </w:t>
      </w:r>
      <w:proofErr w:type="spellStart"/>
      <w:r w:rsidRPr="00D25090">
        <w:t>projektu</w:t>
      </w:r>
      <w:proofErr w:type="spellEnd"/>
      <w:r w:rsidRPr="00D25090">
        <w:t xml:space="preserve">, </w:t>
      </w:r>
      <w:proofErr w:type="spellStart"/>
      <w:r w:rsidRPr="00D25090">
        <w:t>stanowiącej</w:t>
      </w:r>
      <w:proofErr w:type="spellEnd"/>
      <w:r w:rsidRPr="00D25090">
        <w:t xml:space="preserve"> </w:t>
      </w:r>
      <w:proofErr w:type="spellStart"/>
      <w:r w:rsidRPr="00D25090">
        <w:t>Załącznik</w:t>
      </w:r>
      <w:proofErr w:type="spellEnd"/>
      <w:r w:rsidRPr="00D25090">
        <w:t xml:space="preserve"> nr 7. </w:t>
      </w:r>
      <w:proofErr w:type="spellStart"/>
      <w:r w:rsidRPr="00D25090">
        <w:t>Kartę</w:t>
      </w:r>
      <w:proofErr w:type="spellEnd"/>
      <w:r w:rsidRPr="00D25090">
        <w:t xml:space="preserve"> </w:t>
      </w:r>
      <w:proofErr w:type="spellStart"/>
      <w:r w:rsidRPr="00D25090">
        <w:t>sporządza</w:t>
      </w:r>
      <w:proofErr w:type="spellEnd"/>
      <w:r w:rsidRPr="00D25090">
        <w:t xml:space="preserve"> </w:t>
      </w:r>
      <w:proofErr w:type="spellStart"/>
      <w:r w:rsidRPr="00D25090">
        <w:t>i</w:t>
      </w:r>
      <w:proofErr w:type="spellEnd"/>
      <w:r w:rsidRPr="00D25090">
        <w:t xml:space="preserve"> </w:t>
      </w:r>
      <w:proofErr w:type="spellStart"/>
      <w:r w:rsidRPr="00D25090">
        <w:t>aktualizuje</w:t>
      </w:r>
      <w:proofErr w:type="spellEnd"/>
      <w:r w:rsidRPr="00D25090">
        <w:t xml:space="preserve"> </w:t>
      </w:r>
      <w:proofErr w:type="spellStart"/>
      <w:r w:rsidRPr="00D25090">
        <w:t>upoważniony</w:t>
      </w:r>
      <w:proofErr w:type="spellEnd"/>
      <w:r w:rsidRPr="00D25090">
        <w:t xml:space="preserve"> </w:t>
      </w:r>
      <w:proofErr w:type="spellStart"/>
      <w:r w:rsidRPr="00D25090">
        <w:t>pracownik</w:t>
      </w:r>
      <w:proofErr w:type="spellEnd"/>
      <w:r w:rsidRPr="00D25090">
        <w:t xml:space="preserve"> </w:t>
      </w:r>
      <w:proofErr w:type="spellStart"/>
      <w:r w:rsidRPr="00D25090">
        <w:t>Beneficjenta</w:t>
      </w:r>
      <w:proofErr w:type="spellEnd"/>
      <w:r w:rsidRPr="00D25090">
        <w:t xml:space="preserve"> </w:t>
      </w:r>
      <w:proofErr w:type="spellStart"/>
      <w:r w:rsidRPr="00D25090">
        <w:t>lub</w:t>
      </w:r>
      <w:proofErr w:type="spellEnd"/>
      <w:r w:rsidRPr="00D25090">
        <w:t xml:space="preserve"> OWP </w:t>
      </w:r>
      <w:proofErr w:type="spellStart"/>
      <w:r w:rsidRPr="00D25090">
        <w:t>na</w:t>
      </w:r>
      <w:proofErr w:type="spellEnd"/>
      <w:r w:rsidRPr="00D25090">
        <w:t xml:space="preserve"> </w:t>
      </w:r>
      <w:proofErr w:type="spellStart"/>
      <w:r w:rsidRPr="00D25090">
        <w:t>podstawie</w:t>
      </w:r>
      <w:proofErr w:type="spellEnd"/>
      <w:r w:rsidRPr="00D25090">
        <w:t xml:space="preserve"> </w:t>
      </w:r>
      <w:proofErr w:type="spellStart"/>
      <w:r w:rsidRPr="00D25090">
        <w:t>wiarygodnej</w:t>
      </w:r>
      <w:proofErr w:type="spellEnd"/>
      <w:r w:rsidRPr="00D25090">
        <w:t xml:space="preserve"> </w:t>
      </w:r>
      <w:proofErr w:type="spellStart"/>
      <w:r w:rsidRPr="00D25090">
        <w:t>dokumentacji</w:t>
      </w:r>
      <w:proofErr w:type="spellEnd"/>
      <w:r w:rsidRPr="00D25090">
        <w:t xml:space="preserve"> </w:t>
      </w:r>
      <w:proofErr w:type="spellStart"/>
      <w:r w:rsidRPr="00D25090">
        <w:t>źródłowej</w:t>
      </w:r>
      <w:proofErr w:type="spellEnd"/>
      <w:r w:rsidRPr="00D25090">
        <w:t xml:space="preserve">. </w:t>
      </w:r>
      <w:proofErr w:type="spellStart"/>
      <w:r w:rsidRPr="00D25090">
        <w:t>Jeżeli</w:t>
      </w:r>
      <w:proofErr w:type="spellEnd"/>
      <w:r w:rsidRPr="00D25090">
        <w:t xml:space="preserve"> </w:t>
      </w:r>
      <w:proofErr w:type="spellStart"/>
      <w:r w:rsidRPr="00D25090">
        <w:t>wymagane</w:t>
      </w:r>
      <w:proofErr w:type="spellEnd"/>
      <w:r w:rsidRPr="00D25090">
        <w:t xml:space="preserve"> </w:t>
      </w:r>
      <w:proofErr w:type="spellStart"/>
      <w:r w:rsidRPr="00D25090">
        <w:t>informacje</w:t>
      </w:r>
      <w:proofErr w:type="spellEnd"/>
      <w:r w:rsidRPr="00D25090">
        <w:t xml:space="preserve"> </w:t>
      </w:r>
      <w:proofErr w:type="spellStart"/>
      <w:r w:rsidRPr="00D25090">
        <w:t>dotyczące</w:t>
      </w:r>
      <w:proofErr w:type="spellEnd"/>
      <w:r w:rsidRPr="00D25090">
        <w:t xml:space="preserve"> </w:t>
      </w:r>
      <w:proofErr w:type="spellStart"/>
      <w:r w:rsidRPr="00D25090">
        <w:t>dziecka</w:t>
      </w:r>
      <w:proofErr w:type="spellEnd"/>
      <w:r w:rsidRPr="00D25090">
        <w:t xml:space="preserve"> </w:t>
      </w:r>
      <w:proofErr w:type="spellStart"/>
      <w:r w:rsidRPr="00D25090">
        <w:t>są</w:t>
      </w:r>
      <w:proofErr w:type="spellEnd"/>
      <w:r w:rsidRPr="00D25090">
        <w:t xml:space="preserve"> </w:t>
      </w:r>
      <w:proofErr w:type="spellStart"/>
      <w:r w:rsidRPr="00D25090">
        <w:t>dostępne</w:t>
      </w:r>
      <w:proofErr w:type="spellEnd"/>
      <w:r w:rsidRPr="00D25090">
        <w:t xml:space="preserve"> </w:t>
      </w:r>
      <w:proofErr w:type="spellStart"/>
      <w:r w:rsidRPr="00D25090">
        <w:t>albo</w:t>
      </w:r>
      <w:proofErr w:type="spellEnd"/>
      <w:r w:rsidRPr="00D25090">
        <w:t xml:space="preserve"> </w:t>
      </w:r>
      <w:proofErr w:type="spellStart"/>
      <w:r w:rsidRPr="00D25090">
        <w:t>można</w:t>
      </w:r>
      <w:proofErr w:type="spellEnd"/>
      <w:r w:rsidRPr="00D25090">
        <w:t xml:space="preserve"> je </w:t>
      </w:r>
      <w:proofErr w:type="spellStart"/>
      <w:r w:rsidRPr="00D25090">
        <w:t>wiarygodnie</w:t>
      </w:r>
      <w:proofErr w:type="spellEnd"/>
      <w:r w:rsidRPr="00D25090">
        <w:t xml:space="preserve"> </w:t>
      </w:r>
      <w:proofErr w:type="spellStart"/>
      <w:r w:rsidRPr="00D25090">
        <w:t>ustalić</w:t>
      </w:r>
      <w:proofErr w:type="spellEnd"/>
      <w:r w:rsidRPr="00D25090">
        <w:t xml:space="preserve"> </w:t>
      </w:r>
      <w:proofErr w:type="spellStart"/>
      <w:r w:rsidRPr="00D25090">
        <w:t>na</w:t>
      </w:r>
      <w:proofErr w:type="spellEnd"/>
      <w:r w:rsidRPr="00D25090">
        <w:t xml:space="preserve"> </w:t>
      </w:r>
      <w:proofErr w:type="spellStart"/>
      <w:r w:rsidRPr="00D25090">
        <w:t>podstawie</w:t>
      </w:r>
      <w:proofErr w:type="spellEnd"/>
      <w:r w:rsidRPr="00D25090">
        <w:t xml:space="preserve"> </w:t>
      </w:r>
      <w:proofErr w:type="spellStart"/>
      <w:r w:rsidRPr="00D25090">
        <w:t>dokumentacji</w:t>
      </w:r>
      <w:proofErr w:type="spellEnd"/>
      <w:r w:rsidRPr="00D25090">
        <w:t xml:space="preserve"> </w:t>
      </w:r>
      <w:proofErr w:type="spellStart"/>
      <w:r w:rsidRPr="00D25090">
        <w:t>projektu</w:t>
      </w:r>
      <w:proofErr w:type="spellEnd"/>
      <w:r w:rsidRPr="00D25090">
        <w:t xml:space="preserve">, OWP </w:t>
      </w:r>
      <w:proofErr w:type="spellStart"/>
      <w:r w:rsidRPr="00D25090">
        <w:t>lub</w:t>
      </w:r>
      <w:proofErr w:type="spellEnd"/>
      <w:r w:rsidRPr="00D25090">
        <w:t xml:space="preserve"> </w:t>
      </w:r>
      <w:proofErr w:type="spellStart"/>
      <w:r w:rsidRPr="00D25090">
        <w:t>szkoły</w:t>
      </w:r>
      <w:proofErr w:type="spellEnd"/>
      <w:r w:rsidRPr="00D25090">
        <w:t xml:space="preserve">, </w:t>
      </w:r>
      <w:proofErr w:type="spellStart"/>
      <w:r w:rsidRPr="00D25090">
        <w:t>rodzic</w:t>
      </w:r>
      <w:proofErr w:type="spellEnd"/>
      <w:r w:rsidRPr="00D25090">
        <w:t xml:space="preserve"> </w:t>
      </w:r>
      <w:proofErr w:type="spellStart"/>
      <w:r w:rsidRPr="00D25090">
        <w:t>lub</w:t>
      </w:r>
      <w:proofErr w:type="spellEnd"/>
      <w:r w:rsidRPr="00D25090">
        <w:t xml:space="preserve"> </w:t>
      </w:r>
      <w:proofErr w:type="spellStart"/>
      <w:r w:rsidRPr="00D25090">
        <w:t>opiekun</w:t>
      </w:r>
      <w:proofErr w:type="spellEnd"/>
      <w:r w:rsidRPr="00D25090">
        <w:t xml:space="preserve"> prawny </w:t>
      </w:r>
      <w:proofErr w:type="spellStart"/>
      <w:r w:rsidRPr="00D25090">
        <w:t>nie</w:t>
      </w:r>
      <w:proofErr w:type="spellEnd"/>
      <w:r w:rsidRPr="00D25090">
        <w:t xml:space="preserve"> jest </w:t>
      </w:r>
      <w:proofErr w:type="spellStart"/>
      <w:r w:rsidRPr="00D25090">
        <w:t>zobowiązany</w:t>
      </w:r>
      <w:proofErr w:type="spellEnd"/>
      <w:r w:rsidRPr="00D25090">
        <w:t xml:space="preserve"> do </w:t>
      </w:r>
      <w:proofErr w:type="spellStart"/>
      <w:r w:rsidRPr="00D25090">
        <w:t>składania</w:t>
      </w:r>
      <w:proofErr w:type="spellEnd"/>
      <w:r w:rsidRPr="00D25090">
        <w:t xml:space="preserve"> </w:t>
      </w:r>
      <w:proofErr w:type="spellStart"/>
      <w:r w:rsidRPr="00D25090">
        <w:t>dodatkowego</w:t>
      </w:r>
      <w:proofErr w:type="spellEnd"/>
      <w:r w:rsidRPr="00D25090">
        <w:t xml:space="preserve"> </w:t>
      </w:r>
      <w:proofErr w:type="spellStart"/>
      <w:r w:rsidRPr="00D25090">
        <w:t>oświadczenia</w:t>
      </w:r>
      <w:proofErr w:type="spellEnd"/>
      <w:r w:rsidRPr="00D25090">
        <w:t xml:space="preserve"> ani </w:t>
      </w:r>
      <w:proofErr w:type="spellStart"/>
      <w:r w:rsidRPr="00D25090">
        <w:t>podpisywania</w:t>
      </w:r>
      <w:proofErr w:type="spellEnd"/>
      <w:r w:rsidRPr="00D25090">
        <w:t xml:space="preserve"> </w:t>
      </w:r>
      <w:proofErr w:type="spellStart"/>
      <w:r w:rsidRPr="00D25090">
        <w:t>karty</w:t>
      </w:r>
      <w:proofErr w:type="spellEnd"/>
      <w:r w:rsidRPr="00D25090">
        <w:t xml:space="preserve">. W </w:t>
      </w:r>
      <w:proofErr w:type="spellStart"/>
      <w:r w:rsidRPr="00D25090">
        <w:t>pozostałym</w:t>
      </w:r>
      <w:proofErr w:type="spellEnd"/>
      <w:r w:rsidRPr="00D25090">
        <w:t xml:space="preserve"> </w:t>
      </w:r>
      <w:proofErr w:type="spellStart"/>
      <w:r w:rsidRPr="00D25090">
        <w:t>zakresie</w:t>
      </w:r>
      <w:proofErr w:type="spellEnd"/>
      <w:r w:rsidRPr="00D25090">
        <w:t xml:space="preserve"> </w:t>
      </w:r>
      <w:proofErr w:type="spellStart"/>
      <w:r w:rsidRPr="00D25090">
        <w:t>stosuje</w:t>
      </w:r>
      <w:proofErr w:type="spellEnd"/>
      <w:r w:rsidRPr="00D25090">
        <w:t xml:space="preserve"> </w:t>
      </w:r>
      <w:proofErr w:type="spellStart"/>
      <w:r w:rsidRPr="00D25090">
        <w:t>się</w:t>
      </w:r>
      <w:proofErr w:type="spellEnd"/>
      <w:r w:rsidRPr="00D25090">
        <w:t xml:space="preserve"> </w:t>
      </w:r>
      <w:proofErr w:type="spellStart"/>
      <w:r w:rsidRPr="00D25090">
        <w:t>ust</w:t>
      </w:r>
      <w:proofErr w:type="spellEnd"/>
      <w:r w:rsidRPr="00D25090">
        <w:t xml:space="preserve">. 2 lit. f. W </w:t>
      </w:r>
      <w:proofErr w:type="spellStart"/>
      <w:r w:rsidRPr="00D25090">
        <w:t>przypadku</w:t>
      </w:r>
      <w:proofErr w:type="spellEnd"/>
      <w:r w:rsidRPr="00D25090">
        <w:t xml:space="preserve"> </w:t>
      </w:r>
      <w:proofErr w:type="spellStart"/>
      <w:r w:rsidRPr="00D25090">
        <w:t>wcześniejszej</w:t>
      </w:r>
      <w:proofErr w:type="spellEnd"/>
      <w:r w:rsidRPr="00D25090">
        <w:t xml:space="preserve"> </w:t>
      </w:r>
      <w:proofErr w:type="spellStart"/>
      <w:r w:rsidRPr="00D25090">
        <w:t>rezygnacji</w:t>
      </w:r>
      <w:proofErr w:type="spellEnd"/>
      <w:r w:rsidRPr="00D25090">
        <w:t xml:space="preserve"> </w:t>
      </w:r>
      <w:proofErr w:type="spellStart"/>
      <w:r w:rsidRPr="00D25090">
        <w:t>uczestnik</w:t>
      </w:r>
      <w:proofErr w:type="spellEnd"/>
      <w:r w:rsidRPr="00D25090">
        <w:t xml:space="preserve">, a w </w:t>
      </w:r>
      <w:proofErr w:type="spellStart"/>
      <w:r w:rsidRPr="00D25090">
        <w:t>przypadku</w:t>
      </w:r>
      <w:proofErr w:type="spellEnd"/>
      <w:r w:rsidRPr="00D25090">
        <w:t xml:space="preserve"> </w:t>
      </w:r>
      <w:proofErr w:type="spellStart"/>
      <w:r w:rsidRPr="00D25090">
        <w:t>dziecka</w:t>
      </w:r>
      <w:proofErr w:type="spellEnd"/>
      <w:r w:rsidRPr="00D25090">
        <w:t xml:space="preserve"> </w:t>
      </w:r>
      <w:proofErr w:type="spellStart"/>
      <w:r w:rsidRPr="00D25090">
        <w:t>jego</w:t>
      </w:r>
      <w:proofErr w:type="spellEnd"/>
      <w:r w:rsidRPr="00D25090">
        <w:t xml:space="preserve"> </w:t>
      </w:r>
      <w:proofErr w:type="spellStart"/>
      <w:r w:rsidRPr="00D25090">
        <w:t>rodzic</w:t>
      </w:r>
      <w:proofErr w:type="spellEnd"/>
      <w:r w:rsidRPr="00D25090">
        <w:t xml:space="preserve"> </w:t>
      </w:r>
      <w:proofErr w:type="spellStart"/>
      <w:r w:rsidRPr="00D25090">
        <w:t>lub</w:t>
      </w:r>
      <w:proofErr w:type="spellEnd"/>
      <w:r w:rsidRPr="00D25090">
        <w:t xml:space="preserve"> </w:t>
      </w:r>
      <w:proofErr w:type="spellStart"/>
      <w:r w:rsidRPr="00D25090">
        <w:t>opiekun</w:t>
      </w:r>
      <w:proofErr w:type="spellEnd"/>
      <w:r w:rsidRPr="00D25090">
        <w:t xml:space="preserve"> prawny, </w:t>
      </w:r>
      <w:proofErr w:type="spellStart"/>
      <w:r w:rsidRPr="00D25090">
        <w:t>składa</w:t>
      </w:r>
      <w:proofErr w:type="spellEnd"/>
      <w:r w:rsidRPr="00D25090">
        <w:t xml:space="preserve"> </w:t>
      </w:r>
      <w:proofErr w:type="spellStart"/>
      <w:r w:rsidRPr="00D25090">
        <w:t>dodatkowo</w:t>
      </w:r>
      <w:proofErr w:type="spellEnd"/>
      <w:r w:rsidRPr="00D25090">
        <w:t xml:space="preserve"> </w:t>
      </w:r>
      <w:proofErr w:type="spellStart"/>
      <w:r w:rsidRPr="00D25090">
        <w:t>pisemne</w:t>
      </w:r>
      <w:proofErr w:type="spellEnd"/>
      <w:r w:rsidRPr="00D25090">
        <w:t xml:space="preserve"> </w:t>
      </w:r>
      <w:proofErr w:type="spellStart"/>
      <w:r w:rsidRPr="00D25090">
        <w:t>oświadczenie</w:t>
      </w:r>
      <w:proofErr w:type="spellEnd"/>
      <w:r w:rsidRPr="00D25090">
        <w:t xml:space="preserve"> o </w:t>
      </w:r>
      <w:proofErr w:type="spellStart"/>
      <w:r w:rsidRPr="00D25090">
        <w:t>rezygnacji</w:t>
      </w:r>
      <w:proofErr w:type="spellEnd"/>
      <w:r w:rsidRPr="00D25090">
        <w:t xml:space="preserve">, </w:t>
      </w:r>
      <w:proofErr w:type="spellStart"/>
      <w:r w:rsidRPr="00D25090">
        <w:t>zgodnie</w:t>
      </w:r>
      <w:proofErr w:type="spellEnd"/>
      <w:r w:rsidRPr="00D25090">
        <w:t xml:space="preserve"> </w:t>
      </w:r>
      <w:proofErr w:type="spellStart"/>
      <w:r w:rsidRPr="00D25090">
        <w:t>ze</w:t>
      </w:r>
      <w:proofErr w:type="spellEnd"/>
      <w:r w:rsidRPr="00D25090">
        <w:t xml:space="preserve"> </w:t>
      </w:r>
      <w:proofErr w:type="spellStart"/>
      <w:r w:rsidRPr="00D25090">
        <w:t>wzorem</w:t>
      </w:r>
      <w:proofErr w:type="spellEnd"/>
      <w:r w:rsidRPr="00D25090">
        <w:t xml:space="preserve"> </w:t>
      </w:r>
      <w:proofErr w:type="spellStart"/>
      <w:r w:rsidRPr="00D25090">
        <w:t>stanowiącym</w:t>
      </w:r>
      <w:proofErr w:type="spellEnd"/>
      <w:r w:rsidRPr="00D25090">
        <w:t xml:space="preserve"> </w:t>
      </w:r>
      <w:proofErr w:type="spellStart"/>
      <w:r w:rsidRPr="00D25090">
        <w:t>Załącznik</w:t>
      </w:r>
      <w:proofErr w:type="spellEnd"/>
      <w:r w:rsidRPr="00D25090">
        <w:t xml:space="preserve"> nr 3</w:t>
      </w:r>
      <w:r w:rsidR="006F5905" w:rsidRPr="00812E92">
        <w:t>.</w:t>
      </w:r>
    </w:p>
    <w:p w14:paraId="149966E6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r w:rsidRPr="00812E92">
        <w:t xml:space="preserve">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rezygnacji</w:t>
      </w:r>
      <w:proofErr w:type="spellEnd"/>
      <w:r w:rsidRPr="00812E92">
        <w:t xml:space="preserve"> </w:t>
      </w:r>
      <w:proofErr w:type="spellStart"/>
      <w:r w:rsidRPr="00812E92">
        <w:t>zastosowanie</w:t>
      </w:r>
      <w:proofErr w:type="spellEnd"/>
      <w:r w:rsidRPr="00812E92">
        <w:t xml:space="preserve"> </w:t>
      </w:r>
      <w:proofErr w:type="spellStart"/>
      <w:r w:rsidRPr="00812E92">
        <w:t>mają</w:t>
      </w:r>
      <w:proofErr w:type="spellEnd"/>
      <w:r w:rsidRPr="00812E92">
        <w:t xml:space="preserve"> </w:t>
      </w:r>
      <w:proofErr w:type="spellStart"/>
      <w:r w:rsidRPr="00812E92">
        <w:t>zasady</w:t>
      </w:r>
      <w:proofErr w:type="spellEnd"/>
      <w:r w:rsidRPr="00812E92">
        <w:t xml:space="preserve"> </w:t>
      </w:r>
      <w:proofErr w:type="spellStart"/>
      <w:r w:rsidRPr="00812E92">
        <w:t>określone</w:t>
      </w:r>
      <w:proofErr w:type="spellEnd"/>
      <w:r w:rsidRPr="00812E92">
        <w:t xml:space="preserve"> w § 6 </w:t>
      </w:r>
      <w:proofErr w:type="spellStart"/>
      <w:r w:rsidRPr="00812E92">
        <w:t>dotyczące</w:t>
      </w:r>
      <w:proofErr w:type="spellEnd"/>
      <w:r w:rsidRPr="00812E92">
        <w:t xml:space="preserve"> </w:t>
      </w:r>
      <w:proofErr w:type="spellStart"/>
      <w:r w:rsidRPr="00812E92">
        <w:t>listy</w:t>
      </w:r>
      <w:proofErr w:type="spellEnd"/>
      <w:r w:rsidRPr="00812E92">
        <w:t xml:space="preserve"> </w:t>
      </w:r>
      <w:proofErr w:type="spellStart"/>
      <w:r w:rsidRPr="00812E92">
        <w:t>rezerwowej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rekrutacji</w:t>
      </w:r>
      <w:proofErr w:type="spellEnd"/>
      <w:r w:rsidRPr="00812E92">
        <w:t xml:space="preserve"> </w:t>
      </w:r>
      <w:proofErr w:type="spellStart"/>
      <w:r w:rsidRPr="00812E92">
        <w:t>uzupełniającej</w:t>
      </w:r>
      <w:proofErr w:type="spellEnd"/>
      <w:r w:rsidRPr="00812E92">
        <w:t>.</w:t>
      </w:r>
    </w:p>
    <w:p w14:paraId="5C0D4E89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r w:rsidRPr="00812E92">
        <w:t xml:space="preserve">Dane </w:t>
      </w:r>
      <w:proofErr w:type="spellStart"/>
      <w:r w:rsidRPr="00812E92">
        <w:t>osobowe</w:t>
      </w:r>
      <w:proofErr w:type="spellEnd"/>
      <w:r w:rsidRPr="00812E92">
        <w:t xml:space="preserve"> </w:t>
      </w:r>
      <w:proofErr w:type="spellStart"/>
      <w:r w:rsidRPr="00812E92">
        <w:t>uczestników</w:t>
      </w:r>
      <w:proofErr w:type="spellEnd"/>
      <w:r w:rsidRPr="00812E92">
        <w:t xml:space="preserve"> </w:t>
      </w:r>
      <w:proofErr w:type="spellStart"/>
      <w:r w:rsidRPr="00812E92">
        <w:t>przetwarzane</w:t>
      </w:r>
      <w:proofErr w:type="spellEnd"/>
      <w:r w:rsidRPr="00812E92">
        <w:t xml:space="preserve"> </w:t>
      </w:r>
      <w:proofErr w:type="spellStart"/>
      <w:r w:rsidRPr="00812E92">
        <w:t>są</w:t>
      </w:r>
      <w:proofErr w:type="spellEnd"/>
      <w:r w:rsidRPr="00812E92">
        <w:t xml:space="preserve"> </w:t>
      </w:r>
      <w:proofErr w:type="spellStart"/>
      <w:r w:rsidRPr="00812E92">
        <w:t>zgodnie</w:t>
      </w:r>
      <w:proofErr w:type="spellEnd"/>
      <w:r w:rsidRPr="00812E92">
        <w:t xml:space="preserve"> z </w:t>
      </w:r>
      <w:proofErr w:type="spellStart"/>
      <w:r w:rsidRPr="00812E92">
        <w:t>obowiązującymi</w:t>
      </w:r>
      <w:proofErr w:type="spellEnd"/>
      <w:r w:rsidRPr="00812E92">
        <w:t xml:space="preserve"> </w:t>
      </w:r>
      <w:proofErr w:type="spellStart"/>
      <w:r w:rsidRPr="00812E92">
        <w:t>przepisami</w:t>
      </w:r>
      <w:proofErr w:type="spellEnd"/>
      <w:r w:rsidRPr="00812E92">
        <w:t xml:space="preserve"> </w:t>
      </w:r>
      <w:proofErr w:type="spellStart"/>
      <w:r w:rsidRPr="00812E92">
        <w:t>dotyczącymi</w:t>
      </w:r>
      <w:proofErr w:type="spellEnd"/>
      <w:r w:rsidRPr="00812E92">
        <w:t xml:space="preserve"> </w:t>
      </w:r>
      <w:proofErr w:type="spellStart"/>
      <w:r w:rsidRPr="00812E92">
        <w:t>ochrony</w:t>
      </w:r>
      <w:proofErr w:type="spellEnd"/>
      <w:r w:rsidRPr="00812E92">
        <w:t xml:space="preserve"> </w:t>
      </w:r>
      <w:proofErr w:type="spellStart"/>
      <w:r w:rsidRPr="00812E92">
        <w:t>danych</w:t>
      </w:r>
      <w:proofErr w:type="spellEnd"/>
      <w:r w:rsidRPr="00812E92">
        <w:t xml:space="preserve"> </w:t>
      </w:r>
      <w:proofErr w:type="spellStart"/>
      <w:r w:rsidRPr="00812E92">
        <w:t>osobowych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zasadach</w:t>
      </w:r>
      <w:proofErr w:type="spellEnd"/>
      <w:r w:rsidRPr="00812E92">
        <w:t xml:space="preserve"> </w:t>
      </w:r>
      <w:proofErr w:type="spellStart"/>
      <w:r w:rsidRPr="00812E92">
        <w:t>określonych</w:t>
      </w:r>
      <w:proofErr w:type="spellEnd"/>
      <w:r w:rsidRPr="00812E92">
        <w:t xml:space="preserve"> w </w:t>
      </w:r>
      <w:proofErr w:type="spellStart"/>
      <w:r w:rsidRPr="00812E92">
        <w:t>klauzuli</w:t>
      </w:r>
      <w:proofErr w:type="spellEnd"/>
      <w:r w:rsidRPr="00812E92">
        <w:t xml:space="preserve"> </w:t>
      </w:r>
      <w:proofErr w:type="spellStart"/>
      <w:r w:rsidRPr="00812E92">
        <w:t>informacyjnej</w:t>
      </w:r>
      <w:proofErr w:type="spellEnd"/>
      <w:r w:rsidRPr="00812E92">
        <w:t xml:space="preserve"> </w:t>
      </w:r>
      <w:proofErr w:type="spellStart"/>
      <w:r w:rsidRPr="00812E92">
        <w:t>przekazywanej</w:t>
      </w:r>
      <w:proofErr w:type="spellEnd"/>
      <w:r w:rsidRPr="00812E92">
        <w:t xml:space="preserve"> </w:t>
      </w:r>
      <w:proofErr w:type="spellStart"/>
      <w:r w:rsidRPr="00812E92">
        <w:t>uczestnikowi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lastRenderedPageBreak/>
        <w:t>rodzicowi</w:t>
      </w:r>
      <w:proofErr w:type="spellEnd"/>
      <w:r w:rsidRPr="00812E92">
        <w:t>/</w:t>
      </w:r>
      <w:proofErr w:type="spellStart"/>
      <w:r w:rsidRPr="00812E92">
        <w:t>opiekunowi</w:t>
      </w:r>
      <w:proofErr w:type="spellEnd"/>
      <w:r w:rsidRPr="00812E92">
        <w:t xml:space="preserve"> </w:t>
      </w:r>
      <w:proofErr w:type="spellStart"/>
      <w:r w:rsidRPr="00812E92">
        <w:t>prawnemu</w:t>
      </w:r>
      <w:proofErr w:type="spellEnd"/>
      <w:r w:rsidRPr="00812E92">
        <w:t>.</w:t>
      </w:r>
    </w:p>
    <w:p w14:paraId="058AB477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proofErr w:type="spellStart"/>
      <w:r w:rsidRPr="00812E92">
        <w:t>Utrwalanie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rozpowszechnianie</w:t>
      </w:r>
      <w:proofErr w:type="spellEnd"/>
      <w:r w:rsidRPr="00812E92">
        <w:t xml:space="preserve"> </w:t>
      </w:r>
      <w:proofErr w:type="spellStart"/>
      <w:r w:rsidRPr="00812E92">
        <w:t>wizerunku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w </w:t>
      </w:r>
      <w:proofErr w:type="spellStart"/>
      <w:r w:rsidRPr="00812E92">
        <w:t>związku</w:t>
      </w:r>
      <w:proofErr w:type="spellEnd"/>
      <w:r w:rsidRPr="00812E92">
        <w:t xml:space="preserve"> z </w:t>
      </w:r>
      <w:proofErr w:type="spellStart"/>
      <w:r w:rsidRPr="00812E92">
        <w:t>realizacją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promocją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może</w:t>
      </w:r>
      <w:proofErr w:type="spellEnd"/>
      <w:r w:rsidRPr="00812E92">
        <w:t xml:space="preserve"> </w:t>
      </w:r>
      <w:proofErr w:type="spellStart"/>
      <w:r w:rsidRPr="00812E92">
        <w:t>odbywać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podstawie</w:t>
      </w:r>
      <w:proofErr w:type="spellEnd"/>
      <w:r w:rsidRPr="00812E92">
        <w:t xml:space="preserve"> </w:t>
      </w:r>
      <w:proofErr w:type="spellStart"/>
      <w:r w:rsidRPr="00812E92">
        <w:t>dobrowolnej</w:t>
      </w:r>
      <w:proofErr w:type="spellEnd"/>
      <w:r w:rsidRPr="00812E92">
        <w:t xml:space="preserve"> </w:t>
      </w:r>
      <w:proofErr w:type="spellStart"/>
      <w:r w:rsidRPr="00812E92">
        <w:t>zgody</w:t>
      </w:r>
      <w:proofErr w:type="spellEnd"/>
      <w:r w:rsidRPr="00812E92">
        <w:t xml:space="preserve"> </w:t>
      </w:r>
      <w:proofErr w:type="spellStart"/>
      <w:r w:rsidRPr="00812E92">
        <w:t>rodzica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opiekuna</w:t>
      </w:r>
      <w:proofErr w:type="spellEnd"/>
      <w:r w:rsidRPr="00812E92">
        <w:t xml:space="preserve"> </w:t>
      </w:r>
      <w:proofErr w:type="spellStart"/>
      <w:r w:rsidRPr="00812E92">
        <w:t>prawnego</w:t>
      </w:r>
      <w:proofErr w:type="spellEnd"/>
      <w:r w:rsidRPr="00812E92">
        <w:t xml:space="preserve">. </w:t>
      </w:r>
      <w:proofErr w:type="spellStart"/>
      <w:r w:rsidRPr="00812E92">
        <w:t>Niewyrażenie</w:t>
      </w:r>
      <w:proofErr w:type="spellEnd"/>
      <w:r w:rsidRPr="00812E92">
        <w:t xml:space="preserve"> </w:t>
      </w:r>
      <w:proofErr w:type="spellStart"/>
      <w:r w:rsidRPr="00812E92">
        <w:t>zgody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jej</w:t>
      </w:r>
      <w:proofErr w:type="spellEnd"/>
      <w:r w:rsidRPr="00812E92">
        <w:t xml:space="preserve"> </w:t>
      </w:r>
      <w:proofErr w:type="spellStart"/>
      <w:r w:rsidRPr="00812E92">
        <w:t>późniejsze</w:t>
      </w:r>
      <w:proofErr w:type="spellEnd"/>
      <w:r w:rsidRPr="00812E92">
        <w:t xml:space="preserve"> </w:t>
      </w:r>
      <w:proofErr w:type="spellStart"/>
      <w:r w:rsidRPr="00812E92">
        <w:t>wycofanie</w:t>
      </w:r>
      <w:proofErr w:type="spellEnd"/>
      <w:r w:rsidRPr="00812E92">
        <w:t xml:space="preserve"> </w:t>
      </w:r>
      <w:proofErr w:type="spellStart"/>
      <w:r w:rsidRPr="00812E92">
        <w:t>nie</w:t>
      </w:r>
      <w:proofErr w:type="spellEnd"/>
      <w:r w:rsidRPr="00812E92">
        <w:t xml:space="preserve"> ma </w:t>
      </w:r>
      <w:proofErr w:type="spellStart"/>
      <w:r w:rsidRPr="00812E92">
        <w:t>wpływu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udział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 xml:space="preserve"> ani </w:t>
      </w:r>
      <w:proofErr w:type="spellStart"/>
      <w:r w:rsidRPr="00812E92">
        <w:t>zakres</w:t>
      </w:r>
      <w:proofErr w:type="spellEnd"/>
      <w:r w:rsidRPr="00812E92">
        <w:t xml:space="preserve"> </w:t>
      </w:r>
      <w:proofErr w:type="spellStart"/>
      <w:r w:rsidRPr="00812E92">
        <w:t>przysługującego</w:t>
      </w:r>
      <w:proofErr w:type="spellEnd"/>
      <w:r w:rsidRPr="00812E92">
        <w:t xml:space="preserve"> mu </w:t>
      </w:r>
      <w:proofErr w:type="spellStart"/>
      <w:r w:rsidRPr="00812E92">
        <w:t>wsparcia</w:t>
      </w:r>
      <w:proofErr w:type="spellEnd"/>
      <w:r w:rsidRPr="00812E92">
        <w:t>.</w:t>
      </w:r>
    </w:p>
    <w:p w14:paraId="3539F2C7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proofErr w:type="spellStart"/>
      <w:r w:rsidRPr="00812E92">
        <w:t>Beneficjent</w:t>
      </w:r>
      <w:proofErr w:type="spellEnd"/>
      <w:r w:rsidRPr="00812E92">
        <w:t xml:space="preserve"> </w:t>
      </w:r>
      <w:proofErr w:type="spellStart"/>
      <w:r w:rsidRPr="00812E92">
        <w:t>zastrzega</w:t>
      </w:r>
      <w:proofErr w:type="spellEnd"/>
      <w:r w:rsidRPr="00812E92">
        <w:t xml:space="preserve"> </w:t>
      </w:r>
      <w:proofErr w:type="spellStart"/>
      <w:r w:rsidRPr="00812E92">
        <w:t>sobie</w:t>
      </w:r>
      <w:proofErr w:type="spellEnd"/>
      <w:r w:rsidRPr="00812E92">
        <w:t xml:space="preserve"> </w:t>
      </w:r>
      <w:proofErr w:type="spellStart"/>
      <w:r w:rsidRPr="00812E92">
        <w:t>prawo</w:t>
      </w:r>
      <w:proofErr w:type="spellEnd"/>
      <w:r w:rsidRPr="00812E92">
        <w:t xml:space="preserve"> </w:t>
      </w:r>
      <w:proofErr w:type="spellStart"/>
      <w:r w:rsidRPr="00812E92">
        <w:t>zmiany</w:t>
      </w:r>
      <w:proofErr w:type="spellEnd"/>
      <w:r w:rsidRPr="00812E92">
        <w:t xml:space="preserve"> </w:t>
      </w:r>
      <w:proofErr w:type="spellStart"/>
      <w:r w:rsidRPr="00812E92">
        <w:t>Regulaminu</w:t>
      </w:r>
      <w:proofErr w:type="spellEnd"/>
      <w:r w:rsidRPr="00812E92">
        <w:t xml:space="preserve">, </w:t>
      </w:r>
      <w:proofErr w:type="spellStart"/>
      <w:r w:rsidRPr="00812E92">
        <w:t>jeżeli</w:t>
      </w:r>
      <w:proofErr w:type="spellEnd"/>
      <w:r w:rsidRPr="00812E92">
        <w:t xml:space="preserve"> </w:t>
      </w:r>
      <w:proofErr w:type="spellStart"/>
      <w:r w:rsidRPr="00812E92">
        <w:t>będzie</w:t>
      </w:r>
      <w:proofErr w:type="spellEnd"/>
      <w:r w:rsidRPr="00812E92">
        <w:t xml:space="preserve"> to </w:t>
      </w:r>
      <w:proofErr w:type="spellStart"/>
      <w:r w:rsidRPr="00812E92">
        <w:t>konieczne</w:t>
      </w:r>
      <w:proofErr w:type="spellEnd"/>
      <w:r w:rsidRPr="00812E92">
        <w:t xml:space="preserve"> </w:t>
      </w:r>
      <w:proofErr w:type="spellStart"/>
      <w:r w:rsidRPr="00812E92">
        <w:t>ze</w:t>
      </w:r>
      <w:proofErr w:type="spellEnd"/>
      <w:r w:rsidRPr="00812E92">
        <w:t xml:space="preserve"> </w:t>
      </w:r>
      <w:proofErr w:type="spellStart"/>
      <w:r w:rsidRPr="00812E92">
        <w:t>względu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zmianę</w:t>
      </w:r>
      <w:proofErr w:type="spellEnd"/>
      <w:r w:rsidRPr="00812E92">
        <w:t xml:space="preserve"> </w:t>
      </w:r>
      <w:proofErr w:type="spellStart"/>
      <w:r w:rsidRPr="00812E92">
        <w:t>zasad</w:t>
      </w:r>
      <w:proofErr w:type="spellEnd"/>
      <w:r w:rsidRPr="00812E92">
        <w:t xml:space="preserve"> </w:t>
      </w:r>
      <w:proofErr w:type="spellStart"/>
      <w:r w:rsidRPr="00812E92">
        <w:t>realizacji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, </w:t>
      </w:r>
      <w:proofErr w:type="spellStart"/>
      <w:r w:rsidRPr="00812E92">
        <w:t>zatwierdzonego</w:t>
      </w:r>
      <w:proofErr w:type="spellEnd"/>
      <w:r w:rsidRPr="00812E92">
        <w:t xml:space="preserve"> </w:t>
      </w:r>
      <w:proofErr w:type="spellStart"/>
      <w:r w:rsidRPr="00812E92">
        <w:t>zakresu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, </w:t>
      </w:r>
      <w:proofErr w:type="spellStart"/>
      <w:r w:rsidRPr="00812E92">
        <w:t>obowiązujących</w:t>
      </w:r>
      <w:proofErr w:type="spellEnd"/>
      <w:r w:rsidRPr="00812E92">
        <w:t xml:space="preserve"> </w:t>
      </w:r>
      <w:proofErr w:type="spellStart"/>
      <w:r w:rsidRPr="00812E92">
        <w:t>przepisów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wytycznych</w:t>
      </w:r>
      <w:proofErr w:type="spellEnd"/>
      <w:r w:rsidRPr="00812E92">
        <w:t xml:space="preserve">. </w:t>
      </w:r>
      <w:proofErr w:type="spellStart"/>
      <w:r w:rsidRPr="00812E92">
        <w:t>Informacja</w:t>
      </w:r>
      <w:proofErr w:type="spellEnd"/>
      <w:r w:rsidRPr="00812E92">
        <w:t xml:space="preserve"> o </w:t>
      </w:r>
      <w:proofErr w:type="spellStart"/>
      <w:r w:rsidRPr="00812E92">
        <w:t>zmianie</w:t>
      </w:r>
      <w:proofErr w:type="spellEnd"/>
      <w:r w:rsidRPr="00812E92">
        <w:t xml:space="preserve"> </w:t>
      </w:r>
      <w:proofErr w:type="spellStart"/>
      <w:r w:rsidRPr="00812E92">
        <w:t>zostanie</w:t>
      </w:r>
      <w:proofErr w:type="spellEnd"/>
      <w:r w:rsidRPr="00812E92">
        <w:t xml:space="preserve"> </w:t>
      </w:r>
      <w:proofErr w:type="spellStart"/>
      <w:r w:rsidRPr="00812E92">
        <w:t>podana</w:t>
      </w:r>
      <w:proofErr w:type="spellEnd"/>
      <w:r w:rsidRPr="00812E92">
        <w:t xml:space="preserve"> </w:t>
      </w:r>
      <w:proofErr w:type="spellStart"/>
      <w:r w:rsidRPr="00812E92">
        <w:t>uczestnikom</w:t>
      </w:r>
      <w:proofErr w:type="spellEnd"/>
      <w:r w:rsidRPr="00812E92">
        <w:t xml:space="preserve"> w </w:t>
      </w:r>
      <w:proofErr w:type="spellStart"/>
      <w:r w:rsidRPr="00812E92">
        <w:t>sposób</w:t>
      </w:r>
      <w:proofErr w:type="spellEnd"/>
      <w:r w:rsidRPr="00812E92">
        <w:t xml:space="preserve"> </w:t>
      </w:r>
      <w:proofErr w:type="spellStart"/>
      <w:r w:rsidRPr="00812E92">
        <w:t>zwyczajowo</w:t>
      </w:r>
      <w:proofErr w:type="spellEnd"/>
      <w:r w:rsidRPr="00812E92">
        <w:t xml:space="preserve"> </w:t>
      </w:r>
      <w:proofErr w:type="spellStart"/>
      <w:r w:rsidRPr="00812E92">
        <w:t>przyjęty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informacji</w:t>
      </w:r>
      <w:proofErr w:type="spellEnd"/>
      <w:r w:rsidRPr="00812E92">
        <w:t xml:space="preserve"> o </w:t>
      </w:r>
      <w:proofErr w:type="spellStart"/>
      <w:r w:rsidRPr="00812E92">
        <w:t>projekcie</w:t>
      </w:r>
      <w:proofErr w:type="spellEnd"/>
      <w:r w:rsidRPr="00812E92">
        <w:t>.</w:t>
      </w:r>
    </w:p>
    <w:p w14:paraId="0B2382F4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proofErr w:type="spellStart"/>
      <w:r w:rsidRPr="00812E92">
        <w:t>Regulamin</w:t>
      </w:r>
      <w:proofErr w:type="spellEnd"/>
      <w:r w:rsidRPr="00812E92">
        <w:t xml:space="preserve"> </w:t>
      </w:r>
      <w:proofErr w:type="spellStart"/>
      <w:r w:rsidRPr="00812E92">
        <w:t>wchodzi</w:t>
      </w:r>
      <w:proofErr w:type="spellEnd"/>
      <w:r w:rsidRPr="00812E92">
        <w:t xml:space="preserve"> w </w:t>
      </w:r>
      <w:proofErr w:type="spellStart"/>
      <w:r w:rsidRPr="00812E92">
        <w:t>życie</w:t>
      </w:r>
      <w:proofErr w:type="spellEnd"/>
      <w:r w:rsidRPr="00812E92">
        <w:t xml:space="preserve"> z </w:t>
      </w:r>
      <w:proofErr w:type="spellStart"/>
      <w:r w:rsidRPr="00812E92">
        <w:t>dniem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zatwierdzenia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</w:t>
      </w:r>
      <w:proofErr w:type="spellStart"/>
      <w:r w:rsidRPr="00812E92">
        <w:t>Beneficjenta</w:t>
      </w:r>
      <w:proofErr w:type="spellEnd"/>
      <w:r w:rsidRPr="00812E92">
        <w:t>.</w:t>
      </w:r>
    </w:p>
    <w:p w14:paraId="6C638921" w14:textId="77777777" w:rsidR="00B14F83" w:rsidRPr="00812E92" w:rsidRDefault="006F5905" w:rsidP="00812E92">
      <w:pPr>
        <w:widowControl w:val="0"/>
        <w:spacing w:before="120" w:after="120"/>
        <w:jc w:val="both"/>
      </w:pPr>
      <w:proofErr w:type="spellStart"/>
      <w:r w:rsidRPr="00812E92">
        <w:rPr>
          <w:b/>
        </w:rPr>
        <w:t>Załączniki</w:t>
      </w:r>
      <w:proofErr w:type="spellEnd"/>
      <w:r w:rsidRPr="00812E92">
        <w:rPr>
          <w:b/>
        </w:rPr>
        <w:t>:</w:t>
      </w:r>
    </w:p>
    <w:p w14:paraId="4190A38F" w14:textId="77777777" w:rsidR="00B14F83" w:rsidRPr="00812E92" w:rsidRDefault="006F5905" w:rsidP="00812E92">
      <w:pPr>
        <w:pStyle w:val="Listapunktowana"/>
        <w:widowControl w:val="0"/>
        <w:numPr>
          <w:ilvl w:val="0"/>
          <w:numId w:val="10"/>
        </w:numPr>
        <w:spacing w:before="120" w:after="120"/>
        <w:jc w:val="both"/>
      </w:pPr>
      <w:proofErr w:type="spellStart"/>
      <w:r w:rsidRPr="00812E92">
        <w:t>Formularz</w:t>
      </w:r>
      <w:proofErr w:type="spellEnd"/>
      <w:r w:rsidRPr="00812E92">
        <w:t xml:space="preserve"> </w:t>
      </w:r>
      <w:proofErr w:type="spellStart"/>
      <w:r w:rsidRPr="00812E92">
        <w:t>rekrutacyjny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>.</w:t>
      </w:r>
    </w:p>
    <w:p w14:paraId="64DF866E" w14:textId="77777777" w:rsidR="00B14F83" w:rsidRPr="00812E92" w:rsidRDefault="006F5905" w:rsidP="00812E92">
      <w:pPr>
        <w:pStyle w:val="Listapunktowana"/>
        <w:widowControl w:val="0"/>
        <w:numPr>
          <w:ilvl w:val="0"/>
          <w:numId w:val="10"/>
        </w:numPr>
        <w:spacing w:before="120" w:after="120"/>
        <w:jc w:val="both"/>
      </w:pPr>
      <w:proofErr w:type="spellStart"/>
      <w:r w:rsidRPr="00812E92">
        <w:t>Formularz</w:t>
      </w:r>
      <w:proofErr w:type="spellEnd"/>
      <w:r w:rsidRPr="00812E92">
        <w:t xml:space="preserve"> </w:t>
      </w:r>
      <w:proofErr w:type="spellStart"/>
      <w:r w:rsidRPr="00812E92">
        <w:t>rekrutacyjny</w:t>
      </w:r>
      <w:proofErr w:type="spellEnd"/>
      <w:r w:rsidRPr="00812E92">
        <w:t xml:space="preserve"> </w:t>
      </w:r>
      <w:proofErr w:type="spellStart"/>
      <w:r w:rsidRPr="00812E92">
        <w:t>nauczyciela</w:t>
      </w:r>
      <w:proofErr w:type="spellEnd"/>
      <w:r w:rsidRPr="00812E92">
        <w:t>/</w:t>
      </w:r>
      <w:proofErr w:type="spellStart"/>
      <w:r w:rsidRPr="00812E92">
        <w:t>nauczycielki</w:t>
      </w:r>
      <w:proofErr w:type="spellEnd"/>
      <w:r w:rsidRPr="00812E92">
        <w:t>.</w:t>
      </w:r>
    </w:p>
    <w:p w14:paraId="6E350FDC" w14:textId="77777777" w:rsidR="00B14F83" w:rsidRPr="00812E92" w:rsidRDefault="006F5905" w:rsidP="00812E92">
      <w:pPr>
        <w:pStyle w:val="Listapunktowana"/>
        <w:widowControl w:val="0"/>
        <w:numPr>
          <w:ilvl w:val="0"/>
          <w:numId w:val="10"/>
        </w:numPr>
        <w:spacing w:before="120" w:after="120"/>
        <w:jc w:val="both"/>
      </w:pPr>
      <w:proofErr w:type="spellStart"/>
      <w:r w:rsidRPr="00812E92">
        <w:t>Oświadczenie</w:t>
      </w:r>
      <w:proofErr w:type="spellEnd"/>
      <w:r w:rsidRPr="00812E92">
        <w:t xml:space="preserve"> o </w:t>
      </w:r>
      <w:proofErr w:type="spellStart"/>
      <w:r w:rsidRPr="00812E92">
        <w:t>rezygnacji</w:t>
      </w:r>
      <w:proofErr w:type="spellEnd"/>
      <w:r w:rsidRPr="00812E92">
        <w:t xml:space="preserve"> z </w:t>
      </w: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>.</w:t>
      </w:r>
    </w:p>
    <w:p w14:paraId="04AE6C54" w14:textId="77777777" w:rsidR="00B14F83" w:rsidRPr="00812E92" w:rsidRDefault="006F5905" w:rsidP="00812E92">
      <w:pPr>
        <w:pStyle w:val="Listapunktowana"/>
        <w:widowControl w:val="0"/>
        <w:numPr>
          <w:ilvl w:val="0"/>
          <w:numId w:val="10"/>
        </w:numPr>
        <w:spacing w:before="120" w:after="120"/>
        <w:jc w:val="both"/>
      </w:pPr>
      <w:proofErr w:type="spellStart"/>
      <w:r w:rsidRPr="00812E92">
        <w:t>Klauzula</w:t>
      </w:r>
      <w:proofErr w:type="spellEnd"/>
      <w:r w:rsidRPr="00812E92">
        <w:t xml:space="preserve"> </w:t>
      </w:r>
      <w:proofErr w:type="spellStart"/>
      <w:r w:rsidRPr="00812E92">
        <w:t>informacyjna</w:t>
      </w:r>
      <w:proofErr w:type="spellEnd"/>
      <w:r w:rsidRPr="00812E92">
        <w:t xml:space="preserve"> </w:t>
      </w:r>
      <w:proofErr w:type="spellStart"/>
      <w:r w:rsidRPr="00812E92">
        <w:t>dotycząca</w:t>
      </w:r>
      <w:proofErr w:type="spellEnd"/>
      <w:r w:rsidRPr="00812E92">
        <w:t xml:space="preserve"> </w:t>
      </w:r>
      <w:proofErr w:type="spellStart"/>
      <w:r w:rsidRPr="00812E92">
        <w:t>przetwarzania</w:t>
      </w:r>
      <w:proofErr w:type="spellEnd"/>
      <w:r w:rsidRPr="00812E92">
        <w:t xml:space="preserve"> </w:t>
      </w:r>
      <w:proofErr w:type="spellStart"/>
      <w:r w:rsidRPr="00812E92">
        <w:t>danych</w:t>
      </w:r>
      <w:proofErr w:type="spellEnd"/>
      <w:r w:rsidRPr="00812E92">
        <w:t xml:space="preserve"> </w:t>
      </w:r>
      <w:proofErr w:type="spellStart"/>
      <w:r w:rsidRPr="00812E92">
        <w:t>osobowych</w:t>
      </w:r>
      <w:proofErr w:type="spellEnd"/>
      <w:r w:rsidRPr="00812E92">
        <w:t>.</w:t>
      </w:r>
    </w:p>
    <w:p w14:paraId="3926C71F" w14:textId="77777777" w:rsidR="00B14F83" w:rsidRPr="00812E92" w:rsidRDefault="006F5905" w:rsidP="00812E92">
      <w:pPr>
        <w:pStyle w:val="Listapunktowana"/>
        <w:widowControl w:val="0"/>
        <w:numPr>
          <w:ilvl w:val="0"/>
          <w:numId w:val="10"/>
        </w:numPr>
        <w:spacing w:before="120" w:after="120"/>
        <w:jc w:val="both"/>
      </w:pPr>
      <w:proofErr w:type="spellStart"/>
      <w:r w:rsidRPr="00812E92">
        <w:t>Protokół</w:t>
      </w:r>
      <w:proofErr w:type="spellEnd"/>
      <w:r w:rsidRPr="00812E92">
        <w:t xml:space="preserve"> </w:t>
      </w:r>
      <w:proofErr w:type="spellStart"/>
      <w:r w:rsidRPr="00812E92">
        <w:t>Komisji</w:t>
      </w:r>
      <w:proofErr w:type="spellEnd"/>
      <w:r w:rsidRPr="00812E92">
        <w:t xml:space="preserve"> </w:t>
      </w:r>
      <w:proofErr w:type="spellStart"/>
      <w:r w:rsidRPr="00812E92">
        <w:t>Rekrutacyjnej</w:t>
      </w:r>
      <w:proofErr w:type="spellEnd"/>
      <w:r w:rsidRPr="00812E92">
        <w:t xml:space="preserve"> – </w:t>
      </w:r>
      <w:proofErr w:type="spellStart"/>
      <w:r w:rsidRPr="00812E92">
        <w:t>dzieci</w:t>
      </w:r>
      <w:proofErr w:type="spellEnd"/>
      <w:r w:rsidRPr="00812E92">
        <w:t>.</w:t>
      </w:r>
    </w:p>
    <w:p w14:paraId="571BB03F" w14:textId="77777777" w:rsidR="004C5506" w:rsidRPr="00812E92" w:rsidRDefault="006F5905" w:rsidP="00812E92">
      <w:pPr>
        <w:pStyle w:val="Listapunktowana"/>
        <w:widowControl w:val="0"/>
        <w:numPr>
          <w:ilvl w:val="0"/>
          <w:numId w:val="10"/>
        </w:numPr>
        <w:spacing w:before="120" w:after="120"/>
        <w:jc w:val="both"/>
      </w:pPr>
      <w:proofErr w:type="spellStart"/>
      <w:r w:rsidRPr="00812E92">
        <w:t>Protokół</w:t>
      </w:r>
      <w:proofErr w:type="spellEnd"/>
      <w:r w:rsidRPr="00812E92">
        <w:t xml:space="preserve"> </w:t>
      </w:r>
      <w:proofErr w:type="spellStart"/>
      <w:r w:rsidRPr="00812E92">
        <w:t>Komisji</w:t>
      </w:r>
      <w:proofErr w:type="spellEnd"/>
      <w:r w:rsidRPr="00812E92">
        <w:t xml:space="preserve"> </w:t>
      </w:r>
      <w:proofErr w:type="spellStart"/>
      <w:r w:rsidRPr="00812E92">
        <w:t>Rekrutacyjnej</w:t>
      </w:r>
      <w:proofErr w:type="spellEnd"/>
      <w:r w:rsidRPr="00812E92">
        <w:t xml:space="preserve"> – </w:t>
      </w:r>
      <w:proofErr w:type="spellStart"/>
      <w:r w:rsidRPr="00812E92">
        <w:t>nauczyciele</w:t>
      </w:r>
      <w:proofErr w:type="spellEnd"/>
      <w:r w:rsidRPr="00812E92">
        <w:t>/</w:t>
      </w:r>
      <w:proofErr w:type="spellStart"/>
      <w:r w:rsidRPr="00812E92">
        <w:t>nauczycielki</w:t>
      </w:r>
      <w:proofErr w:type="spellEnd"/>
      <w:r w:rsidRPr="00812E92">
        <w:t>.</w:t>
      </w:r>
    </w:p>
    <w:p w14:paraId="20BF16D4" w14:textId="77777777" w:rsidR="00C657F9" w:rsidRDefault="004C5506" w:rsidP="00812E92">
      <w:pPr>
        <w:pStyle w:val="Listapunktowana"/>
        <w:widowControl w:val="0"/>
        <w:numPr>
          <w:ilvl w:val="0"/>
          <w:numId w:val="10"/>
        </w:numPr>
        <w:spacing w:before="120" w:after="120"/>
        <w:jc w:val="both"/>
      </w:pPr>
      <w:proofErr w:type="spellStart"/>
      <w:r w:rsidRPr="00812E92">
        <w:t>Zbiorcza</w:t>
      </w:r>
      <w:proofErr w:type="spellEnd"/>
      <w:r w:rsidRPr="00812E92">
        <w:t xml:space="preserve"> </w:t>
      </w:r>
      <w:proofErr w:type="spellStart"/>
      <w:r w:rsidRPr="00812E92">
        <w:t>karta</w:t>
      </w:r>
      <w:proofErr w:type="spellEnd"/>
      <w:r w:rsidRPr="00812E92">
        <w:t xml:space="preserve"> </w:t>
      </w:r>
      <w:proofErr w:type="spellStart"/>
      <w:r w:rsidRPr="00812E92">
        <w:t>zakończenia</w:t>
      </w:r>
      <w:proofErr w:type="spellEnd"/>
      <w:r w:rsidRPr="00812E92">
        <w:t xml:space="preserve"> </w:t>
      </w: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sytuacji</w:t>
      </w:r>
      <w:proofErr w:type="spellEnd"/>
      <w:r w:rsidRPr="00812E92">
        <w:t xml:space="preserve"> </w:t>
      </w:r>
      <w:proofErr w:type="spellStart"/>
      <w:r w:rsidRPr="00812E92">
        <w:t>uczestników</w:t>
      </w:r>
      <w:proofErr w:type="spellEnd"/>
      <w:r w:rsidRPr="00812E92">
        <w:t xml:space="preserve"> po </w:t>
      </w:r>
      <w:proofErr w:type="spellStart"/>
      <w:r w:rsidRPr="00812E92">
        <w:t>opuszczeniu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</w:p>
    <w:p w14:paraId="7A8F2B37" w14:textId="77777777" w:rsidR="00C657F9" w:rsidRDefault="00C657F9" w:rsidP="00C657F9">
      <w:pPr>
        <w:pStyle w:val="Listapunktowana"/>
        <w:widowControl w:val="0"/>
        <w:numPr>
          <w:ilvl w:val="0"/>
          <w:numId w:val="0"/>
        </w:numPr>
        <w:spacing w:before="120" w:after="120"/>
        <w:ind w:left="198"/>
        <w:jc w:val="both"/>
      </w:pPr>
    </w:p>
    <w:p w14:paraId="00125DC6" w14:textId="77777777" w:rsidR="00C657F9" w:rsidRDefault="00C657F9" w:rsidP="00C657F9">
      <w:pPr>
        <w:pStyle w:val="Listapunktowana"/>
        <w:widowControl w:val="0"/>
        <w:numPr>
          <w:ilvl w:val="0"/>
          <w:numId w:val="0"/>
        </w:numPr>
        <w:spacing w:before="120" w:after="120"/>
        <w:ind w:left="198"/>
        <w:jc w:val="right"/>
        <w:rPr>
          <w:b/>
        </w:rPr>
      </w:pPr>
    </w:p>
    <w:p w14:paraId="4645A780" w14:textId="043BAAC1" w:rsidR="00B14F83" w:rsidRDefault="006F5905" w:rsidP="00C657F9">
      <w:pPr>
        <w:pStyle w:val="Listapunktowana"/>
        <w:widowControl w:val="0"/>
        <w:numPr>
          <w:ilvl w:val="0"/>
          <w:numId w:val="0"/>
        </w:numPr>
        <w:spacing w:before="120" w:after="120"/>
        <w:ind w:left="198"/>
        <w:jc w:val="right"/>
        <w:rPr>
          <w:b/>
        </w:rPr>
      </w:pPr>
      <w:proofErr w:type="spellStart"/>
      <w:r w:rsidRPr="00C657F9">
        <w:rPr>
          <w:b/>
        </w:rPr>
        <w:t>Zatwierdzam</w:t>
      </w:r>
      <w:proofErr w:type="spellEnd"/>
      <w:r w:rsidRPr="00C657F9">
        <w:rPr>
          <w:b/>
        </w:rPr>
        <w:t>:</w:t>
      </w:r>
    </w:p>
    <w:p w14:paraId="3370AA22" w14:textId="77777777" w:rsidR="00C657F9" w:rsidRPr="00812E92" w:rsidRDefault="00C657F9" w:rsidP="00C657F9">
      <w:pPr>
        <w:pStyle w:val="Listapunktowana"/>
        <w:widowControl w:val="0"/>
        <w:numPr>
          <w:ilvl w:val="0"/>
          <w:numId w:val="0"/>
        </w:numPr>
        <w:spacing w:before="120" w:after="120"/>
        <w:ind w:left="198"/>
        <w:jc w:val="right"/>
      </w:pPr>
    </w:p>
    <w:p w14:paraId="7937C3BF" w14:textId="77777777" w:rsidR="00B14F83" w:rsidRPr="00812E92" w:rsidRDefault="006F5905" w:rsidP="00812E92">
      <w:pPr>
        <w:widowControl w:val="0"/>
        <w:spacing w:before="120" w:after="120"/>
        <w:jc w:val="right"/>
      </w:pPr>
      <w:r w:rsidRPr="00812E92">
        <w:t>............................................................</w:t>
      </w:r>
    </w:p>
    <w:p w14:paraId="6B5D716B" w14:textId="77777777" w:rsidR="00B14F83" w:rsidRPr="00812E92" w:rsidRDefault="006F5905" w:rsidP="00812E92">
      <w:pPr>
        <w:widowControl w:val="0"/>
        <w:spacing w:before="120" w:after="120"/>
        <w:jc w:val="right"/>
      </w:pPr>
      <w:r w:rsidRPr="00812E92">
        <w:t xml:space="preserve">(data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podpis</w:t>
      </w:r>
      <w:proofErr w:type="spellEnd"/>
      <w:r w:rsidRPr="00812E92">
        <w:t xml:space="preserve"> </w:t>
      </w:r>
      <w:proofErr w:type="spellStart"/>
      <w:r w:rsidRPr="00812E92">
        <w:t>osoby</w:t>
      </w:r>
      <w:proofErr w:type="spellEnd"/>
      <w:r w:rsidRPr="00812E92">
        <w:t xml:space="preserve"> </w:t>
      </w:r>
      <w:proofErr w:type="spellStart"/>
      <w:r w:rsidRPr="00812E92">
        <w:t>upoważnionej</w:t>
      </w:r>
      <w:proofErr w:type="spellEnd"/>
      <w:r w:rsidRPr="00812E92">
        <w:t>)</w:t>
      </w:r>
    </w:p>
    <w:sectPr w:rsidR="00B14F83" w:rsidRPr="00812E92" w:rsidSect="00034616">
      <w:headerReference w:type="default" r:id="rId8"/>
      <w:footerReference w:type="default" r:id="rId9"/>
      <w:pgSz w:w="11906" w:h="16838"/>
      <w:pgMar w:top="1134" w:right="1247" w:bottom="1020" w:left="136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7062C" w14:textId="77777777" w:rsidR="003E108C" w:rsidRDefault="003E108C">
      <w:pPr>
        <w:spacing w:line="240" w:lineRule="auto"/>
      </w:pPr>
      <w:r>
        <w:separator/>
      </w:r>
    </w:p>
  </w:endnote>
  <w:endnote w:type="continuationSeparator" w:id="0">
    <w:p w14:paraId="237D29F5" w14:textId="77777777" w:rsidR="003E108C" w:rsidRDefault="003E10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B8563" w14:textId="77777777" w:rsidR="001B75DA" w:rsidRPr="006D6834" w:rsidRDefault="001B75DA" w:rsidP="001B75DA">
    <w:pPr>
      <w:pStyle w:val="Stopka"/>
      <w:jc w:val="center"/>
      <w:rPr>
        <w:szCs w:val="24"/>
      </w:rPr>
    </w:pPr>
    <w:bookmarkStart w:id="0" w:name="_Hlk240135639"/>
    <w:bookmarkStart w:id="1" w:name="_Hlk240135640"/>
    <w:bookmarkStart w:id="2" w:name="_Hlk240135733"/>
    <w:bookmarkStart w:id="3" w:name="_Hlk240135734"/>
    <w:proofErr w:type="spellStart"/>
    <w:r w:rsidRPr="006D6834">
      <w:rPr>
        <w:szCs w:val="24"/>
      </w:rPr>
      <w:t>Fundusze</w:t>
    </w:r>
    <w:proofErr w:type="spellEnd"/>
    <w:r w:rsidRPr="006D6834">
      <w:rPr>
        <w:szCs w:val="24"/>
      </w:rPr>
      <w:t xml:space="preserve"> </w:t>
    </w:r>
    <w:proofErr w:type="spellStart"/>
    <w:r w:rsidRPr="006D6834">
      <w:rPr>
        <w:szCs w:val="24"/>
      </w:rPr>
      <w:t>Europejskie</w:t>
    </w:r>
    <w:proofErr w:type="spellEnd"/>
    <w:r w:rsidRPr="006D6834">
      <w:rPr>
        <w:szCs w:val="24"/>
      </w:rPr>
      <w:t xml:space="preserve"> </w:t>
    </w:r>
    <w:proofErr w:type="spellStart"/>
    <w:r w:rsidRPr="006D6834">
      <w:rPr>
        <w:szCs w:val="24"/>
      </w:rPr>
      <w:t>dla</w:t>
    </w:r>
    <w:proofErr w:type="spellEnd"/>
    <w:r w:rsidRPr="006D6834">
      <w:rPr>
        <w:szCs w:val="24"/>
      </w:rPr>
      <w:t xml:space="preserve"> </w:t>
    </w:r>
    <w:proofErr w:type="spellStart"/>
    <w:r w:rsidRPr="006D6834">
      <w:rPr>
        <w:szCs w:val="24"/>
      </w:rPr>
      <w:t>Pomorza</w:t>
    </w:r>
    <w:proofErr w:type="spellEnd"/>
    <w:r w:rsidRPr="006D6834">
      <w:rPr>
        <w:szCs w:val="24"/>
      </w:rPr>
      <w:t xml:space="preserve"> 2021-2027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1B213" w14:textId="77777777" w:rsidR="003E108C" w:rsidRDefault="003E108C">
      <w:pPr>
        <w:spacing w:line="240" w:lineRule="auto"/>
      </w:pPr>
      <w:r>
        <w:separator/>
      </w:r>
    </w:p>
  </w:footnote>
  <w:footnote w:type="continuationSeparator" w:id="0">
    <w:p w14:paraId="6EF466BF" w14:textId="77777777" w:rsidR="003E108C" w:rsidRDefault="003E10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AE026" w14:textId="77777777" w:rsidR="00536D8D" w:rsidRDefault="001B75DA" w:rsidP="001B75DA">
    <w:pPr>
      <w:pStyle w:val="Nagwek"/>
      <w:jc w:val="center"/>
    </w:pPr>
    <w:r>
      <w:rPr>
        <w:noProof/>
      </w:rPr>
      <w:drawing>
        <wp:inline distT="0" distB="0" distL="0" distR="0" wp14:anchorId="00FCAFAE" wp14:editId="78EC69F1">
          <wp:extent cx="6052782" cy="669925"/>
          <wp:effectExtent l="0" t="0" r="0" b="0"/>
          <wp:docPr id="3" name="Obraz 3" descr="Logotypy Funduszy Europejskich dla Pomorza, Unii Europejskiej i Urzędu Marszałkowskiego Województwa Pomorskiego" title="Logotypy projekt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 Funduszy Europejskich dla Pomorza, Unii Europejskiej i Urzędu Marszałkowskiego Województwa Pomorskiego" title="Logotypy projekt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0C5DBEA" w14:textId="77777777" w:rsidR="001B75DA" w:rsidRPr="001B75DA" w:rsidRDefault="001B75DA" w:rsidP="001B75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215C3C"/>
    <w:multiLevelType w:val="singleLevel"/>
    <w:tmpl w:val="58120504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10" w15:restartNumberingAfterBreak="0">
    <w:nsid w:val="14BE6B0A"/>
    <w:multiLevelType w:val="hybridMultilevel"/>
    <w:tmpl w:val="40FED5B8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1" w15:restartNumberingAfterBreak="0">
    <w:nsid w:val="18D4252D"/>
    <w:multiLevelType w:val="singleLevel"/>
    <w:tmpl w:val="DF8699D8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12" w15:restartNumberingAfterBreak="0">
    <w:nsid w:val="22F36C15"/>
    <w:multiLevelType w:val="singleLevel"/>
    <w:tmpl w:val="6A1E9CC4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13" w15:restartNumberingAfterBreak="0">
    <w:nsid w:val="239543DF"/>
    <w:multiLevelType w:val="singleLevel"/>
    <w:tmpl w:val="24C2737E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14" w15:restartNumberingAfterBreak="0">
    <w:nsid w:val="26AE2D9A"/>
    <w:multiLevelType w:val="hybridMultilevel"/>
    <w:tmpl w:val="391EC184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5" w15:restartNumberingAfterBreak="0">
    <w:nsid w:val="2FB328D3"/>
    <w:multiLevelType w:val="singleLevel"/>
    <w:tmpl w:val="BDE6C390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16" w15:restartNumberingAfterBreak="0">
    <w:nsid w:val="303655E7"/>
    <w:multiLevelType w:val="hybridMultilevel"/>
    <w:tmpl w:val="A8B4885A"/>
    <w:lvl w:ilvl="0" w:tplc="04150017">
      <w:start w:val="1"/>
      <w:numFmt w:val="lowerLetter"/>
      <w:lvlText w:val="%1)"/>
      <w:lvlJc w:val="left"/>
      <w:pPr>
        <w:ind w:left="1188" w:hanging="360"/>
      </w:pPr>
    </w:lvl>
    <w:lvl w:ilvl="1" w:tplc="04150019" w:tentative="1">
      <w:start w:val="1"/>
      <w:numFmt w:val="lowerLetter"/>
      <w:lvlText w:val="%2."/>
      <w:lvlJc w:val="left"/>
      <w:pPr>
        <w:ind w:left="1908" w:hanging="360"/>
      </w:pPr>
    </w:lvl>
    <w:lvl w:ilvl="2" w:tplc="0415001B" w:tentative="1">
      <w:start w:val="1"/>
      <w:numFmt w:val="lowerRoman"/>
      <w:lvlText w:val="%3."/>
      <w:lvlJc w:val="right"/>
      <w:pPr>
        <w:ind w:left="2628" w:hanging="180"/>
      </w:pPr>
    </w:lvl>
    <w:lvl w:ilvl="3" w:tplc="0415000F" w:tentative="1">
      <w:start w:val="1"/>
      <w:numFmt w:val="decimal"/>
      <w:lvlText w:val="%4."/>
      <w:lvlJc w:val="left"/>
      <w:pPr>
        <w:ind w:left="3348" w:hanging="360"/>
      </w:pPr>
    </w:lvl>
    <w:lvl w:ilvl="4" w:tplc="04150019" w:tentative="1">
      <w:start w:val="1"/>
      <w:numFmt w:val="lowerLetter"/>
      <w:lvlText w:val="%5."/>
      <w:lvlJc w:val="left"/>
      <w:pPr>
        <w:ind w:left="4068" w:hanging="360"/>
      </w:pPr>
    </w:lvl>
    <w:lvl w:ilvl="5" w:tplc="0415001B" w:tentative="1">
      <w:start w:val="1"/>
      <w:numFmt w:val="lowerRoman"/>
      <w:lvlText w:val="%6."/>
      <w:lvlJc w:val="right"/>
      <w:pPr>
        <w:ind w:left="4788" w:hanging="180"/>
      </w:pPr>
    </w:lvl>
    <w:lvl w:ilvl="6" w:tplc="0415000F" w:tentative="1">
      <w:start w:val="1"/>
      <w:numFmt w:val="decimal"/>
      <w:lvlText w:val="%7."/>
      <w:lvlJc w:val="left"/>
      <w:pPr>
        <w:ind w:left="5508" w:hanging="360"/>
      </w:pPr>
    </w:lvl>
    <w:lvl w:ilvl="7" w:tplc="04150019" w:tentative="1">
      <w:start w:val="1"/>
      <w:numFmt w:val="lowerLetter"/>
      <w:lvlText w:val="%8."/>
      <w:lvlJc w:val="left"/>
      <w:pPr>
        <w:ind w:left="6228" w:hanging="360"/>
      </w:pPr>
    </w:lvl>
    <w:lvl w:ilvl="8" w:tplc="0415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7" w15:restartNumberingAfterBreak="0">
    <w:nsid w:val="317771C7"/>
    <w:multiLevelType w:val="hybridMultilevel"/>
    <w:tmpl w:val="73CCF6F4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8" w15:restartNumberingAfterBreak="0">
    <w:nsid w:val="35A1157A"/>
    <w:multiLevelType w:val="hybridMultilevel"/>
    <w:tmpl w:val="326A9C76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9" w15:restartNumberingAfterBreak="0">
    <w:nsid w:val="364E080D"/>
    <w:multiLevelType w:val="hybridMultilevel"/>
    <w:tmpl w:val="29085AC8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20" w15:restartNumberingAfterBreak="0">
    <w:nsid w:val="36994EF6"/>
    <w:multiLevelType w:val="singleLevel"/>
    <w:tmpl w:val="03180D16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21" w15:restartNumberingAfterBreak="0">
    <w:nsid w:val="37822CCB"/>
    <w:multiLevelType w:val="singleLevel"/>
    <w:tmpl w:val="3BAC916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22" w15:restartNumberingAfterBreak="0">
    <w:nsid w:val="3DEE21D3"/>
    <w:multiLevelType w:val="hybridMultilevel"/>
    <w:tmpl w:val="BFF6C968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23" w15:restartNumberingAfterBreak="0">
    <w:nsid w:val="3EB43521"/>
    <w:multiLevelType w:val="singleLevel"/>
    <w:tmpl w:val="F886D866"/>
    <w:lvl w:ilvl="0">
      <w:start w:val="1"/>
      <w:numFmt w:val="decimal"/>
      <w:pStyle w:val="Listapunktowana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24" w15:restartNumberingAfterBreak="0">
    <w:nsid w:val="3F736DE8"/>
    <w:multiLevelType w:val="singleLevel"/>
    <w:tmpl w:val="4C1ADAEE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25" w15:restartNumberingAfterBreak="0">
    <w:nsid w:val="4D18543E"/>
    <w:multiLevelType w:val="singleLevel"/>
    <w:tmpl w:val="079C34F4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26" w15:restartNumberingAfterBreak="0">
    <w:nsid w:val="500D3BF0"/>
    <w:multiLevelType w:val="singleLevel"/>
    <w:tmpl w:val="2E20D41E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27" w15:restartNumberingAfterBreak="0">
    <w:nsid w:val="54741D3A"/>
    <w:multiLevelType w:val="hybridMultilevel"/>
    <w:tmpl w:val="02B2C564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28" w15:restartNumberingAfterBreak="0">
    <w:nsid w:val="547B369A"/>
    <w:multiLevelType w:val="hybridMultilevel"/>
    <w:tmpl w:val="043A938E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29" w15:restartNumberingAfterBreak="0">
    <w:nsid w:val="56385F3A"/>
    <w:multiLevelType w:val="singleLevel"/>
    <w:tmpl w:val="F6B07C6A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30" w15:restartNumberingAfterBreak="0">
    <w:nsid w:val="59654FF4"/>
    <w:multiLevelType w:val="singleLevel"/>
    <w:tmpl w:val="17AEEFDE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31" w15:restartNumberingAfterBreak="0">
    <w:nsid w:val="63847E3F"/>
    <w:multiLevelType w:val="hybridMultilevel"/>
    <w:tmpl w:val="EFDA034C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32" w15:restartNumberingAfterBreak="0">
    <w:nsid w:val="6540140C"/>
    <w:multiLevelType w:val="hybridMultilevel"/>
    <w:tmpl w:val="897498F2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33" w15:restartNumberingAfterBreak="0">
    <w:nsid w:val="6B1A1608"/>
    <w:multiLevelType w:val="singleLevel"/>
    <w:tmpl w:val="C7D0F9BA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34" w15:restartNumberingAfterBreak="0">
    <w:nsid w:val="6DAF256D"/>
    <w:multiLevelType w:val="singleLevel"/>
    <w:tmpl w:val="DA12A17A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35" w15:restartNumberingAfterBreak="0">
    <w:nsid w:val="6EC84922"/>
    <w:multiLevelType w:val="singleLevel"/>
    <w:tmpl w:val="B436EA30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36" w15:restartNumberingAfterBreak="0">
    <w:nsid w:val="6F4201EC"/>
    <w:multiLevelType w:val="singleLevel"/>
    <w:tmpl w:val="CAB4F9B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37" w15:restartNumberingAfterBreak="0">
    <w:nsid w:val="720D3B0D"/>
    <w:multiLevelType w:val="singleLevel"/>
    <w:tmpl w:val="2F80CA9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38" w15:restartNumberingAfterBreak="0">
    <w:nsid w:val="72B021C2"/>
    <w:multiLevelType w:val="singleLevel"/>
    <w:tmpl w:val="773A7B34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39" w15:restartNumberingAfterBreak="0">
    <w:nsid w:val="77CB6C0B"/>
    <w:multiLevelType w:val="hybridMultilevel"/>
    <w:tmpl w:val="6C86DEF8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40" w15:restartNumberingAfterBreak="0">
    <w:nsid w:val="795F76C0"/>
    <w:multiLevelType w:val="singleLevel"/>
    <w:tmpl w:val="E9340B18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41" w15:restartNumberingAfterBreak="0">
    <w:nsid w:val="7CA7682F"/>
    <w:multiLevelType w:val="singleLevel"/>
    <w:tmpl w:val="2DF22D66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num w:numId="1">
    <w:abstractNumId w:val="23"/>
    <w:lvlOverride w:ilvl="0">
      <w:startOverride w:val="1"/>
    </w:lvlOverride>
  </w:num>
  <w:num w:numId="2">
    <w:abstractNumId w:val="23"/>
    <w:lvlOverride w:ilvl="0">
      <w:startOverride w:val="1"/>
    </w:lvlOverride>
  </w:num>
  <w:num w:numId="3">
    <w:abstractNumId w:val="23"/>
    <w:lvlOverride w:ilvl="0">
      <w:startOverride w:val="1"/>
    </w:lvlOverride>
  </w:num>
  <w:num w:numId="4">
    <w:abstractNumId w:val="23"/>
    <w:lvlOverride w:ilvl="0">
      <w:startOverride w:val="1"/>
    </w:lvlOverride>
  </w:num>
  <w:num w:numId="5">
    <w:abstractNumId w:val="23"/>
    <w:lvlOverride w:ilvl="0">
      <w:startOverride w:val="1"/>
    </w:lvlOverride>
  </w:num>
  <w:num w:numId="6">
    <w:abstractNumId w:val="23"/>
    <w:lvlOverride w:ilvl="0">
      <w:startOverride w:val="1"/>
    </w:lvlOverride>
  </w:num>
  <w:num w:numId="7">
    <w:abstractNumId w:val="23"/>
    <w:lvlOverride w:ilvl="0">
      <w:startOverride w:val="1"/>
    </w:lvlOverride>
  </w:num>
  <w:num w:numId="8">
    <w:abstractNumId w:val="23"/>
    <w:lvlOverride w:ilvl="0">
      <w:startOverride w:val="1"/>
    </w:lvlOverride>
  </w:num>
  <w:num w:numId="9">
    <w:abstractNumId w:val="23"/>
    <w:lvlOverride w:ilvl="0">
      <w:startOverride w:val="1"/>
    </w:lvlOverride>
  </w:num>
  <w:num w:numId="10">
    <w:abstractNumId w:val="23"/>
    <w:lvlOverride w:ilvl="0">
      <w:startOverride w:val="1"/>
    </w:lvlOverride>
  </w:num>
  <w:num w:numId="11">
    <w:abstractNumId w:val="22"/>
  </w:num>
  <w:num w:numId="12">
    <w:abstractNumId w:val="10"/>
  </w:num>
  <w:num w:numId="13">
    <w:abstractNumId w:val="39"/>
  </w:num>
  <w:num w:numId="14">
    <w:abstractNumId w:val="19"/>
  </w:num>
  <w:num w:numId="15">
    <w:abstractNumId w:val="31"/>
  </w:num>
  <w:num w:numId="16">
    <w:abstractNumId w:val="27"/>
  </w:num>
  <w:num w:numId="17">
    <w:abstractNumId w:val="17"/>
  </w:num>
  <w:num w:numId="18">
    <w:abstractNumId w:val="18"/>
  </w:num>
  <w:num w:numId="19">
    <w:abstractNumId w:val="32"/>
  </w:num>
  <w:num w:numId="20">
    <w:abstractNumId w:val="14"/>
  </w:num>
  <w:num w:numId="21">
    <w:abstractNumId w:val="2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78F"/>
    <w:rsid w:val="00034616"/>
    <w:rsid w:val="000474A7"/>
    <w:rsid w:val="0006063C"/>
    <w:rsid w:val="000C4C39"/>
    <w:rsid w:val="00112E88"/>
    <w:rsid w:val="0015053A"/>
    <w:rsid w:val="0015074B"/>
    <w:rsid w:val="001729D7"/>
    <w:rsid w:val="001A67E3"/>
    <w:rsid w:val="001B75DA"/>
    <w:rsid w:val="00201B47"/>
    <w:rsid w:val="0029639D"/>
    <w:rsid w:val="00296A81"/>
    <w:rsid w:val="002B1A4B"/>
    <w:rsid w:val="002E1B46"/>
    <w:rsid w:val="00302C73"/>
    <w:rsid w:val="00307A5A"/>
    <w:rsid w:val="00326F90"/>
    <w:rsid w:val="003B2967"/>
    <w:rsid w:val="003B4488"/>
    <w:rsid w:val="003E108C"/>
    <w:rsid w:val="004844E1"/>
    <w:rsid w:val="004A0AF8"/>
    <w:rsid w:val="004C5506"/>
    <w:rsid w:val="004D2A37"/>
    <w:rsid w:val="00536D8D"/>
    <w:rsid w:val="00584EF3"/>
    <w:rsid w:val="005A4B54"/>
    <w:rsid w:val="005C777A"/>
    <w:rsid w:val="005D210A"/>
    <w:rsid w:val="00647D10"/>
    <w:rsid w:val="006F5905"/>
    <w:rsid w:val="006F6558"/>
    <w:rsid w:val="00736C69"/>
    <w:rsid w:val="007532D4"/>
    <w:rsid w:val="007835F9"/>
    <w:rsid w:val="007C1EBE"/>
    <w:rsid w:val="00812E92"/>
    <w:rsid w:val="00836A27"/>
    <w:rsid w:val="00845062"/>
    <w:rsid w:val="008C56CE"/>
    <w:rsid w:val="008D69AA"/>
    <w:rsid w:val="00903971"/>
    <w:rsid w:val="0092135E"/>
    <w:rsid w:val="0092587B"/>
    <w:rsid w:val="00980077"/>
    <w:rsid w:val="009C6E35"/>
    <w:rsid w:val="009D4B6C"/>
    <w:rsid w:val="009E28D7"/>
    <w:rsid w:val="00A06B45"/>
    <w:rsid w:val="00A545C5"/>
    <w:rsid w:val="00A940FC"/>
    <w:rsid w:val="00AA1D8D"/>
    <w:rsid w:val="00B14F83"/>
    <w:rsid w:val="00B35BD3"/>
    <w:rsid w:val="00B45997"/>
    <w:rsid w:val="00B47730"/>
    <w:rsid w:val="00B708CB"/>
    <w:rsid w:val="00B83109"/>
    <w:rsid w:val="00B8328F"/>
    <w:rsid w:val="00BC00C0"/>
    <w:rsid w:val="00BD6429"/>
    <w:rsid w:val="00BF0A18"/>
    <w:rsid w:val="00C64209"/>
    <w:rsid w:val="00C657F9"/>
    <w:rsid w:val="00CA7143"/>
    <w:rsid w:val="00CB0664"/>
    <w:rsid w:val="00CB2E24"/>
    <w:rsid w:val="00CF601D"/>
    <w:rsid w:val="00D05DB3"/>
    <w:rsid w:val="00D06460"/>
    <w:rsid w:val="00D06F79"/>
    <w:rsid w:val="00D21B7B"/>
    <w:rsid w:val="00D25090"/>
    <w:rsid w:val="00D813D9"/>
    <w:rsid w:val="00DD768F"/>
    <w:rsid w:val="00E5435B"/>
    <w:rsid w:val="00E64411"/>
    <w:rsid w:val="00E74136"/>
    <w:rsid w:val="00EA5C3D"/>
    <w:rsid w:val="00F000F2"/>
    <w:rsid w:val="00F114C6"/>
    <w:rsid w:val="00F162B7"/>
    <w:rsid w:val="00F47136"/>
    <w:rsid w:val="00F85AA3"/>
    <w:rsid w:val="00FC693F"/>
    <w:rsid w:val="00FE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9DB5F4"/>
  <w14:defaultImageDpi w14:val="300"/>
  <w15:docId w15:val="{981B1AF1-130A-4B32-B26E-78415AA51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360" w:lineRule="auto"/>
    </w:pPr>
    <w:rPr>
      <w:rFonts w:ascii="Arial" w:eastAsia="Arial" w:hAnsi="Arial" w:cs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12</Pages>
  <Words>3339</Words>
  <Characters>20038</Characters>
  <Application>Microsoft Office Word</Application>
  <DocSecurity>0</DocSecurity>
  <Lines>166</Lines>
  <Paragraphs>46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Regulamin rekrutacji i uczestnictwa w projekcie – Gmina Luzino</vt:lpstr>
      <vt:lpstr/>
    </vt:vector>
  </TitlesOfParts>
  <Manager/>
  <Company/>
  <LinksUpToDate>false</LinksUpToDate>
  <CharactersWithSpaces>23331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rekrutacji i uczestnictwa w projekcie – Gmina Luzino</dc:title>
  <dc:subject>Projekt FEPM.05.07-IZ.00-0013/26</dc:subject>
  <dc:creator>Gmina Luzino</dc:creator>
  <cp:keywords/>
  <dc:description>generated by python-docx</dc:description>
  <cp:lastModifiedBy>Dawid</cp:lastModifiedBy>
  <cp:revision>58</cp:revision>
  <dcterms:created xsi:type="dcterms:W3CDTF">2013-12-23T23:15:00Z</dcterms:created>
  <dcterms:modified xsi:type="dcterms:W3CDTF">2026-09-17T09:01:00Z</dcterms:modified>
  <cp:category/>
</cp:coreProperties>
</file>